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关于XX大学2025年接收推荐免试研究生（含直博生）的通知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申请人必须是中华人民共和国公民。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申请人必须是2025年普通高等学校应届本科毕业生，且须在“全国推荐免试攻读研究生信息公开暨管理服务系统”注册成功。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申请人在校期间学习成绩优秀，专业成绩和综合成绩均名列前茅。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申请人须具有较强的创新意识和创新能力。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申请人须身体健康状况符合国家规定的体检标准。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接收专业为我校2025年硕士研究生招生专业目录中公布的专业，具体以“全国推荐免试攻读研究生信息公开暨管理服务系统”公布为准。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各专业接收推免生名额详见我校研究生招生信息网公布的《2025年接收推荐免试研究生专业目录》。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三、申请与选拔程序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申请人须在规定时间内登录“全国推荐免试攻读研究生信息公开暨管理服务系统”进行注册、报名、提交材料。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我校对申请材料进行审核，择优确定复试名单。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我校组织复试，复试形式、内容及时间安排将另行通知。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我校根据复试成绩择优确定拟录取名单，并通过系统向拟录取考生发送待录取通知。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考生须在规定时间内通过系统确认待录取，逾期未确认者视为自动放弃。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四、需提交的申请材料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《XX大学2025年接收推荐免试研究生申请表》1份。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本人学生证、身份证复印件各1份。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本科阶段成绩单1份，须加盖学校教务部门公章。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全国大学英语四级或六级考试成绩单复印件1份。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有关获奖证书、学术科研成果复印件各1份。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个人陈述1份，内容包括个人专业背景、学习经历、科研经历、申请理由等。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研究生招生办公室电话：010-12345678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研究生招生办公室邮箱：yzb@xxu.edu.cn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研究生招生信息网网址：http://yz.xxu.edu.cn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通讯地址：XX省XX市XX区XX路XX号XX大学研究生招生办公室，邮编：100000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申请人必须保证全部申请材料的真实性和准确性，一经发现弄虚作假者，我校将取消其推免录取资格。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已获得推免资格的学生，如在后续学习过程中出现成绩不合格、违纪违法等情形，我校将取消其录取资格。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本办法由XX大学研究生招生办公室负责解释。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