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姓名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本段为2026年上海大学接收推荐免试攻读研究生拟录取名单的第1至第5页内容，共涉及拟录取学生若干名，录取层次分为直博生和硕士两类，学位类别分为学术型和专业学位两类，复试成绩以百分制计。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十、直博生拟录取名单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戴其斌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材料基因组工程研究院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卓静秋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材料基因组工程研究院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李谦怿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李伟杰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后加锟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冶金工程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江青强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冶金工程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刘庭文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冶金工程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杨明生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冶金工程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杨章冉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冶金工程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周德仁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冶金工程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曹泽宇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郑佳怡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候邦昌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环境与化学工程学院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焦润卿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环境与化学工程学院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靳鑫雨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环境与化学工程学院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张祁倬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环境与化学工程学院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赵逸凡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环境与化学工程学院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环境与化学工程学院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唐嘉涵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朱雯丽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樊明轩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黄国健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孔德瑞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吕炜康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王二豪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杨永杰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张君临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洪闽涛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盛雨洁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魏博韬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赵泊旭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周文龙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陈慧玲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郭子涵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刘小芳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郑飞勇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陈欣亭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李汶京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徐宇航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敖果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黄泺霏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冉一伽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赵华勇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顾怡伟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谢苏乐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朱钱昊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陈阳春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李皓轩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张泽硕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刘福云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力学与工程科学学院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鲁至庸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力学与工程科学学院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钱黎逸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力学与工程科学学院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孙家璇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力学与工程科学学院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武皓楠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力学与工程科学学院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秦欣妍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力学与工程科学学院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朱云鹏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上海美术学院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徐一可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上海美术学院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葛雨涛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孔令铎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陆佳漪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孟庆国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亓清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石嘉琦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袁纬堃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张皓杰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张誉瀚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微电子学与固体电子学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付庆庆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张泉雨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祝子力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万思雨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赵朔辰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文化遗产与信息管理学院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信息资源管理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卢一渊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孟亭君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邢正阳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杨启程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张颖卓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石佳文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宋汶晓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汪子晗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王乐瑶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张杞洋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九、硕士拟录取名单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井辰灿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材料基因组工程研究院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苏明幸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材料基因组工程研究院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孙海洋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材料基因组工程研究院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吴昇阳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材料基因组工程研究院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张学东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材料基因组工程研究院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材料基因组工程研究院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胡锦昶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材料基因组工程研究院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材料信息学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贾浩杰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材料基因组工程研究院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汤育琴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材料基因组工程研究院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操伟烽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曾俊柯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陈富海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谷红艳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韩研硕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本段为推免生名单公示内容，涉及法学院、管理学院两个学院，共列示 199 人。名单按学院、专业、学位类型分组排列，每人均标注姓名、性别、层次、学院、专业、学位类型及成绩（评分）。公示期为第 6 页至第 11 页（共 69 页）。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十、法学院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法学（学术型，硕士，共 39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程溢熙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答寒茹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费莎斐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高佳馨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高江宁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郭佳怡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杭菲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侯羽婕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黄薇洁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黄芷锐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李曼琪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李若莹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李泳暄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林子怡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刘加玺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钱欣晴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乔菲儿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曲文静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史丰宁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宋禹瑶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王歌唱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王恬鑫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吴静怡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吴舒妤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吴玉婷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杨乐乐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张乐天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赵郝子琰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赵习胜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朱睿祺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邹雁冰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法律（法学）（专业学位，硕士，共 24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卜杨丽莎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邓江玉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黄伊琪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季栩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刘家怡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路丰榕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麦热法提∙吾布力卡斯木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穆楠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潘虹旭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平虹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孙艳红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文清彤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向梦雨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谢昀澎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杨玉芸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湛景琪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周韩芳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朱思婕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法律（非法学）（专业学位，硕士，共 12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曹昱菁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程欣颖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付雅璇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龚钰晨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金主美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赖玲珑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倪千越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齐子贤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王心迪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吴静曦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周彦行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知识产权（专业学位，硕士，共 5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知识产权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知识产权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徐亦菡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知识产权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许贞贤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知识产权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周奇正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知识产权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管理科学与工程（学术型，硕士，共 89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毕玮彤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蔡依婷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曹依萱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曹宇航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常乐乐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陈炳妤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陈一诺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邓敬哲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邓丽萍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邓雯婷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樊肖月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高溢唯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耿斯瑞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郭楚敏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赫玉伟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胡蒙恩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胡梦蝶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黄嘉仪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黄圣柳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黄婷婷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黄秀蕊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计钰泉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贾瑞云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赖芸霞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李孟晴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李书华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李婉婷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廖美佳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刘江昱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刘世玉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刘馨遥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刘怡妤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刘宇乐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柳梦涵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龙应艳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的连续表格内容，涉及管理学院、国际教育学院、环境与化学工程学院、机电工程与自动化学院，学位类型含学术型与专业学位，层次均为硕士。名单按“姓名—性别—层次—学院—专业—学位类型—评分”排列，评分方式为百分制成绩。原文分页标注为第11页至第17页（共69页），本段末尾“段景强”信息不完整，未纳入表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会计学（学术型）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顾继冉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海梦童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何雨格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蒋曼莉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刘怡彤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彭嘉仪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茹晴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沈劲松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石馨怡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孙琰宁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屠欣悦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王澳然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王奕静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王知悦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吴慧玲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许诺然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杨恩慧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于善婷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于鑫沄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余韩颖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张静娴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张梦婷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赵逸璇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甄涵彬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郑烨杨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朱莉莎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旅游管理（学术型）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李凯鑫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束沁炟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周小涵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企业管理（学术型）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程元昕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邓丽婷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邓文旭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董昕靖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樊羚洁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方葭婳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宫云傲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顾舒窈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郭立群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郭茗萱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韩晓慧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韩悦悦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何紫彤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胡李鸣玥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胡明羽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黄诗然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姜建鹏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金奕婕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李雪婷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李雁翎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马嘉琳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毛媛熙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潘果晋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沈漠菲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宋佳依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谭永苹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王桦鲜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王倩倩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王润喆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王兴蕊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王彦风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吴艳熙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熊程予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熊艳琴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羊琦芸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杨奇伟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姚秋杰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叶卉璇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余诗曼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俞雯彰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张冰冰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张婕妤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张思瑞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章梦杰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赵陈琳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郑屹彤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周嘉蓓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朱宸晔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会计（专业学位）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安同旭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安增祥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曹芷晗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程钫圆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程子琦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戴琨卜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董瀚蔚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丰佳怡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冯亦楠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高睿希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高雨欣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关云欣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胡喆慧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李碧瑶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李浩冉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李鹤松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李昱乐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刘梓珊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吕嘉睿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沈启越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宋忻霏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王维霄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奚乐龄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徐怡心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杨婧楚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杨美蕙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杨谭民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殷雨凡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游佳辉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于云龙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机电工程与自动化学院推免名单，涵盖机械工程、控制科学与工程、微电子学与固体电子学、仪器科学与技术、电子信息、机械等专业，学习方式均为硕士，学位类型分学术型与专业学位，评分方式为综合评分（百分制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十、机械工程（学术型，机电工程与自动化学院）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陈颐康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陈长婷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程坤杨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程文洁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崔锦程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戴宗仁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丁青松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段景强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范禹皓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葛成皓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管梓豪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郭雨楠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韩俊杰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郝泽洋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何俊全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侯婉珏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胡心怡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胡屹涵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黄源义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纪诺翔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江启裕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江宇轩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蒋闻汐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李刘煜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李武韬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李烨欢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李祎凡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李泽恒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梁峰源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廖骏良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刘红鑫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刘鸿钰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刘靖智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卢荀壬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陆一铭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倪航硕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潘颖捷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庞详顺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钱宇诚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秦建宇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师铭聪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施奕君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史益舟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粟王洋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唐云哲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万承杰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王语凡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温诗怡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吴宏彬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吴开瑞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席晨阳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谢晨阳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谢润馨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徐文亮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许经函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许一超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许毅伟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崖君胜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严玉荣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杨雪锋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姚梦圆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叶宸予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于张钰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袁君灿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张彩云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张厚格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张家兴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张明毅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张一丹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章起月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周丹丹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周科振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朱礽坤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九、控制科学与工程（学术型，机电工程与自动化学院）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蔡昕洋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胡叶文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胡宇翔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黄玮伦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刘传祥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楼丰川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石俊阳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石俊毅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孙烁瑶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王璐亮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吴昊泽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吴文豪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徐明杰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徐昕贤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鄢皓昱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杨紫琼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叶子菱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张莹莹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章泓则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郑海涛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朱苡然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内容，涉及机电工程与自动化学院、计算机工程与科学学院两个学院，涵盖机械、能源动力、计算机科学与技术三个专业，培养层次均为硕士，学习方式均为全日制（名单未标注学习方式，按公示常规为全日制），公示期为第22页至第26页（共69页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十、机电工程与自动化学院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机械（专业学位）：共74人，名单及成绩如下：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陈新宇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陈鑫煜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陈云骥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陈震铭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成依凡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程吴斌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董宇轩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杜冠辰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杜文喆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方子豪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葛欣悦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郭宗泽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胡佳琪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胡锦桦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胡鹏飞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金哲豪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孔涵芊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李春宝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李林江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李圣飞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李书雯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李甜甜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李卓尧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林皓雄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罗恩凯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罗淋方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孟致远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莫金龙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倪云鹏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彭新宇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钱宏杰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宋宵杰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苏含忠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孙圣振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孙文超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谭永豪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陶星云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涂宇聪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万鑫源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王军辉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温锦源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吴星辰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吴杨坤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徐嘉楠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许飞扬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许志豪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杨文斌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杨晓固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杨宇豪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游进进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于国庆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张清云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赵俊毅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赵子腾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郑焯文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周明宇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朱梓晨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左宗仪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能源动力（专业学位）：共4人，名单及成绩如下：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李为谦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能源动力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张政权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能源动力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郑婉婷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能源动力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艾心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机电工程与自动化学院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能源动力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70.8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九、计算机工程与科学学院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计算机科学与技术（学术型）：本段共列出71人，名单及成绩如下：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别筱玥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曹华丽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曹健平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陈嘉锭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陈雅慧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陈玉玲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陈梓萌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池芳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崔诗宇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代瑞祥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单俊涛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邓欣欣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邓雅婷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董浩天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段冰玉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范霂岩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范心言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方佳程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方嘉瑜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方婧菲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方欣渝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甘在呈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高文诗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高语涵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葛文凯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郭雨佳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郭祚梁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韩琪琪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韩新淋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韩雅洁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韩燕燕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侯佳新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胡瑾瑞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胡铭江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计算机工程与科学学院推免名单，涵盖计算机科学与技术（学术型）、软件工程（学术型）、人工智能（专业学位）、软件工程（专业学位）、网络与信息安全（专业学位）等专业方向。名单按“姓名、性别、学历、学院、专业、学位类型、成绩”排列，成绩为量化评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十、计算机科学与技术（学术型）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汪钲翔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王柜月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王君怡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王邵天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王硕源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王瑶函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魏洪玲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吴博渊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吴玥颖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夏浩栋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夏睿卿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肖慧祈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肖志辉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谢晓雯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徐代银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徐嫣岑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许恩泽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许福权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许兴知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严旭辰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晏铭君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姚烨铧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易芳伟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于健康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于琳菲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余乐颖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俞泽彬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张婧怡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张丽娟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张敏烨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张清圆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张馨月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张悠有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章心阳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赵天琪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赵信然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赵妍颖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周柯汝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周若瑶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周星澳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朱安帮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朱俊枫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朱思远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朱远松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朱云铮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邹乐凡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九、软件工程（学术型）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付于文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谈少镇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张梦然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朱梦祎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三、人工智能（专业学位）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曹益宁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陈江恺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陈可欣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房子扬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冯开泉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冯琦雁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杭雪婷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黄小洪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黄心磊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李玉刚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廖祥辉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卢陈晔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宋旭婷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孙佳奕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孙思源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唐巍祚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涂语韵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吴涵泽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吴添强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吴子祥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夏恩邦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谢旭辉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杨凯悦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虞慧天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张栋河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张明阳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赵春晓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郑丽娜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郑仕炜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四、软件工程（专业学位）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鲍俊亦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陈麒元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陈润好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陈胤红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戴钰宸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邓璐琦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邸浩伦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本段为推免拟录取名单，共涉及 5 个学院、多个专业，名单按“姓名、性别、学位类型、学院、专业、学位类别、成绩”排列，成绩为量化评分（满分 100 分制）。本段名单人数为 208 人，其中计算机工程与科学学院 11 人、经济学院 138 人、理学院 51 人、力学与工程科学学院 18 人、马克思主义学院 5 人（末位专业信息不完整）。公示期、排名方式原文未给出。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十、计算机工程与科学学院（11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软件工程（专业学位，4 人）：张子怡（女，75.2）、赵清欢（男，85.2）、赵雨菲（女，86.0）、郑佳瑜（女，86.0）。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网络与信息安全（专业学位，7 人）：陈东旭（男，80.8）、黄家辉（男，84.2）、黄琪（女，74.8）、王佳楠（女，73.4）、王培旭（男，78.0）、徐志永（男，82.2）、杨思函（男，90.2）。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九、经济学院（138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理论经济学（学术型，8 人）：刘尔豪（男，92.4）、刘娜（女，80.0）、吕才丽（女，91.8）、秦瑞敏（女，88.3）、时艺扬（女，82.5）、汤云釉（女，87.7）、王正芳（女，95.7）、韦滨林（女，90.7）。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应用经济学（学术型，37 人）：卜佳莉（女，88.6）、蔡雨倩（女，91.7）、陈鑫祺（男，80.9）、郭玉洁（女，90.8）、何宇（女，88.9）、江怡默（女，91.4）、李俊英（女，78.2）、李仪（女，88.8）、刘德清（男，89.8）、刘燕（女，82.5）、刘烨航（男，87.9）、刘昭君（女，85.1）、陆可欣（女，90.9）、罗文（女，87.4）、孟庆雯（女，85.9）、彭婵媛（女，86.1）、秦芳裕（女，95.2）、秦依祎（女，87.2）、桑瑜（女，96.0）、商琨（男，83.0）、石倩怡（女，90.2）、孙嘉誉（女，87.6）、王晓璐（女，86.7）、谢延璐（男，82.6）、张晗（女，92.5）、张恒睿（男，80.7）、张静茹（女，86.9）、张璐桐（女，82.0）、张晔（男，86.0）、张颖（女，81.3）、张宇阳（男，71.5）、朱殷莹（女，89.3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国际商务（专业学位，21 人）：陈晓语（女，88.8）、陈乙行（女，84.5）、仇军莹（女，86.1）、丁双苹（女，87.9）、冯宝琳（女，84.3）、季宇心（女，88.4）、解怡宸（女，86.6）、邝逍然（男，89.3）、李思瑶（女，89.3）、李文馨（女，79.7）、廖菲（女，85.1）、刘堃滟（女，91.6）、刘睿（女，82.5）、许佟洁（女，91.7）、杨晨曦（女，85.8）、詹瑶（女，77.8）、张睿珊（女，86.4）、张新月（女，88.8）、张昱璇（女，89.1）、赵俊韬（男，86.0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金融（专业学位，41 人）：曹艺楠（女，85.1）、陈雪如（女，86.9）、丁舒予（女，73.6）、范诗怡（女，89.4）、韩晨露（女，84.2）、何欣月（女，90.1）、霍禹呈（男，85.7）、姜玠宇（男，84.2）、姜依辰（女，71.7）、李菁玮（女，82.8）、李佩瑶（女，88.1）、林欣静（女，79.5）、凌珊瑜（女，80.7）、刘艺斐（女，86.4）、刘奕涵（女，85.1）、刘震宇（男，81.9）、刘子涵（女，81.7）、卢俊钰（女，70.2）、吕品凡（女，71.4）、邱宁（女，89.4）、王丹（女，80.0）、王佳灵（女，89.0）、王荣森（男，75.7）、吴怡辰（女，85.2）、夏欣彤（女，82.6）、夏一凡（男，77.1）、徐美慧（女，80.6）、徐培炎（女，90.6）、许沐涵（女，90.0）、杨国彤（女，80.7）、杨涵淇（女，88.8）、杨锦（女，84.5）、叶嘉迅（女，86.2）、俞锐（女，85.3）、袁方圆（女，89.0）、张钰（女，85.1）、赵逐梦（女，73.7）、周一涵（女，80.6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数字经济（专业学位，10 人）：蔡晓姣（女，86.4）、陈文祺（女，81.0）、陈银（女，88.3）、黄子叶（女，84.5）、欧同同（女，87.7）、秦嘉悦（女，88.6）、杨欣茹（女，89.3）、袁哲嘉（男，88.8）、战玥翯（女，86.8）、张鑫鑫（女，87.8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应用统计（专业学位，2 人）：罗皓歌（女，87.9）、秦志馨（女，82.1）。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三、理学院（51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化学（学术型，5 人）：黄博文（男，91.0）、刘曾光（男，85.0）、夏彬（男，80.6）、夏艳鸿（女，87.6）、周祺卿（男，94.8）。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数学（学术型，41 人）：陈睿妍（女，84.8）、郭天恒（男，84.6）、何京（男，88.0）、胡蝶（女，80.6）、贾薪宇（男，87.0）、李宏松（男，86.4）、李昱希（男，81.2）、林琳（女，84.2）、罗玄（男，91.4）、吕若涵（女，89.2）、马苒笑（女，82.0）、马淑芬（女，80.0）、马思腾（男，73.2）、彭乐阳（男，88.6）、浦仕春（女，85.8）、乔永绘（女，87.4）、全星潭（男，78.4）、阙志城（男，87.2）、任远璠（女，85.8）、沈培轩（男，89.6）、孙澍琪（男，81.6）、覃月凤（女，83.4）、谭宇煌（男，85.8）、王梦婷（女，81.8）、王梦媛（女，85.8）、王栖同（男，78.4）、王钰超（男，76.2）、魏祎淳（男，84.4）、谢凌瀚（男，86.6）、徐佳成（男，92.0）、徐英皓（男，94.6）、徐茁（男，92.0）、徐子屹（男，88.8）、杨卢婕（女，86.8）、杨启（男，81.4）、杨瑜政（男，84.6）、杨雨欣（女，86.8）、叶华宸（女，90.8）、张锦瑞（女，85.0）、赵灵怡（男，80.2）、赵宇飞（男，90.2）、周凌（男，91.2）、周逸凡（男，92.0）、朱煜昕（男，91.0）、祖佳琦（女，80.0）、左家康（男，90.2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物理学（学术型，2 人）：陈思恒（男，70.2）、朱嗣杰（男，87.2）。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应用统计（专业学位，5 人）：陈卓丰（女，89.0）、李壮（男，91.2）、宋巧兮（女，90.8）、王贝贝（女，83.4）、支翌新（女，78.2）。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四、力学与工程科学学院（18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力学（学术型，15 人）：程琰柯（男，67.6）、崔贺（男，75.4）、高恩泽（男，66.0）、高琳博（男，78.8）、郭子晨（男，78.0）、黄玮均（男，77.8）、黄卓云（男，80.8）、雷国强（男，75.0）、刘佳林（男，77.6）、王佳乐（男，83.6）、王天宇（男，73.0）、王章俨（男，71.6）、谢炳南（男，85.6）、谢锦浩（男，73.4）、赵柯帆（男，81.2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土木工程（学术型，5 人）：顾宇轩（男，88.0）、黄文炎（男，79.8）、马宁（女，80.4）、裘江瑶（女，86.4）、沙皓扬（男，86.0）、沈家鋆（男，91.2）。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土木工程（专业学位，3 人）：崔家豪（男，88.2）、苟智（男，83.6）、殷海欣（女，79.0）。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五、马克思主义学院（5 人，末位信息不完整）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马克思主义理论（学术型）：何羡（女，87.8）、琚梣（男，92.8）、梁佳蕊（女，85.4）、刘保林（男，91.0）、刘姝慧（女，86.8）、吕思恬（女，专业信息不完整）。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赵清欢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赵雨菲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郑佳瑜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陈东旭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网络与信息安全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黄家辉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网络与信息安全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网络与信息安全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网络与信息安全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王培旭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网络与信息安全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徐志永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网络与信息安全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杨思函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计算机工程与科学学院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网络与信息安全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刘尔豪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吕才丽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秦瑞敏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时艺扬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汤云釉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王正芳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韦滨林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卜佳莉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蔡雨倩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陈鑫祺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郭玉洁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江怡默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李俊英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刘德清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刘烨航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刘昭君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陆可欣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孟庆雯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彭婵媛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秦芳裕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秦依祎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桑瑜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石倩怡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孙嘉誉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谢延璐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张恒睿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张静茹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张璐桐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朱殷莹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本段为推免拟录取名单，共涉及 4 个学院、多个专业，名单按“姓名—性别—层次—学院—专业—学位类型—成绩”排列，成绩为量化评分（保留 1 位小数）。以下按学院、专业分类列出。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十、力学与工程科学学院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土木工程（学术型）：崔家豪，男，硕士，91.2。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土木工程（专业学位）：苟智，男，硕士，88.2；殷海欣，女，硕士，83.6；何羡，女，硕士，79.0。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马克思主义理论（学术型）：琚梣，男，硕士，92.8；刘保林，男，硕士，91.0；吕思恬，女，硕士，91.2；孙可，女，硕士，93.0；王蕊，女，硕士，87.2；王旭芬，女，硕士，82.6；杨琳，女，硕士，86.8；杨祎冉，女，硕士，86.2；张萌，女，硕士，90.0；赵文慧，女，硕士，90.0；梁佳蕊，女，硕士，85.4；刘姝慧，女，硕士，86.8；任亚琴，女，硕士，79.4；沈珺西，女，硕士，90.4；史瑞祥，女，硕士，89.4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哲学（学术型）：施荣荣，女，硕士，83.4；斯璇，女，硕士，88.6；邹方妍，女，硕士，88.2。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政治经济学（学术型）：陈子旋，女，硕士，86.0；杜宇晨，女，硕士，84.8；黄菲，女，硕士，92.4；倪睿阳，女，硕士，88.6。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中共党史党建学（学术型）：董崇昊，男，硕士，91.2；赖紫颖，女，硕士，91.4；冷金隆，男，硕士，86.6；杨璐，女，硕士，93.4。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三、上海电影学院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计算机科学与技术（学术型）：仇元怡，女，硕士，84.8；付佩璇，女，硕士，81.2；何炜林，男，硕士，85.2；李灿，女，硕士，76.6；林柏成，男，硕士，78.6；马丛琳，女，硕士，79.4；王琳皓，男，硕士，88.0；吴晓娟，女，硕士，73.8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艺术学（学术型）：白家毓，女，硕士，82.5；常舜天，男，硕士，80.6；陈秋伶，女，硕士，85.7；陈周雅，女，硕士，86.1；戴圣洁，女，硕士，82.7；高娜娜，女，硕士，87.4；郭佳轩，女，硕士，89.0；韩恣昕，女，硕士，85.3；黄安琪，女，硕士，88.4；康秀琦，女，硕士，83.8；李嘉雪，女，硕士，85.4；李京宏，女，硕士，78.0；李鈺，女，硕士，85.7；栗玉琢，女，硕士，85.9；梁婷，女，硕士，83.3；刘金霞，女，硕士，83.0；刘潇阳，女，硕士，90.4；龙奕彤，女，硕士，84.2；卢绪芬，女，硕士，83.7；孟晓凤，女，硕士，82.1；宁馨玥，女，硕士，90.4；瞿思喆，女，硕士，90.5；宋文琪，女，硕士，74.3；苏佳乐，女，硕士，78.0；唐子君，女，硕士，82.9；王埰函，男，硕士，87.5；王浩洋，男，硕士，83.0；王琼玉，女，硕士，82.6；王如意，女，硕士，80.5；谢雨涵，女，硕士，84.5；徐鸿轩，女，硕士，88.3；徐刘阳，男，硕士，87.9；徐暖，女，硕士，84.9；许欣妍，女，硕士，82.3；杨斯毅，男，硕士，89.3；杨鑫雨，女，硕士，87.4；游雨佳，女，硕士，74.5；张靓，女，硕士，82.9；张珺晴，女，硕士，84.4；张少川，女，硕士，86.1；张熠，女，硕士，74.0；张莹莹，女，硕士，84.8；张玉，女，硕士，82.9；赵岭，女，硕士，74.4；周曼怡，女，硕士，85.6；周子涵，男，硕士，83.7；朱赛乐，女，硕士，85.6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电子信息（专业学位）：布子么沙各，女，硕士，74.8；陆静怡，女，硕士，70.4；栾一鸣，女，硕士，77.8；徐海峰，男，硕士，86.8；杨镕华，女，硕士，84.4；余原逸，女，硕士，79.2；祖子惠，女，硕士，81.4。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戏剧与影视（专业学位）：曾瑜萱，女，硕士，85.2；曾昱锦，男，硕士，83.4；陈奎旭，男，硕士，85.0；陈明玉，女，硕士，88.6；陈阳，男，硕士，87.2；陈烨，男，硕士，88.4；陈永卓，女，硕士，80.6；代安融，男，硕士，87.0；苟乐凯，男，硕士，86.2；韩佳琪，女，硕士，72.8；胡仁航，男，硕士，83.4；黄馨毓，女，硕士，86.0；简欣颖，女，硕士，80.2；姜欢庭，女，硕士，81.4；靳浩雄，男，硕士，90.0；康亚楠，女，硕士，81.4；李思睿，女，硕士，89.4；李俞卓，女，硕士，76.0；李云迪，男，硕士，89.4；李云飞，男，硕士，88.6；林芯，女，硕士，88.8；刘心仪，女，硕士，87.8；刘艳荣，女，硕士，86.4；柳思源，女，硕士，85.4；邵一蓝，男，硕士，74.4；孙妍，女，硕士，90.2；唐婉馨，女，硕士，81.0；王柯璇，女，硕士，75.8；王跃桐，女，硕士，88.2；吴成龙，男，硕士，78.8；吴艺帆，女，硕士，86.2；许欣怡，女，硕士，85.8；许妍，女，硕士，85.6；杨灵涛，男，硕士，89.2；杨逸逍，女，硕士，85.2；叶娉妤，女，硕士，82.6；张欣逸，女，硕士，87.8；赵强，男，硕士，87.0；周玉丹，女，硕士，90.6；朱子欣，女，硕士，91.0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四、上海美术学院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建筑学（学术型）：陈果，女，硕士，91.6；陈欣悦，女，硕士，87.8；冯祯悦，女，硕士，92.0；霍晓宇，女，硕士，82.8；李婧柔，女，硕士，94.8；李芃旭，男，硕士，93.8；沈玲，女，硕士，92.6；杨思柳，女，硕士，92.4；郑诗含，女，硕士，87.2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设计学（学术型）：李悠嘉，女，硕士，90.6；申靖涛，男，硕士，90.8；石莹，女，硕士，85.2；陶书琰，男，硕士，90.0。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艺术学（学术型）：步衣，女，硕士，97.0；曹菲雨，女，硕士，75.0；陈隽仪，女，硕士，78.8；褚以清，女，硕士，82.2；李笑天，男，硕士，94.6；凌静妍，女，硕士，88.6；盛文馨，女，硕士，90.8；王骄杨，女，硕士，83.0；吴狄，女，硕士，88.6；谢岱璇，女，硕士，63.8；谢明阳，男，硕士，90.0；杨雨霏，女，硕士，91.6；张安琪，女，硕士，78.8；张可欣，女，硕士，88.6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美术与书法（专业学位）：陈小雨，女，硕士，94.0；褚佳瑜，女，硕士，95.8；付俊娴，女，硕士，95.0；高奇妙，女，硕士，88.4；葛宛垚，女，硕士，95.4；龚思颖，女，硕士，93.6；归一，女，硕士，91.8；胡恩耀，男，硕士，94.0；贾梦雪，女，硕士，84.6；康程，女，硕士，93.6；李欣凝，女，硕士，90.4；李雨菡，女，硕士，93.8；刘昕雨，女，硕士，95.6；刘欣雨，女，硕士，91.2；唐元元，女，硕士，94.4；王安妮，女，硕士，93.0；王紫逸，女，硕士，91.4；韦江慧，女，硕士，92.2；吴越，女，硕士，87.0；项婷，女，硕士，91.0；萧文怡，女，硕士，92.2；徐灵慧，女，硕士，92.4；姚开妍，女，硕士，78.8；俞瑛琦，女，硕士，90.2；张骞伊，女，硕士，93.4；郑乐怡，女，硕士，93.6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设计（专业学位）：白茹冰，女，硕士，89.2；蔡扬，女，硕士，86.4；曾丽婷，女，硕士，82.6；方钰涵，女，硕士，87.4；方周俪，女，硕士，93.4；韩越，女，硕士，87.2；胡嘉乐，女，硕士（本段内容至此结束，后续信息缺失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力学与工程科学学院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苟智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力学与工程科学学院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殷海欣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力学与工程科学学院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力学与工程科学学院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琚梣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梁佳蕊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刘保林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刘姝慧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吕思恬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任亚琴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沈珺西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史瑞祥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王旭芬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杨祎冉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赵文慧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施荣荣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斯璇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邹方妍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杜宇晨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倪睿阳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董崇昊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赖紫颖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冷金隆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仇元怡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付佩璇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何炜林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林柏成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马丛琳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吴晓娟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白家毓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常舜天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陈秋伶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陈周雅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戴圣洁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高娜娜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郭佳轩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韩恣昕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黄安琪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康秀琦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上海电影学院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本段为推免拟录取名单公示内容，涉及上海美术学院、社会学院、生命科学学院、体育学院、通信与信息工程学院等单位，共记录 200 人。名单字段包括姓名、性别、层次（均为硕士）、学院、专业、学位类型及成绩评分。成绩评分方式为百分制量化评分，按数值高低排列。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十、上海美术学院（共 41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美术与书法（专业学位，4 人）：俞瑛琦（女，78.8）、张骞伊（女，93.4）、郑乐怡（女，93.6）、（前段延续人员 1 人，专业学位，78.8 对应俞瑛琦前项）。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设计（专业学位，37 人）：白茹冰（女，89.2）、蔡扬（女，86.4）、曾丽婷（女，82.6）、方钰涵（女，87.4）、方周俪（女，93.4）、韩越（女，87.2）、胡嘉乐（女，92.2）、亢梓涵（女，82.4）、骆妍哲（女，93.2）、马浩然（男，91.8）、秦天（男，90.6）、邱伊秦（女，91.8）、沈立东（女，94.8）、沈书羽（女，92.4）、孙筱雅（女，90.0）、王佳颖（女，93.2）、王鑫怡（女，91.0）、王艺（女，92.4）、王宇辰（女，91.2）、王子萌（女，81.2）、吴烨（男，91.2）、徐璟芊（女，91.6）、徐睿（女，89.4）、闫奕彤（女，88.2）、杨淑杰（男，86.0）、杨钰祺（男，91.8）、姚雨乐（女，92.0）、叶柯含（女，88.8）、尤文欣（女，85.6）、张馨淼（女，90.4）、赵紫莹（女，90.4）、郑钰（女，85.6）、周琦洋（女，88.6）、周芯颍（女，88.6）、周梓洲（女，90.4）、朱丁浩然（男，93.4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九、社会学院（共 66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民俗学（学术型，1 人）：邱雨寒（女，92.2）。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人口学（学术型，2 人）：邵嘉琪（女，91.2）、朱怡（女，86.8）。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人类学（学术型，2 人）：李佳妮（女，92.0）、谢棵鑫（女，93.8）。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社会学（学术型，41 人）：白文博（男，88.8）、陈红（女，83.4）、陈思言（女，88.6）、但加禹（女，88.8）、董一睿（女，73.2）、方俊奕（女，85.0）、冯智勇（男，91.8）、耿岚（女，92.6）、黄燊晗（女，91.2）、江彬彬（女，84.6）、景婷婷（女，77.6）、李心恬（女，81.0）、李欣月（女，82.4）、林昱江（女，84.4）、刘雯莉（女，76.4）、卢菲妮（女，84.0）、陆欣妍（女，86.0）、马定国（男，86.0）、蒙乐宜（女，88.2）、潘铖（女，86.8）、任泽蕙（女，87.0）、商茜（女，87.0）、施薇（女，88.0）、时尚（女，87.4）、孙晓晓（女，62.4）、汤语涵（女，84.8）、王萱（女，88.6）、王禺博（女，83.6）、王羽晗（女，85.8）、卫昱杰（男，83.2）、魏勉（女，88.0）、吴悦（男，82.8）、席天赐（男，81.6）、夏凯玥（女，82.2）、熊一鸣（男，88.4）、徐海遥（女，78.2）、薛子俊（男，74.8）、张霓丹（男，77.6）、张雨桐（女，90.6）、朱佳宜（女，83.4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社会工作（专业学位，20 人）：常国滎（女，86.2）、陈旭倩（女，85.2）、戴璐妍（女，86.4）、韩鲁薇（女，85.8）、华秋菊（女，86.6）、宦悠然（女，91.2）、孔维越（女，87.6）、兰千月（女，87.2）、李雅倩（女，85.4）、林茜茹（女，85.4）、林腕儿（女，92.2）、刘思君（女，87.8）、陆婷（女，91.2）、聂晨曦（女，90.6）、庞灵（女，91.0）、秦姣（女，92.0）、饶心怡（女，85.4）、沈珣（女，88.4）、施莉鸿（女，89.6）、宋依洋（女，92.6）、唐晓（女，90.0）、王小雨（女，92.2）、杨睿（女，85.8）、余文艳（女，92.6）、张戈雅（女，85.6）、张佳乐（女，87.4）、张懋（女，92.2）、张欣雨（女，89.0）、朱思雅（女，85.6）、竺嘉宁（女，91.4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三、生命科学学院（共 30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生物学（学术型，19 人）：陈佳雯（女，88.5）、程婷（女，84.6）、胡雨晴（女，88.4）、蒋慧勤（女，83.9）、蒋展风（女，87.8）、林盈盈（女，88.0）、刘乔冉（女，78.9）、刘毓凡（女，89.4）、陆景天（男，86.0）、潘明洁（女，83.1）、彭斯远（男，84.2）、谭驭宇（女，91.4）、吴佳敏（女，88.4）、余斌超（男，84.0）、袁昕乐（女，85.7）、张玮婷（女，86.7）、张雯（女，88.6）、张旭（女，87.3）、朱敏（男，88.5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生物医学工程（学术型，10 人）：柏贵郁（男，85.2）、胡雯静（女，88.2）、康静文（女，89.1）、刘祥云（女，79.3）、龙思屹（女，87.8）、吕宇琪（女，87.5）、王仕娇（女，78.9）、徐雯雯（女，82.3）、叶海勤（女，87.2）、赵亚涵（女，83.3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食品科学（学术型，7 人）：郭赐欣（男，87.7）、焦孟欣（女，85.2）、师雨璇（女，85.1）、吴浩炜（男，82.1）、吴心萍（女，86.0）、郑雅心（女，93.0）、郑月琪（女，88.0）。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生物与医药（专业学位，1 人）：沈楠（女，85.2）。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四、体育学院（共 30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体育学（学术型，12 人）：戴文辉（男，84.0）、龚剑伟（男，88.3）、胡诗平（男，82.3）、李怀海（男，80.6）、刘益帆（女，89.8）、刘子豪（男，79.5）、莫瑞格（女，90.7）、邵欣语（女，79.0）、孙乐（女，80.0）、熊政（男，83.7）、徐跃荧（女，81.5）、杨志凯（男，80.0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体育（专业学位，18 人）：陈雨乐（男，80.1）、方迅（男，79.0）、高谨华（女，75.1）、巩重重（女，75.2）、林显鹏（男，80.0）、刘晶晶（女，78.7）、刘宇翔（男，80.1）、吕泽（女，79.1）、茆晓悦（女，80.1）、倪仪（女，78.0）、潘佳怡（女，84.3）、浦文（男，78.1）、秦昆林（男，81.2）、孙童（女，80.7）、王茜（女，75.6）、杨文明（男，87.0）、杨宇杉（女，82.5）、张尧（男，81.2）、智川芝（女，78.0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五、通信与信息工程学院（共 33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电子科学与技术（学术型，3 人）：李文基（男，90.8）、刘通（男，67.2）、张晨（男，69.6）。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信息与通信工程（学术型，30 人）：曹良贞贤（女，89.0）、陈煊（男，71.6）、陈宇豪（男，84.0）、陈紫洁（女，77.6）、邓予涵（男，87.8）、丁权（男，73.8）、杜誉（男，84.6）、付泽豪（男，86.2）、付志健（男，87.0）、龚兰兰（女，72.0）、郝紫怡（女，84.8）、洪林波（男，72.6）、黄馨葶（女，92.0）、姜子豪（男，67.8）、李瑞瑞（男，83.4）、李星雨（女，75.2）、李中彬（男，85.8）、林祝伊（女，93.2）、刘婧（女，本段内容截断，成绩未显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六、公示信息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本段名单分布于第 43 页至第 48 页，全册共 69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公示期为原文未在本段标注，需参见文件首页公示说明。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评分方式为百分制量化成绩，按数值排列，未在本段标注具体排名规则。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[图片：第43页至第48页名单表格截图]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本段为推免拟录取名单，涉及通信与信息工程学院、外国语学院、微电子学院、未来技术学院（人工智能研究院）4个学院，共 118 人。名单按学院、专业、学位类型分组，每名考生记录顺序为：姓名、性别、层次、学院、专业、学位类型、成绩（评分）。成绩为量化评分，精确到小数点后一位。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十、通信与信息工程学院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信息与通信工程（学术型，硕士），共 47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郝紫怡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洪林波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黄馨葶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姜子豪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李瑞瑞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李星雨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李中彬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林祝伊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罗心妍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吕宛儒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马时俊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潘可馨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庞兴隆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邱世旭曦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饶俊杰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苏潇天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童佶彦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王俊豪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王匡毅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王姗姗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王艳娟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王振羽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吴丛志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吴学锐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熊鹏海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杨文哲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余晨阳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岳彦文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张澳醒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张春璐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张钰浠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赵茂辛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赵泽羊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周灵修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朱思彦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电子信息（专业学位，硕士），共 32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陈熙宇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董奕伶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高梦阳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何国庆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胡家榕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李可欣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刘百强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刘伟杰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刘蕴斌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罗蘅玥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马润妍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马云升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丘壹玲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邱皓镧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宋思懿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陶恩楠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王嘉誉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向云松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熊神烨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杨济源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尹义浩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张烁星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张桃梅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朱泓静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左瑾悦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戴欣妮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通信与信息工程学院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九、外国语学院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外国语言文学（学术型，硕士），共 25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丁美伶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窦琰璐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高宇新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罗小楠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潘思妍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沈晓华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帅峥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苏小姗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谭小玥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田昊冉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翁静怡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邬春燕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熊锦程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徐妍祯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薛景明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薛诗达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余林阳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詹晓宣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张海月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赵念琪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钟雨晨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法语笔译（专业学位，硕士），共 5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李美圆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张姿怡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陈玥岚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日语笔译（专业学位，硕士），共 13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胡文麒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梁诗雅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陆泽临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商梦亿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谢可颖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杨翌悦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本段为推免拟录取名单，共涉及 4 个学院（微电子学院、未来技术学院（人工智能研究院）、文化遗产与信息管理学院、文学院），名单按“姓名、性别、层次、学院、专业、学位类型、成绩”排列，成绩为量化评分（保留 1 位小数）。本段名单人数为 168 人（含跨页重复标注的页码行，不含页码行本身）。公示期、排名方式原文未给出。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十、微电子学院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电子信息（专业学位）：朱营辉，男，硕士，71.6。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九、未来技术学院（人工智能研究院）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机械工程（学术型）：冯珍，女，硕士，87.4；孙士伟，男，硕士，71.0。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控制科学与工程（学术型）：陈允文，男，硕士，77.0；韩佳鑫，男，硕士，88.4；吴沁轩，男，硕士，78.0；于亚楠，女，硕士，75.0；张如涛，男，硕士，85.4；周生航，男，硕士，80.2。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人工智能（专业学位）：操炜圣，男，硕士，65.0；陈启榕，男，硕士，89.0；陈思瑞，男，硕士，86.4；董欣妍，女，硕士，71.2；耿楷茹，女，硕士，73.8；管亚菲，女，硕士，84.4；韩舟，女，硕士，75.2；蒿永青，女，硕士，76.0；黄彦魁，男，硕士，71.8；霍星宇，男，硕士，88.4；金学龙，男，硕士，79.2；李莹，女，硕士，78.2；李粤鑫，女，硕士，71.4；廖芹，女，硕士，83.8；刘笑谦，男，硕士，73.8；刘智健，男，硕士，71.6；欧阳彧桀，男，硕士，64.8；潘伊琪，女，硕士，75.8；孙圣沅，男，硕士，87.8；谭婕，女，硕士，84.6；王珺纯，女，硕士，86.0；王泺沄，女，硕士，73.8；王馨，女，硕士，74.0；肖静，女，硕士，74.0；徐鸣杰，男，硕士，89.4；袁颖，男，硕士，83.6；岳佳丽，女，硕士，78.4；张福特，男，硕士，79.4；张洋枝，男，硕士，82.0；赵漾，男，硕士，69.8；郑晓晓，女，硕士，72.6；钟成琳，女，硕士，74.0；朱力波，男，硕士，89.0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三、文化遗产与信息管理学院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档案学（学术型）：安奕洁，女，硕士，83.2；陈静君，女，硕士，71.0；陈雨琦，女，硕士，85.6；耿好，女，硕士，82.4；何颖出，女，硕士，76.8；姜欢，女，硕士，88.0；李竟碧，女，硕士，84.8；卢帆，女，硕士，89.6；阮丽娜，女，硕士，83.6；唐婷婷，女，硕士，87.8；童菁菁，女，硕士，91.0；杨荣熙，男，硕士，83.6；庄妍，女，硕士，74.0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情报学（学术型）：蔡佩珊，女，硕士，80.4；陈珊，女，硕士，77.4；陈懿贝，女，硕士，80.8；梁萌萌，女，硕士，91.6；刘萱，女，硕士，87.6；王福华，女，硕士，79.6；向芳琦，女，硕士，83.2；于雅聪，女，硕士，83.8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图书馆学（学术型）：肖闻静，女，硕士，93.0；张晓馨，女，硕士，76.7。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博物馆（专业学位）：方睿颖，女，硕士，85.2；韩雨亭，女，硕士，81.8；林琳，女，硕士，86.0；纳木汗，女，硕士，81.0；钱彧盛，女，硕士，80.4；杨静文，女，硕士，87.6；张盈，女，硕士，79.6。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图书情报（专业学位）：扶妍，女，硕士，90.8；龚勋哲，男，硕士，91.4；李聿宏，女，硕士，90.6；彭杰，男，硕士，72.4；邱洁，女，硕士，77.0；阮艺洁，女，硕士，78.4；佟欣鑫，女，硕士，84.2；吴婧轩，女，硕士，78.6；邢淑欣，女，硕士，84.2；尹思怡，女，硕士，80.2；岳伊冉，女，硕士，91.4；张林琳，女，硕士，85.2；张英姿，女，硕士，85.4；朱乐洋，女，硕士，74.4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文物（专业学位）：古怡萱，女，硕士，84.4；金欣烨，女，硕士，78.4；梁时进，男，硕士，90.2；令雨杨，女，硕士，75.6；吕书琦，女，硕士，85.2；潘李蕗宇，女，硕士，67.2；王欣，女，硕士，82.8；王子莹，女，硕士，77.4；张雪，女，硕士，76.4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四、文学院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世界史（学术型）：邓楠，女，硕士，83.4；何俊熙，女，硕士，82.4；胡经源，男，硕士，85.6；胡可，女，硕士，79.2；姜雅轩，女，硕士，84.0；林婕，女，硕士，90.6；刘津妍，女，硕士，89.4；刘可贞，女，硕士，85.6；刘星晨，男，硕士，87.6；马伊伊，女，硕士，84.2；欧馨语，女，硕士，81.8；秦艺珈，女，硕士，87.2；孙雪晴，女，硕士，87.4；汤泽毓，男，硕士，85.8；万寿宏，男，硕士，85.6；王襟琰，女，硕士，84.2；王凯茜，女，硕士，83.0；王可欣，男，硕士，83.2；温雨健，男，硕士，83.0；张瑞，女，硕士，85.2；张舒瑄，女，硕士，77.4；郑卫淇，男，硕士，94.6；周玉桐，女，硕士，84.0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政治学（学术型）：冯林怡，女，硕士，81.2；郭赅妍，女，硕士，89.4；胡媛彧，女，硕士，86.8；李欣博，女，硕士，84.8；杨若楠，女，硕士，85.2；占佳慧，女，硕士，83.2。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中国史（学术型）：陈娅妮，女，硕士，84.6；陈宗盛，男，硕士，94.0；窦笑，女，硕士，93.4；顾慧琳，女，硕士，93.6；郭海杉，女，硕士，93.0；韩婉晴，女，硕士，90.6；胡晓华，女，硕士，91.4；李珉君，女，硕士，92.6；刘璐鑫，女，硕士，94.6；刘栩含，女，硕士，91.2；宁靖，女，硕士，91.4；潘梦渝，女，硕士，89.4；邱晨，女，硕士，92.6；容润芹，女，硕士，93.6；眭采宸，女，硕士，93.4；王玉兰，女，硕士，91.4；王韵琳，女，硕士，86.0；魏雪蕊，女，硕士，83.8；吴乐婧，女，硕士，92.8；许文静，女，硕士，91.6；于惠馨，女，硕士，91.0；余雨轩，女，硕士，91.6；郑可莹，女，硕士，92.8；钟诗颖，女，硕士，88.8；朱怡锦，男，硕士，86.4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中国语言文学（学术型）：蔡佳佳，女，硕士，88.8；曹颍，女，硕士，87.4；车婧，女，硕士，93.4；陈芊羽，女，硕士，89.8；陈睿，女，硕士，76.3；陈婷，女，硕士，90.8；陈玺悦，女，硕士，89.0；陈卓，女，硕士，88.4；陈子晴，女，硕士，83.4；程瑜焜，女，硕士，92.0；池梦雨，女，硕士，92.6；崔淑敏，女，硕士，91.5；代晨晨，女，硕士，84.0；邓佳慧，女，硕士，84.4；豆晓可，女，硕士，74.1；宫雨田，女，硕士，90.6；郭平斐，女，硕士，84.0；何洋，女，硕士，73.6；胡涵瑜，女，硕士，75.9；胡诗晗，女，硕士，89.0；黄丽婷，女，硕士，91.0；黄琼瑶，女，硕士，96.0；黄文蕊，女，硕士，86.8；黄欣缘，女，硕士，91.8；黄伊婷，女，硕士，87.6；黄妤铮，女，硕士，94.5；贾学威，男，硕士，91.0；阚文蕾，女，硕士，86.6；匡柯蓁，女，硕士，95.2；冷佳诺，女，硕士，83.2；李佳珺，女，硕士，88.0；李龙盈，女，硕士，82.4；李玟，女，硕士，80.1；李鑫，女，硕士，75.0；李哲，女，硕士，87.0；连亚钧，女（本段内容在此处截断，后续信息缺失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朱营辉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孙士伟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陈允文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韩佳鑫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吴沁轩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于亚楠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张如涛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周生航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操炜圣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陈启榕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董欣妍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耿楷茹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管亚菲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蒿永青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黄彦魁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霍星宇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金学龙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李粤鑫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刘笑谦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刘智健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欧阳彧桀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潘伊琪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孙圣沅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王珺纯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王泺沄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徐鸣杰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岳佳丽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张福特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张洋枝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郑晓晓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钟成琳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朱力波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未来技术学院（人工智能研究院）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安奕洁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文化遗产与信息管理学院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档案学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陈静君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文化遗产与信息管理学院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档案学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文化遗产与信息管理学院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档案学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文化遗产与信息管理学院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档案学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本段为推免拟录取名单的中间部分，涉及文学院、悉尼工商学院、新闻传播学院三个学院，共 189 人。名单字段依次为：姓名、性别、层次、学院、专业、学位类型、成绩。成绩为量化评分，按数值高低排列。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十、文学院（共 71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中国语言文学（学术型，硕士，共 61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黄妤铮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贾学威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阚文蕾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匡柯蓁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冷佳诺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李龙盈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连亚钧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梁广樱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林晨熙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刘佩佩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柳成林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马倩楠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茜阳阳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秦子淇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屈宗辰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任嘉欣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沈诗涵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孙嘉延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汤瑷瑜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汤荣容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唐学妍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唐颖婷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汪川越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王冰冰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王晶晶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王乐源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王爽宁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温都苏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吴奇颖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吴苏兰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邢妍冰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熊羚佑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徐菲菲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杨晨薇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姚卓凡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张贝璐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张菁莹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张锐琦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张卓然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郑惠敏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郑欣哲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钟青霖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钟燕琼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朱浩天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朱羽萱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国际事务（专业学位，硕士，共 2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牟文怡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国际中文教育（专业学位，硕士，共 8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陈丽名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国际中文教育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陆涵熙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国际中文教育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聂潞瑶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国际中文教育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国际中文教育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托门巴特∙嫱芭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国际中文教育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魏嘉宇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国际中文教育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徐涵默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国际中文教育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九、悉尼工商学院（共 79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管理科学与工程（学术型，硕士，共 15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褚慧琳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褚雨萌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郭钰菁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姬心语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盛昊宇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谭力文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熊子萱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许进旭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周嘉靖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企业管理（学术型，硕士，共 20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曾丽双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陈安妮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陈傅晗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杜宇飞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甘文洁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林肖蔓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桑敏妍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盛嘉怡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王惠楠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王仪帆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武斯晗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余丽晶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张海阳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周嘉怡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朱铭夏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朱衍润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94.7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区域经济学（学术型，硕士，共 15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曹思盈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董婉清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樊瑞娜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蒋伊涵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刘成成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刘润家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陆畅达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闵嘉玉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武可馨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徐佳莹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于寒蕊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张盈盈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周俊良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周美娟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80.3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会计（专业学位，硕士，共 29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蔡昕瑶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蔡雨晴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陈慧宇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悉尼工商学院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陈静涵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本段为推免拟录取名单的末段，涉及新闻传播学院、医学院、音乐学院三个学院，共 122 人。名单按学院、专业、学位类型分组排列，每人依次列出姓名、性别、层次（均为硕士）、学院、专业、学位类型、成绩。成绩为量化评分，按分数高低排列。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十、新闻传播学院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新闻传播学（学术型），共 25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乃菲斯∙阿不都艾尼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时艳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宋佳怡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陶奕文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滕跃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王家佳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王君宇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王昕佳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王奕丁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王悦颖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王赟迪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吴思远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吴笑寒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吴贻婷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谢灿灿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谢悦嘉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徐铱繁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许佳慧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於煊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赵欣悦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滕跃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新闻与传播（专业学位），共 66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别季晶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陈蓓蕾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陈丹丹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陈欣雨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戴悦彤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邓子夏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董瑞熙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方丹云珠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冯丞凯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冯雯斐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付昱晓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冮力旭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岡崎瑞葉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龚钰淇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郭雨竹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何海飞扬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何思语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胡灵俞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黄欣颖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姬溶苑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姜博林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李陶然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李致立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林柳含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林于入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刘广源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刘书语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刘羽彤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龙雨薇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潘芮斓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钱淑贤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冉云杰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沈珈好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施雨彤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苏艺苗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隋欣怡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唐馨怡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陶君楠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万天边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汪彦希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王家骏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王璐琳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王帅今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王心禾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王语童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乌雅罕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吴钰琳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夏昱菲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谢奕欣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辛芷菏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徐子墨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许欣悦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严世轩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杨馥鸣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杨默涵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袁梦琦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张辰熙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张君仪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张卿毓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张士杰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张思琦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张馨匀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张钰新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生物学（学术型），共 5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昌璞玉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胡唐怡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刘杜楠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邢晓晓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药学（学术型），共 12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蔡驰洋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朴杨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汪诗绿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王洁洁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徐嘉嘉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许诺言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闫悦悦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杨丹青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智能医学诊疗（学术型），共 3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陈天宜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智能医学诊疗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樊益程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智能医学诊疗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智能医学诊疗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三、音乐学院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艺术学（学术型），共 3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陈美璇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蒋佳怡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倪一菲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音乐（专业学位），共 8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程佳媛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本段为音乐学院推免拟录取名单，共 11 人，均为女性、硕士层次。其中学术型 1 人，专业学位 10 人。专业分布为：艺术学 1 人，音乐 10 人。评分方式为按成绩（分数）排序，分数区间为 89.0 至 95.0。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程佳媛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胡可馨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雷卓青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刘彦廷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杨清瑜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叶雨林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俞苏畅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张可珣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宗芊睿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总人数：11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学位类型分布：学术型 1 人，专业学位 10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专业分布：艺术学 1 人，音乐 10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成绩区间：89.0 至 95.0。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本段内容为第 69 页，共 69 页。原文未标注公示期。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本段为名单类公示信息的末尾部分，涉及音乐学院相关专业推免名单及评分，具体如下：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本段共列出 11 名人员信息，均为女性、硕士层次，专业方向为音乐（专业学位），所属学院为音乐学院。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另有 1 条记录为艺术学（学术型），所属学院为音乐学院，评分 93.0，姓名因跨页截断显示为“乐学院”（原文如此）。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九、名单表格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程佳媛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胡可馨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雷卓青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刘彦廷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杨清瑜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叶雨林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俞苏畅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张可珣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宗芊睿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本段内容为第 69 页，共 69 页，属公示名单末页。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原文未在本段中给出公示期、排名方式及联系方式等信息。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本段为推免拟录取名单的末页内容，涉及音乐学院音乐专业学位及艺术学学术型，共 11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程佳媛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胡可馨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雷卓青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刘彦廷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杨清瑜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叶雨林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俞苏畅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张可珣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宗芊睿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本页另含艺术学学术型 1 条记录，成绩为 93.0，学院信息缺失。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本页为第 69 页，共 69 页。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