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附件3：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附件3：哈尔滨师范大学2026年拟推荐免试攻读硕士学位研究生汇总表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学院（加盖公章）：              制表人：              办公电话：               手机：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本科所学专业名称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排名基数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总平均成绩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总平均成绩排名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综合测评成绩排名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考评成绩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考评成绩排名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荣誉称号及获奖情况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外语语种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是否拟推荐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冯姗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2022040392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22级数学与应用数学（师范类）11班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2023-2024学年度本专科生国家奖学金；2022-2023学年度本专科生国家奖学金；2024年全国大学生数学建模竞赛黑龙江赛区一等奖；2024年东北三省数学建模联赛一等奖；2023年黑龙江省普通高等学校“三好学生”荣誉称号；2025年“宁齐堃”学生道德品质奖；2023-2024学年度校一等奖学金；2022-2023学年度校一等奖学金；2022-2023学年度校“三好学生”荣誉称号；2024“外教社·国才杯”“理解当代中国”英语综合能力公开赛二等奖；第四届“外教社·词达人杯”全国大学生英语词汇能力大赛校赛二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黄奕凌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2022040097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22级数学与应用数学（师范类）6班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黑龙江省普通高等学校“三好学生”荣誉称号；2023年全国大学生数学建模竞赛省一等奖；2023年全国大学生数学竞赛(数学A类)省二等奖；2023年全国大学生英语竞赛(C类)国家一等奖；2024年全国大学生数学竞赛(数学A类)省二等奖；2024年全国大学生英语竞赛(C类)国家特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杨丰语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2022040390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22级数学与应用数学（师范类）11班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第十三届华文杯高校数学师范生微课设计二等奖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柯敏敏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2022040437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22级数学与应用数学（师范类）3班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数学建模竞赛黑龙江赛区二等奖；2024年东北三省数学建模联赛一等奖；2023年黑龙江省普通高等学校“三好学生”荣誉称号；2023-2024学年度校一等奖学金；2022-2023学年度校一等奖学金；2022-2023学年度校“三好学生”荣誉称号；2022年度哈尔滨师范大学“优秀共青团员”荣誉称号；“青心扶苗”志愿活动“优秀志愿者”荣誉证书；数学科学学院四级考试优秀个人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张格蕊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2021041703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22级数学与应用数学（师范类）11班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2023年黑龙江省普通高等学校“三好学生”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张楠楠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2022011959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22级数学与应用数学（师范类）3班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2022--2023年度获得校一等奖学金；2022年哈尔滨师范大学“优秀共青团员”荣誉称号；2023--2024年度获得校二等奖学金；2023-2024年度获得本科生国家励志奖学金；2024年7月获得东北三省数学建模联赛一等奖；2024年12月获得第十六届全国大学生数学竞赛（数学A类）二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柴望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2022012022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22级数学与应用数学（师范类）7班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东北三省数学建模竞赛一等奖；2024年度哈尔滨师范大学一等奖学金；2024年度哈尔滨师范大学优秀学生干部；2024年东北三省数学建模竞赛二等奖；第十六届全国大学生数学竟赛(数学A类)三等奖；2023年度哈尔滨师范大学三好学生；2023年度哈尔滨师范大学一等奖学金；2022年哈尔滨师范大学“优秀共青团员”荣誉称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周金卓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2022012047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22级数学与应用数学（师范类）7班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2024年哈尔滨师范大学“三好学生”；2022-2023学年度一等奖学金；2023-2024学年度一等奖学金；高教社全国大学生数学建模竞赛黑龙江省一等奖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李智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2021011538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22级数学与应用数学（师范类）2班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第十六届全国大学生数学竞赛（数学A类）一等奖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芮于涵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2022040716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22级数学与应用数学（师范类）11班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师范大学2023至2024学年度国家励志奖学金；哈尔滨师范大学2022至2023学年度国家励志奖学金；哈尔滨师范大学2023至2024学年度校一等奖学金；哈尔滨师范大学2022至2023学年度校二等奖学金；2024年东北三省数学建模联赛一等奖；2025年东北三省数学建模联赛一等奖；2024年高教社杯全国大学生数学建模竞赛黑龙江赛区二等奖；第四届“外教社·词达人杯”全国大学生英语词汇能力大赛 哈尔滨师范大学 本科非英语专业组校赛二等奖；第三届“外教社·词达人杯”全国大学生英语词汇能力大赛 哈尔滨师范大学 本科非英语专业组校赛三等奖；第五届“外教社·词达人杯”全国大学生英语词汇能力大赛 哈尔滨师范大学 本科非英语专业组校赛三等奖；哈尔滨师范大学2023至2024年度“三好学生”荣誉称号；哈尔滨师范大学2024年度“优秀共青团员”荣誉称号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刘禹彤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2022012057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22级数学与应用数学（师范类）9班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70.43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2024年东北三省数学建模联赛二等奖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吕佳泽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2022012067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22级数学与应用数学（师范类）9班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黑龙江省普通高等学校“三好学生”荣誉称号；东北三省数学建模联赛二等奖；哈尔滨师范大学二〇二二至二〇二三学年度三好学生荣誉称号；哈尔滨师范大学二〇二三至二〇二四学年度一等奖学金；哈尔滨师范大学共青团工作中表现突出，授予“优秀共青团员”荣誉称号；哈尔滨师范大学二〇二三至二〇二四学年度优秀学生干部荣誉称号；哈尔滨师范大学二〇二二至二〇二三学年度二等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徐广权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2022011998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22级数学与应用数学（师范类）4班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69.71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2022年哈尔滨师范大学“优秀共青团员”荣誉称号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2022012114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22级数学与应用数学行知实验班01班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2023.11哈尔滨师范大学2022-2023学年度一等奖学金；2023.11哈尔滨师范大学2022-2023学年度三好学生荣誉称号；2023.12 2023年黑龙江省普通高等学校“三好学生”荣誉称号；2024.10哈尔滨师范大学2023-2024学年度一等奖学金；2024.12 2023-2024学年度本专科生国家奖学金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王嘉仪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2022012107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22级数学与应用数学行知实验班01班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2023.11 2022-2023年度一等奖学金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潘怡静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2022041643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22级应用统计学01班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2025.04 2025年优秀共青团干部；2024.11 2024年校三好学生荣誉；2024.09 2023-2024学年校级一等奖学金；2023.09 2022-2023学年校级一等奖学金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李敏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2022012508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22级应用统计学02班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哈尔滨师范大学2023-2024学年度二等奖学金；哈尔滨师范大学2022-2023学年度二等奖学金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2022012490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22级应用统计学01班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2023.09哈尔滨师范大学2022-2023学年度一等奖学金；2024.09哈尔滨师范大学2023-2024学年度二等奖学金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王依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2022040206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22级应用统计学01班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2023.09 2022-2023年度校级一等奖学金；2024.09 2023-2024年度校级一等奖学金；2024.04 2023-2024年度优秀共青团员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刘东毅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2022020284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22级信息与计算科学1班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2024全国大学生英语竞赛三等奖，2025全国大学生英语竞赛三等奖，全国大学生数学建模竞赛省级二等奖，外教社词达人比赛省级二等奖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隋昕彤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2022020264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22级信息与计算科学2班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哈尔滨师范大学三好学生；哈尔滨师范大学二等奖学金；哈尔滨师范大学优秀共青团员；黑龙江省普通高等学校“三好学生”荣誉称号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庄瑷宁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2022020290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22级信息与计算科学1班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优秀共青团员，获得一等奖学金和二等奖学金和国家励志奖学金和团体操一等奖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备注：考评成绩须保留两位小数；排名方式填写为学院或专业；排名基数是指计算排名时的总人数（即分母）。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经办人签字：        学院推免工作领导小组组长签字：       教务处处长签字：           学生工作处处长签字：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  日        2025年9月  日                       2025年9月  日              2025年9月 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