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景德镇陶瓷大学2026年推荐免试硕士研究生拟录取名单公示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景德镇陶瓷大学2026年推荐免试硕士研究生拟录取名单公示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总计X人（原文未提供具体人数，仅说明名单见附件）。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根据考生复试成绩，经学校招生工作领导小组讨论通过确定拟录取名单。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公示期为2025年10月22日至10月30日，共计9天；公示期间如有异议，需以书面形式（要求署名）反馈至招生就业处，联系电话：0798-8463033。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正式录取名单将在公示无异议后报教育部审核，最终录取结果以教育部录取检查通过为准。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