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关于2026年学术特长生免试攻读研究生拟推荐名单公示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本通知为西北农林科技大学林学院关于2026年学术特长生免试攻读研究生拟推荐名单的公示，发布日期（推定）为2025年9月10日。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公示名单涉及两名学生，具体信息见附件：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附件1：程磊—袁晶—学术特长—林产化工2201班.pdf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附件2：马锦行-李健-学术特长-林产化工.pdf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学院地址：陕西省杨凌区邰城路3号，邮编：712100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联系电话：029-87082230、029-87082216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主管领导：刘晴蕊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