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植科院2025年全国优秀大学生夏令营拟接收营员及候补名单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植科院2025年全国优秀大学生夏令营拟接收营员及候补名单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经学院夏令营组委会综合评估与筛选，最终227人获得正式入营资格，候补80人（名单详见附件）。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夏令营具体安排将以邮件形式通知正式营员，请密切留意。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如有正式营员放弃本次夏令营的入营资格，或夏令营名额有调整，则结合夏令营安排的实际情况，根据候补名单顺序依次递补，并通知候补营员。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华中农业大学植物科学技术学院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2025年夏令营组委会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2025年6月20日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附件【华中农业大学植物科学技术学院2025年全国优秀大学生夏令营入营名单.pdf】已下载 次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版权所有：Copyright © 华中农业大学植物科学技术学院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地址：湖北省武汉市洪山区狮子山街1号华中农业大学第三综合楼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邮箱：zkbg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电话：027-87282130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邮编：430070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友情链接：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院系网站链接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动物科学技术学院，动物医学院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资源与环境学院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生命科学技术学院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园艺林学学院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水产学院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工学院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院庆网站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药用植物湖北省工程研究中心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高校网站链接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中国农业科学院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中国科学院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西北农林科技大学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华中科技大学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南京农业大学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中国农业大学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教育网站链接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国家自然科学基金委员会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中华人民共和国农业农村部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中华人民共和国科学技术部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中华人民共和国教育部</w:t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