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江汉大学2026年接收优秀应届本科毕业生免试攻读硕士研究生通知</w:t>
      </w:r>
    </w:p>
    <w:p>
      <w:pPr>
        <w:spacing w:after="80" w:lineRule="auto" w:line="360"/>
        <w:ind w:firstLine="482"/>
        <w:jc w:val="both"/>
      </w:pPr>
      <w:r>
        <w:rPr>
          <w:rFonts w:ascii="Times New Roman" w:hAnsi="Times New Roman" w:eastAsia="宋体"/>
          <w:b w:val="0"/>
          <w:sz w:val="24"/>
        </w:rPr>
        <w:t>江汉大学党委研究生工作部、研究生院发布通知，面向2026年接收优秀应届本科毕业生免试攻读硕士研究生（推免生）开展工作。本通知同时涵盖预推免与正式推免流程。</w:t>
      </w:r>
    </w:p>
    <w:p>
      <w:pPr>
        <w:spacing w:after="80" w:lineRule="auto" w:line="360"/>
        <w:ind w:firstLine="482"/>
        <w:jc w:val="both"/>
      </w:pPr>
      <w:r>
        <w:rPr>
          <w:rFonts w:ascii="Times New Roman" w:hAnsi="Times New Roman" w:eastAsia="宋体"/>
          <w:b w:val="0"/>
          <w:sz w:val="24"/>
        </w:rPr>
        <w:t>发布日期（推定）：2025年9月25日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申请人须为优秀应届本科毕业生，并获得所在学校推荐免试资格。</w:t>
      </w:r>
    </w:p>
    <w:p>
      <w:pPr>
        <w:spacing w:after="80" w:lineRule="auto" w:line="360"/>
        <w:ind w:firstLine="482"/>
        <w:jc w:val="both"/>
      </w:pPr>
      <w:r>
        <w:rPr>
          <w:rFonts w:ascii="Times New Roman" w:hAnsi="Times New Roman" w:eastAsia="宋体"/>
          <w:b w:val="0"/>
          <w:sz w:val="24"/>
        </w:rPr>
        <w:t>2. 具体申请条件及要求以江汉大学研究生招生网站后续发布的细则为准。</w:t>
      </w:r>
    </w:p>
    <w:p>
      <w:pPr>
        <w:spacing w:before="160" w:after="80" w:lineRule="auto" w:line="360"/>
        <w:jc w:val="left"/>
      </w:pPr>
      <w:r>
        <w:rPr>
          <w:rFonts w:ascii="Times New Roman" w:hAnsi="Times New Roman" w:eastAsia="宋体"/>
          <w:b/>
          <w:sz w:val="28"/>
        </w:rPr>
        <w:t>二、申请流程与时间节点</w:t>
      </w:r>
    </w:p>
    <w:p>
      <w:pPr>
        <w:spacing w:after="80" w:lineRule="auto" w:line="360"/>
        <w:ind w:firstLine="482"/>
        <w:jc w:val="both"/>
      </w:pPr>
      <w:r>
        <w:rPr>
          <w:rFonts w:ascii="Times New Roman" w:hAnsi="Times New Roman" w:eastAsia="宋体"/>
          <w:b w:val="0"/>
          <w:sz w:val="24"/>
        </w:rPr>
        <w:t>1. 请申请人密切关注江汉大学研究生招生网站（https://gs.jhun.edu.cn）发布的推免生接收办法、报名时间及复试安排。</w:t>
      </w:r>
    </w:p>
    <w:p>
      <w:pPr>
        <w:spacing w:after="80" w:lineRule="auto" w:line="360"/>
        <w:ind w:firstLine="482"/>
        <w:jc w:val="both"/>
      </w:pPr>
      <w:r>
        <w:rPr>
          <w:rFonts w:ascii="Times New Roman" w:hAnsi="Times New Roman" w:eastAsia="宋体"/>
          <w:b w:val="0"/>
          <w:sz w:val="24"/>
        </w:rPr>
        <w:t>2. 报名及复试具体时间节点、材料清单等详细信息，请参照网站后续通知。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地址：湖北武汉经济技术开发区，邮编：430056</w:t>
      </w:r>
    </w:p>
    <w:p>
      <w:pPr>
        <w:spacing w:after="80" w:lineRule="auto" w:line="360"/>
        <w:ind w:firstLine="482"/>
        <w:jc w:val="both"/>
      </w:pPr>
      <w:r>
        <w:rPr>
          <w:rFonts w:ascii="Times New Roman" w:hAnsi="Times New Roman" w:eastAsia="宋体"/>
          <w:b w:val="0"/>
          <w:sz w:val="24"/>
        </w:rPr>
        <w:t>2. 招生电话：027-84733068</w:t>
      </w:r>
    </w:p>
    <w:p>
      <w:pPr>
        <w:spacing w:after="80" w:lineRule="auto" w:line="360"/>
        <w:ind w:firstLine="482"/>
        <w:jc w:val="both"/>
      </w:pPr>
      <w:r>
        <w:rPr>
          <w:rFonts w:ascii="Times New Roman" w:hAnsi="Times New Roman" w:eastAsia="宋体"/>
          <w:b w:val="0"/>
          <w:sz w:val="24"/>
        </w:rPr>
        <w:t>3. 研究生院电话：027-84225310</w:t>
      </w:r>
    </w:p>
    <w:p>
      <w:pPr>
        <w:spacing w:after="80" w:lineRule="auto" w:line="360"/>
        <w:ind w:firstLine="482"/>
        <w:jc w:val="both"/>
      </w:pPr>
      <w:r>
        <w:rPr>
          <w:rFonts w:ascii="Times New Roman" w:hAnsi="Times New Roman" w:eastAsia="宋体"/>
          <w:b w:val="0"/>
          <w:sz w:val="24"/>
        </w:rPr>
        <w:t>4. 发布网址：https://gs.jhun.edu.cn/55/7d/c1956a218493/page.htm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