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光华口腔医学院2026届本科毕业生免试攻读研究生学位推荐名单（5+3）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本名单为中山大学光华口腔医学院2026届本科毕业生（口腔医学5+3专业）免试攻读研究生学位推荐名单，共涉及31名学生。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名单包含专业名称、学号、姓名、性别、全部平均学分绩点、百分制成绩、加分项成绩、综合成绩（百分制，保留两位小数）、综合成绩排名（推荐/候补）及推荐次序等字段。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所有31名学生均标注为“推荐”，综合成绩排名范围为1/31至31/31，推荐次序为1至31。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全部平均学分绩点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百分制成绩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加分项成绩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综合成绩（百分制，保留两位小数）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综合成绩排名（推荐/候补）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推荐次序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21308059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21308656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曾子祥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21308051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刘彦君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21308512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王雯琪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21308312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3.8271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21308430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陈璨然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21308032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吴晓莹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21308399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郑树烁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21308265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21308287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邱龙诗语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21308133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蔡亦华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21308247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张元彪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秦伟杰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3.8492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21308402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21308523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陈海玲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21308626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段舒婷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3.6753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21308041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陈依琳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21308126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21308340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刁任菲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3.7089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21308044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吴静妮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3.7086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21308423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丰灏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21308510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唐玉丽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21308352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张宇恬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21308294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李果然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21308547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赵丽欣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21308419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黄路斯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3.4268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21308336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王之悦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21308141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赵冠杰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21308248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黄鹏杰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3.5474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21308084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林烁宏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3.0828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口腔医学（5+3）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20980006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胡景旭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2.9378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31/31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三、信息来源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本名单来源于中山大学光华口腔医学院官方网站，具体URL为：https://gh.sysu.edu.cn/sites/default/files/2025-09/附件2：光华口腔医学院2026届本科毕业生免试攻读研究生学位推荐名单（5+3）.pdf。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名单发布时间未在网页中明确标注，根据URL路径推测为2025年9月发布。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