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国际中国文化研究院2026年推免考试准考名单公示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国际中国文化研究院2026年推免考试准考名单公示，准考人数共21人，报考专业均为比较文学与跨文化研究，报考研究方向包括海外汉学/中国学研究、中外文学关系研究、中外文化交流研究。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一、准考名单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海外汉学/中国学研究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孟姝含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中外文学关系研究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李春蕾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中外文学关系研究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曹鸣芯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中外文化交流研究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张鑫杭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海外汉学/中国学研究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赵雨佳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中外文化交流研究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中外文学关系研究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许雪濛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海外汉学/中国学研究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蔡晨硕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中外文化交流研究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赵明月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中外文学关系研究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袁思楠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中外文化交流研究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海外汉学/中国学研究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中外文学关系研究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张芊芊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海外汉学/中国学研究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侯卓君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中外文学关系研究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周芷飘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中外文化交流研究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中外文学关系研究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海外汉学/中国学研究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中外文化交流研究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刘诗宇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中外文化交流研究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比较文学与跨文化研究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中外文化交流研究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王雯灿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二、方向人数分布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海外汉学/中国学研究：6人（孟姝含、赵雨佳、蔡晨硕、王艺君、侯卓君、李梦婷）。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中外文学关系研究：7人（李春蕾、曹鸣芯、许雪濛、袁思楠、张芊芊、周芷飘、王馨婷）。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中外文化交流研究：8人（张鑫杭、刘端、赵明月、陈艺佳、李康、刘诗宇、王嘉玚、王雯灿）。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原文未提供排名或评分方式，也未提供公示期、联系方式等其它信息。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