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粤港澳发展研究院2026年预推免复试名单。具有复试资格的同学排名不分先后。同专业有复试资格者如放弃复试资格，具有候补资格的同学按照排序依次递补。候补复试资格通过邮件和电话通知，请大家留意邮件信息和注意接听电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复试资格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陈汉诚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李沁梦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1055864677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常馨仪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1055864804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夏文青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薄同言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1055862701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傅煊雅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1055862695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郭依蓝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陈璟媛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1055864827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梁晓睿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李飞航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1055863459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1055861734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1055864631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曾健楠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刘玮婷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1055864572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0301Z2 港澳基本法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施皓轩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1055861732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鲁文朔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高田欣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吕昀阳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梁煜斌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吴诗仁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梁海婷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徐祉祺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翁兆平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1055862053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刘轶珂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1055864884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林敦民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温悦君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1055864988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周锦敬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1055864868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殷洛文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胡安怡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1055864591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徐天鸿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1055864782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 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本名单共41人，其中复试资格为“是”者24人，复试资格为“候补”者17人。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按申请专业统计：0301Z2 港澳基本法共20人，其中“是”12人、“候补”8人；020202 区域经济学共21人，其中“是”12人、“候补”9人。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具有复试资格的同学排名不分先后。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同专业有复试资格者如放弃复试资格，具有候补资格的同学按照排序依次递补。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候补复试资格通过邮件和电话通知，请留意邮件信息和注意接听电话。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