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一、推荐选拔原则</w:t>
      </w:r>
    </w:p>
    <w:p>
      <w:pPr>
        <w:spacing w:after="80" w:lineRule="auto" w:line="360"/>
        <w:ind w:firstLine="482"/>
        <w:jc w:val="both"/>
      </w:pPr>
      <w:r>
        <w:rPr>
          <w:rFonts w:ascii="Times New Roman" w:hAnsi="Times New Roman" w:eastAsia="宋体"/>
          <w:b w:val="0"/>
          <w:sz w:val="24"/>
        </w:rPr>
        <w:t>发布日期（推定）：2025年8月31日</w:t>
      </w:r>
    </w:p>
    <w:p>
      <w:pPr>
        <w:spacing w:after="80" w:lineRule="auto" w:line="360"/>
        <w:ind w:firstLine="482"/>
        <w:jc w:val="both"/>
      </w:pPr>
      <w:r>
        <w:rPr>
          <w:rFonts w:ascii="Times New Roman" w:hAnsi="Times New Roman" w:eastAsia="宋体"/>
          <w:b w:val="0"/>
          <w:sz w:val="24"/>
        </w:rPr>
        <w:t>1. 坚持以德为先：以习近平新时代中国特色社会主义思想为指导，落实立德树人根本任务，将思想品德考核作为推免生遴选重要内容，思想品德考核不合格者不予推荐。</w:t>
      </w:r>
    </w:p>
    <w:p>
      <w:pPr>
        <w:spacing w:after="80" w:lineRule="auto" w:line="360"/>
        <w:ind w:firstLine="482"/>
        <w:jc w:val="both"/>
      </w:pPr>
      <w:r>
        <w:rPr>
          <w:rFonts w:ascii="Times New Roman" w:hAnsi="Times New Roman" w:eastAsia="宋体"/>
          <w:b w:val="0"/>
          <w:sz w:val="24"/>
        </w:rPr>
        <w:t>2. 坚持全面发展：注重学习成绩、一贯学业表现，同时加强科研创新能力和专业素质能力考核，以本科阶段学业综合成绩为基础遴选指标，不专门组织遴选推免考试。</w:t>
      </w:r>
    </w:p>
    <w:p>
      <w:pPr>
        <w:spacing w:after="80" w:lineRule="auto" w:line="360"/>
        <w:ind w:firstLine="482"/>
        <w:jc w:val="both"/>
      </w:pPr>
      <w:r>
        <w:rPr>
          <w:rFonts w:ascii="Times New Roman" w:hAnsi="Times New Roman" w:eastAsia="宋体"/>
          <w:b w:val="0"/>
          <w:sz w:val="24"/>
        </w:rPr>
        <w:t>3. 坚持公平公正：强化组织领导和监督检查，营造公平竞争、科学选拔、择优录取的推免工作环境。</w:t>
      </w:r>
    </w:p>
    <w:p>
      <w:pPr>
        <w:spacing w:before="160" w:after="80" w:lineRule="auto" w:line="360"/>
        <w:jc w:val="left"/>
      </w:pPr>
      <w:r>
        <w:rPr>
          <w:rFonts w:ascii="Times New Roman" w:hAnsi="Times New Roman" w:eastAsia="宋体"/>
          <w:b/>
          <w:sz w:val="28"/>
        </w:rPr>
        <w:t>二、申请推免条件</w:t>
      </w:r>
    </w:p>
    <w:p>
      <w:pPr>
        <w:spacing w:after="80" w:lineRule="auto" w:line="360"/>
        <w:ind w:firstLine="482"/>
        <w:jc w:val="both"/>
      </w:pPr>
      <w:r>
        <w:rPr>
          <w:rFonts w:ascii="Times New Roman" w:hAnsi="Times New Roman" w:eastAsia="宋体"/>
          <w:b w:val="0"/>
          <w:sz w:val="24"/>
        </w:rPr>
        <w:t>1. 思想政治与品德：拥护中国共产党的领导，践行社会主义核心价值观，具有高尚的爱国主义情操和集体主义精神，社会责任感强，身心健康。</w:t>
      </w:r>
    </w:p>
    <w:p>
      <w:pPr>
        <w:spacing w:after="80" w:lineRule="auto" w:line="360"/>
        <w:ind w:firstLine="482"/>
        <w:jc w:val="both"/>
      </w:pPr>
      <w:r>
        <w:rPr>
          <w:rFonts w:ascii="Times New Roman" w:hAnsi="Times New Roman" w:eastAsia="宋体"/>
          <w:b w:val="0"/>
          <w:sz w:val="24"/>
        </w:rPr>
        <w:t>2. 遵纪守法与学术诚信：遵守国家法律法规及校纪校规，诚实守信，品行优良，无考试作弊、剽窃他人学术成果等行为，无违法违纪受处分记录。</w:t>
      </w:r>
    </w:p>
    <w:p>
      <w:pPr>
        <w:spacing w:after="80" w:lineRule="auto" w:line="360"/>
        <w:ind w:firstLine="482"/>
        <w:jc w:val="both"/>
      </w:pPr>
      <w:r>
        <w:rPr>
          <w:rFonts w:ascii="Times New Roman" w:hAnsi="Times New Roman" w:eastAsia="宋体"/>
          <w:b w:val="0"/>
          <w:sz w:val="24"/>
        </w:rPr>
        <w:t>3. 学业态度与专业素养：热爱所学专业，学风严谨端正，成绩优秀，具备扎实专业基础和突出学术研究兴趣、创新意识及专业实践能力。</w:t>
      </w:r>
    </w:p>
    <w:p>
      <w:pPr>
        <w:spacing w:after="80" w:lineRule="auto" w:line="360"/>
        <w:ind w:firstLine="482"/>
        <w:jc w:val="both"/>
      </w:pPr>
      <w:r>
        <w:rPr>
          <w:rFonts w:ascii="Times New Roman" w:hAnsi="Times New Roman" w:eastAsia="宋体"/>
          <w:b w:val="0"/>
          <w:sz w:val="24"/>
        </w:rPr>
        <w:t>4. 课程修读与成绩要求：修完前六学期教学计划规定的全部课程（不含辅修及双学位课程），申报时无不及格课程。</w:t>
      </w:r>
    </w:p>
    <w:p>
      <w:pPr>
        <w:spacing w:after="80" w:lineRule="auto" w:line="360"/>
        <w:ind w:firstLine="482"/>
        <w:jc w:val="both"/>
      </w:pPr>
      <w:r>
        <w:rPr>
          <w:rFonts w:ascii="Times New Roman" w:hAnsi="Times New Roman" w:eastAsia="宋体"/>
          <w:b w:val="0"/>
          <w:sz w:val="24"/>
        </w:rPr>
        <w:t>5. 学业排名与外语水平：学业成绩（推免生必修课加权平均成绩）位列本专业应届毕业生前20%（含）；非英语专业全国大学英语四级考试成绩425分及以上（或TOFEL 80分及以上、雅思5.5分及以上）；英语专业学生需通过英语专业四级考试，或雅思6.5分及以上、TOFEL 90分及以上；各学院（部）可制定不低于此标准的语言成绩要求。</w:t>
      </w:r>
    </w:p>
    <w:p>
      <w:pPr>
        <w:spacing w:before="160" w:after="80" w:lineRule="auto" w:line="360"/>
        <w:jc w:val="left"/>
      </w:pPr>
      <w:r>
        <w:rPr>
          <w:rFonts w:ascii="Times New Roman" w:hAnsi="Times New Roman" w:eastAsia="宋体"/>
          <w:b/>
          <w:sz w:val="28"/>
        </w:rPr>
        <w:t>三、工作程序及日程安排</w:t>
      </w:r>
    </w:p>
    <w:p>
      <w:pPr>
        <w:spacing w:after="80" w:lineRule="auto" w:line="360"/>
        <w:ind w:firstLine="482"/>
        <w:jc w:val="both"/>
      </w:pPr>
      <w:r>
        <w:rPr>
          <w:rFonts w:ascii="Times New Roman" w:hAnsi="Times New Roman" w:eastAsia="宋体"/>
          <w:b w:val="0"/>
          <w:sz w:val="24"/>
        </w:rPr>
        <w:t>1. 学生个人申请：符合条件的学生填写《河北地质大学2026年推荐免试攻读研究生资格申请表》，于9月4日上午12:00前（以学院通知为准）将申请表、成绩单和相关证明材料纸质版和电子版交所在学院（部）。</w:t>
      </w:r>
    </w:p>
    <w:p>
      <w:pPr>
        <w:spacing w:after="80" w:lineRule="auto" w:line="360"/>
        <w:ind w:firstLine="482"/>
        <w:jc w:val="both"/>
      </w:pPr>
      <w:r>
        <w:rPr>
          <w:rFonts w:ascii="Times New Roman" w:hAnsi="Times New Roman" w:eastAsia="宋体"/>
          <w:b w:val="0"/>
          <w:sz w:val="24"/>
        </w:rPr>
        <w:t>2. 学院（部）推荐和公示：各学院（部）审核申请人材料（学业成绩以教务系统登记为准），按遴选考核成绩总分排序确定拟推荐名单，经推荐工作小组审定后公示不少于3日；9月8日上午12:00前在学校推免申报系统内上传申报材料pdf扫描版。</w:t>
      </w:r>
    </w:p>
    <w:p>
      <w:pPr>
        <w:spacing w:after="80" w:lineRule="auto" w:line="360"/>
        <w:ind w:firstLine="482"/>
        <w:jc w:val="both"/>
      </w:pPr>
      <w:r>
        <w:rPr>
          <w:rFonts w:ascii="Times New Roman" w:hAnsi="Times New Roman" w:eastAsia="宋体"/>
          <w:b w:val="0"/>
          <w:sz w:val="24"/>
        </w:rPr>
        <w:t>3. 指标调配：各学院未完成的推荐指标由学校收回统筹分配。</w:t>
      </w:r>
    </w:p>
    <w:p>
      <w:pPr>
        <w:spacing w:after="80" w:lineRule="auto" w:line="360"/>
        <w:ind w:firstLine="482"/>
        <w:jc w:val="both"/>
      </w:pPr>
      <w:r>
        <w:rPr>
          <w:rFonts w:ascii="Times New Roman" w:hAnsi="Times New Roman" w:eastAsia="宋体"/>
          <w:b w:val="0"/>
          <w:sz w:val="24"/>
        </w:rPr>
        <w:t>4. 学校审核和公示：推免生拟推荐名单公示不少于7日。</w:t>
      </w:r>
    </w:p>
    <w:p>
      <w:pPr>
        <w:spacing w:after="80" w:lineRule="auto" w:line="360"/>
        <w:ind w:firstLine="482"/>
        <w:jc w:val="both"/>
      </w:pPr>
      <w:r>
        <w:rPr>
          <w:rFonts w:ascii="Times New Roman" w:hAnsi="Times New Roman" w:eastAsia="宋体"/>
          <w:b w:val="0"/>
          <w:sz w:val="24"/>
        </w:rPr>
        <w:t>5. 违规处理：经实名举报查实不符合条件或有违规行为的学生，取消推免生资格。</w:t>
      </w:r>
    </w:p>
    <w:p>
      <w:pPr>
        <w:spacing w:after="80" w:lineRule="auto" w:line="360"/>
        <w:ind w:firstLine="482"/>
        <w:jc w:val="both"/>
      </w:pPr>
      <w:r>
        <w:rPr>
          <w:rFonts w:ascii="Times New Roman" w:hAnsi="Times New Roman" w:eastAsia="宋体"/>
          <w:b w:val="0"/>
          <w:sz w:val="24"/>
        </w:rPr>
        <w:t>6. 推免生注册与接收：获得推免资格的学生须在国家规定时间内登录“全国推荐免试攻读研究生信息公开暨管理服务系统”办理注册、报名、交费、填报志愿等手续；未按要求办理视为自动放弃，截止规定日期未落实接收单位的推免生不再保留推免资格；已被接收的推免生不得再报名参加当年硕士研究生考试。</w:t>
      </w:r>
    </w:p>
    <w:p>
      <w:pPr>
        <w:spacing w:after="80" w:lineRule="auto" w:line="360"/>
        <w:ind w:firstLine="482"/>
        <w:jc w:val="both"/>
      </w:pPr>
      <w:r>
        <w:rPr>
          <w:rFonts w:ascii="Times New Roman" w:hAnsi="Times New Roman" w:eastAsia="宋体"/>
          <w:b w:val="0"/>
          <w:sz w:val="24"/>
        </w:rPr>
        <w:t>7. 本校接收推免生：我校接收硕士推免生，具体见研究生学院相关通知，欢迎具有推免资格的同学积极报考。</w:t>
      </w:r>
    </w:p>
    <w:p>
      <w:pPr>
        <w:spacing w:before="160" w:after="80" w:lineRule="auto" w:line="360"/>
        <w:jc w:val="left"/>
      </w:pPr>
      <w:r>
        <w:rPr>
          <w:rFonts w:ascii="Times New Roman" w:hAnsi="Times New Roman" w:eastAsia="宋体"/>
          <w:b/>
          <w:sz w:val="28"/>
        </w:rPr>
        <w:t>四、监督与申诉</w:t>
      </w:r>
    </w:p>
    <w:p>
      <w:pPr>
        <w:spacing w:after="80" w:lineRule="auto" w:line="360"/>
        <w:ind w:firstLine="482"/>
        <w:jc w:val="both"/>
      </w:pPr>
      <w:r>
        <w:rPr>
          <w:rFonts w:ascii="Times New Roman" w:hAnsi="Times New Roman" w:eastAsia="宋体"/>
          <w:b w:val="0"/>
          <w:sz w:val="24"/>
        </w:rPr>
        <w:t>1. 学生对推免过程或结果有异议的，可在公示期内向学院（部）推荐工作小组或研究生学院提出书面申诉，相关部门应调查处理并告知结果；仍有异议可向学校纪检监察部门提出复议申请。</w:t>
      </w:r>
    </w:p>
    <w:p>
      <w:pPr>
        <w:spacing w:after="80" w:lineRule="auto" w:line="360"/>
        <w:ind w:firstLine="482"/>
        <w:jc w:val="both"/>
      </w:pPr>
      <w:r>
        <w:rPr>
          <w:rFonts w:ascii="Times New Roman" w:hAnsi="Times New Roman" w:eastAsia="宋体"/>
          <w:b w:val="0"/>
          <w:sz w:val="24"/>
        </w:rPr>
        <w:t>2. 推免工作联系电话：0311-87208228；纪委监督联系电话：0311-87208012。</w:t>
      </w:r>
    </w:p>
    <w:p>
      <w:pPr>
        <w:spacing w:after="80" w:lineRule="auto" w:line="360"/>
        <w:ind w:firstLine="482"/>
        <w:jc w:val="both"/>
      </w:pPr>
      <w:r>
        <w:rPr>
          <w:rFonts w:ascii="Times New Roman" w:hAnsi="Times New Roman" w:eastAsia="宋体"/>
          <w:b w:val="0"/>
          <w:sz w:val="24"/>
        </w:rPr>
        <w:t>3. 附件：《河北地质大学推荐优秀应届本科毕业生免试攻读研究生工作管理办法》。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