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附表：</w:t>
      </w:r>
    </w:p>
    <w:p>
      <w:pPr>
        <w:spacing w:after="80" w:lineRule="auto" w:line="360"/>
        <w:ind w:firstLine="482"/>
        <w:jc w:val="both"/>
      </w:pPr>
      <w:r>
        <w:rPr>
          <w:rFonts w:ascii="Times New Roman" w:hAnsi="Times New Roman" w:eastAsia="宋体"/>
          <w:b w:val="0"/>
          <w:sz w:val="24"/>
        </w:rPr>
        <w:t>外国语学院推荐2026届优秀应届本科毕业生免试攻读硕士学位研究生综合评价成绩排名及拟推荐学生名单</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学院名称（公章）：外国语学院</w:t>
      </w:r>
    </w:p>
    <w:p>
      <w:pPr>
        <w:spacing w:after="80" w:lineRule="auto" w:line="360"/>
        <w:ind w:firstLine="482"/>
        <w:jc w:val="both"/>
      </w:pPr>
      <w:r>
        <w:rPr>
          <w:rFonts w:ascii="Times New Roman" w:hAnsi="Times New Roman" w:eastAsia="宋体"/>
          <w:b w:val="0"/>
          <w:sz w:val="24"/>
        </w:rPr>
        <w:t>填表日期：2025年9月4日</w:t>
      </w:r>
    </w:p>
    <w:p>
      <w:pPr>
        <w:spacing w:before="160" w:after="80" w:lineRule="auto" w:line="360"/>
        <w:jc w:val="left"/>
      </w:pPr>
      <w:r>
        <w:rPr>
          <w:rFonts w:ascii="Times New Roman" w:hAnsi="Times New Roman" w:eastAsia="宋体"/>
          <w:b/>
          <w:sz w:val="28"/>
        </w:rPr>
        <w:t>一、名单明细</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序号</w:t>
            </w:r>
          </w:p>
        </w:tc>
        <w:tc>
          <w:tcPr>
            <w:tcW w:type="dxa" w:w="863"/>
          </w:tcPr>
          <w:p>
            <w:pPr>
              <w:spacing w:after="20" w:before="20"/>
            </w:pPr>
            <w:r/>
            <w:r>
              <w:rPr>
                <w:rFonts w:ascii="Times New Roman" w:hAnsi="Times New Roman" w:eastAsia="宋体"/>
                <w:b/>
                <w:sz w:val="21"/>
              </w:rPr>
              <w:t>学号</w:t>
            </w:r>
          </w:p>
        </w:tc>
        <w:tc>
          <w:tcPr>
            <w:tcW w:type="dxa" w:w="863"/>
          </w:tcPr>
          <w:p>
            <w:pPr>
              <w:spacing w:after="20" w:before="20"/>
            </w:pPr>
            <w:r/>
            <w:r>
              <w:rPr>
                <w:rFonts w:ascii="Times New Roman" w:hAnsi="Times New Roman" w:eastAsia="宋体"/>
                <w:b/>
                <w:sz w:val="21"/>
              </w:rPr>
              <w:t>姓名</w:t>
            </w:r>
          </w:p>
        </w:tc>
        <w:tc>
          <w:tcPr>
            <w:tcW w:type="dxa" w:w="863"/>
          </w:tcPr>
          <w:p>
            <w:pPr>
              <w:spacing w:after="20" w:before="20"/>
            </w:pPr>
            <w:r/>
            <w:r>
              <w:rPr>
                <w:rFonts w:ascii="Times New Roman" w:hAnsi="Times New Roman" w:eastAsia="宋体"/>
                <w:b/>
                <w:sz w:val="21"/>
              </w:rPr>
              <w:t>专业</w:t>
            </w:r>
          </w:p>
        </w:tc>
        <w:tc>
          <w:tcPr>
            <w:tcW w:type="dxa" w:w="863"/>
          </w:tcPr>
          <w:p>
            <w:pPr>
              <w:spacing w:after="20" w:before="20"/>
            </w:pPr>
            <w:r/>
            <w:r>
              <w:rPr>
                <w:rFonts w:ascii="Times New Roman" w:hAnsi="Times New Roman" w:eastAsia="宋体"/>
                <w:b/>
                <w:sz w:val="21"/>
              </w:rPr>
              <w:t>平均学分绩点</w:t>
            </w:r>
          </w:p>
        </w:tc>
        <w:tc>
          <w:tcPr>
            <w:tcW w:type="dxa" w:w="863"/>
          </w:tcPr>
          <w:p>
            <w:pPr>
              <w:spacing w:after="20" w:before="20"/>
            </w:pPr>
            <w:r/>
            <w:r>
              <w:rPr>
                <w:rFonts w:ascii="Times New Roman" w:hAnsi="Times New Roman" w:eastAsia="宋体"/>
                <w:b/>
                <w:sz w:val="21"/>
              </w:rPr>
              <w:t>素质加分</w:t>
            </w:r>
          </w:p>
        </w:tc>
        <w:tc>
          <w:tcPr>
            <w:tcW w:type="dxa" w:w="863"/>
          </w:tcPr>
          <w:p>
            <w:pPr>
              <w:spacing w:after="20" w:before="20"/>
            </w:pPr>
            <w:r/>
            <w:r>
              <w:rPr>
                <w:rFonts w:ascii="Times New Roman" w:hAnsi="Times New Roman" w:eastAsia="宋体"/>
                <w:b/>
                <w:sz w:val="21"/>
              </w:rPr>
              <w:t>综合评价成绩</w:t>
            </w:r>
          </w:p>
        </w:tc>
        <w:tc>
          <w:tcPr>
            <w:tcW w:type="dxa" w:w="863"/>
          </w:tcPr>
          <w:p>
            <w:pPr>
              <w:spacing w:after="20" w:before="20"/>
            </w:pPr>
            <w:r/>
            <w:r>
              <w:rPr>
                <w:rFonts w:ascii="Times New Roman" w:hAnsi="Times New Roman" w:eastAsia="宋体"/>
                <w:b/>
                <w:sz w:val="21"/>
              </w:rPr>
              <w:t>综合名次</w:t>
            </w:r>
          </w:p>
        </w:tc>
        <w:tc>
          <w:tcPr>
            <w:tcW w:type="dxa" w:w="863"/>
          </w:tcPr>
          <w:p>
            <w:pPr>
              <w:spacing w:after="20" w:before="20"/>
            </w:pPr>
            <w:r/>
            <w:r>
              <w:rPr>
                <w:rFonts w:ascii="Times New Roman" w:hAnsi="Times New Roman" w:eastAsia="宋体"/>
                <w:b/>
                <w:sz w:val="21"/>
              </w:rPr>
              <w:t>排名方式</w:t>
            </w:r>
          </w:p>
        </w:tc>
        <w:tc>
          <w:tcPr>
            <w:tcW w:type="dxa" w:w="863"/>
          </w:tcPr>
          <w:p>
            <w:pPr>
              <w:spacing w:after="20" w:before="20"/>
            </w:pPr>
            <w:r/>
            <w:r>
              <w:rPr>
                <w:rFonts w:ascii="Times New Roman" w:hAnsi="Times New Roman" w:eastAsia="宋体"/>
                <w:b/>
                <w:sz w:val="21"/>
              </w:rPr>
              <w:t>拟推荐结果</w:t>
            </w:r>
          </w:p>
        </w:tc>
      </w:tr>
      <w:tr>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202207070215</w:t>
            </w:r>
          </w:p>
        </w:tc>
        <w:tc>
          <w:tcPr>
            <w:tcW w:type="dxa" w:w="863"/>
          </w:tcPr>
          <w:p>
            <w:pPr>
              <w:spacing w:after="20" w:before="20"/>
            </w:pPr>
            <w:r/>
            <w:r>
              <w:rPr>
                <w:rFonts w:ascii="Times New Roman" w:hAnsi="Times New Roman" w:eastAsia="宋体"/>
                <w:b w:val="0"/>
                <w:sz w:val="21"/>
              </w:rPr>
              <w:t>孙畅</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4.29</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3.86</w:t>
            </w:r>
          </w:p>
        </w:tc>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拟推荐</w:t>
            </w:r>
          </w:p>
        </w:tc>
      </w:tr>
      <w:tr>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202207020114</w:t>
            </w:r>
          </w:p>
        </w:tc>
        <w:tc>
          <w:tcPr>
            <w:tcW w:type="dxa" w:w="863"/>
          </w:tcPr>
          <w:p>
            <w:pPr>
              <w:spacing w:after="20" w:before="20"/>
            </w:pPr>
            <w:r/>
            <w:r>
              <w:rPr>
                <w:rFonts w:ascii="Times New Roman" w:hAnsi="Times New Roman" w:eastAsia="宋体"/>
                <w:b w:val="0"/>
                <w:sz w:val="21"/>
              </w:rPr>
              <w:t>程梦茹</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4.19</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3.77</w:t>
            </w:r>
          </w:p>
        </w:tc>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拟推荐</w:t>
            </w:r>
          </w:p>
        </w:tc>
      </w:tr>
      <w:tr>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202207070214</w:t>
            </w:r>
          </w:p>
        </w:tc>
        <w:tc>
          <w:tcPr>
            <w:tcW w:type="dxa" w:w="863"/>
          </w:tcPr>
          <w:p>
            <w:pPr>
              <w:spacing w:after="20" w:before="20"/>
            </w:pPr>
            <w:r/>
            <w:r>
              <w:rPr>
                <w:rFonts w:ascii="Times New Roman" w:hAnsi="Times New Roman" w:eastAsia="宋体"/>
                <w:b w:val="0"/>
                <w:sz w:val="21"/>
              </w:rPr>
              <w:t>商佳慧</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4.17</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3.75</w:t>
            </w:r>
          </w:p>
        </w:tc>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拟推荐</w:t>
            </w:r>
          </w:p>
        </w:tc>
      </w:tr>
      <w:tr>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202207070505</w:t>
            </w:r>
          </w:p>
        </w:tc>
        <w:tc>
          <w:tcPr>
            <w:tcW w:type="dxa" w:w="863"/>
          </w:tcPr>
          <w:p>
            <w:pPr>
              <w:spacing w:after="20" w:before="20"/>
            </w:pPr>
            <w:r/>
            <w:r>
              <w:rPr>
                <w:rFonts w:ascii="Times New Roman" w:hAnsi="Times New Roman" w:eastAsia="宋体"/>
                <w:b w:val="0"/>
                <w:sz w:val="21"/>
              </w:rPr>
              <w:t>陈诗婷</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4.12</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3.71</w:t>
            </w:r>
          </w:p>
        </w:tc>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202207070524</w:t>
            </w:r>
          </w:p>
        </w:tc>
        <w:tc>
          <w:tcPr>
            <w:tcW w:type="dxa" w:w="863"/>
          </w:tcPr>
          <w:p>
            <w:pPr>
              <w:spacing w:after="20" w:before="20"/>
            </w:pPr>
            <w:r/>
            <w:r>
              <w:rPr>
                <w:rFonts w:ascii="Times New Roman" w:hAnsi="Times New Roman" w:eastAsia="宋体"/>
                <w:b w:val="0"/>
                <w:sz w:val="21"/>
              </w:rPr>
              <w:t>吴昊轩</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4.08</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3.67</w:t>
            </w:r>
          </w:p>
        </w:tc>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6</w:t>
            </w:r>
          </w:p>
        </w:tc>
        <w:tc>
          <w:tcPr>
            <w:tcW w:type="dxa" w:w="863"/>
          </w:tcPr>
          <w:p>
            <w:pPr>
              <w:spacing w:after="20" w:before="20"/>
            </w:pPr>
            <w:r/>
            <w:r>
              <w:rPr>
                <w:rFonts w:ascii="Times New Roman" w:hAnsi="Times New Roman" w:eastAsia="宋体"/>
                <w:b w:val="0"/>
                <w:sz w:val="21"/>
              </w:rPr>
              <w:t>202207070519</w:t>
            </w:r>
          </w:p>
        </w:tc>
        <w:tc>
          <w:tcPr>
            <w:tcW w:type="dxa" w:w="863"/>
          </w:tcPr>
          <w:p>
            <w:pPr>
              <w:spacing w:after="20" w:before="20"/>
            </w:pPr>
            <w:r/>
            <w:r>
              <w:rPr>
                <w:rFonts w:ascii="Times New Roman" w:hAnsi="Times New Roman" w:eastAsia="宋体"/>
                <w:b w:val="0"/>
                <w:sz w:val="21"/>
              </w:rPr>
              <w:t>谭茗心</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4.07</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3.66</w:t>
            </w:r>
          </w:p>
        </w:tc>
        <w:tc>
          <w:tcPr>
            <w:tcW w:type="dxa" w:w="863"/>
          </w:tcPr>
          <w:p>
            <w:pPr>
              <w:spacing w:after="20" w:before="20"/>
            </w:pPr>
            <w:r/>
            <w:r>
              <w:rPr>
                <w:rFonts w:ascii="Times New Roman" w:hAnsi="Times New Roman" w:eastAsia="宋体"/>
                <w:b w:val="0"/>
                <w:sz w:val="21"/>
              </w:rPr>
              <w:t>6</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7</w:t>
            </w:r>
          </w:p>
        </w:tc>
        <w:tc>
          <w:tcPr>
            <w:tcW w:type="dxa" w:w="863"/>
          </w:tcPr>
          <w:p>
            <w:pPr>
              <w:spacing w:after="20" w:before="20"/>
            </w:pPr>
            <w:r/>
            <w:r>
              <w:rPr>
                <w:rFonts w:ascii="Times New Roman" w:hAnsi="Times New Roman" w:eastAsia="宋体"/>
                <w:b w:val="0"/>
                <w:sz w:val="21"/>
              </w:rPr>
              <w:t>202207070104</w:t>
            </w:r>
          </w:p>
        </w:tc>
        <w:tc>
          <w:tcPr>
            <w:tcW w:type="dxa" w:w="863"/>
          </w:tcPr>
          <w:p>
            <w:pPr>
              <w:spacing w:after="20" w:before="20"/>
            </w:pPr>
            <w:r/>
            <w:r>
              <w:rPr>
                <w:rFonts w:ascii="Times New Roman" w:hAnsi="Times New Roman" w:eastAsia="宋体"/>
                <w:b w:val="0"/>
                <w:sz w:val="21"/>
              </w:rPr>
              <w:t>陈馨</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4.06</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3.65</w:t>
            </w:r>
          </w:p>
        </w:tc>
        <w:tc>
          <w:tcPr>
            <w:tcW w:type="dxa" w:w="863"/>
          </w:tcPr>
          <w:p>
            <w:pPr>
              <w:spacing w:after="20" w:before="20"/>
            </w:pPr>
            <w:r/>
            <w:r>
              <w:rPr>
                <w:rFonts w:ascii="Times New Roman" w:hAnsi="Times New Roman" w:eastAsia="宋体"/>
                <w:b w:val="0"/>
                <w:sz w:val="21"/>
              </w:rPr>
              <w:t>7</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8</w:t>
            </w:r>
          </w:p>
        </w:tc>
        <w:tc>
          <w:tcPr>
            <w:tcW w:type="dxa" w:w="863"/>
          </w:tcPr>
          <w:p>
            <w:pPr>
              <w:spacing w:after="20" w:before="20"/>
            </w:pPr>
            <w:r/>
            <w:r>
              <w:rPr>
                <w:rFonts w:ascii="Times New Roman" w:hAnsi="Times New Roman" w:eastAsia="宋体"/>
                <w:b w:val="0"/>
                <w:sz w:val="21"/>
              </w:rPr>
              <w:t>202207070518</w:t>
            </w:r>
          </w:p>
        </w:tc>
        <w:tc>
          <w:tcPr>
            <w:tcW w:type="dxa" w:w="863"/>
          </w:tcPr>
          <w:p>
            <w:pPr>
              <w:spacing w:after="20" w:before="20"/>
            </w:pPr>
            <w:r/>
            <w:r>
              <w:rPr>
                <w:rFonts w:ascii="Times New Roman" w:hAnsi="Times New Roman" w:eastAsia="宋体"/>
                <w:b w:val="0"/>
                <w:sz w:val="21"/>
              </w:rPr>
              <w:t>石香悦</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4.02</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3.62</w:t>
            </w:r>
          </w:p>
        </w:tc>
        <w:tc>
          <w:tcPr>
            <w:tcW w:type="dxa" w:w="863"/>
          </w:tcPr>
          <w:p>
            <w:pPr>
              <w:spacing w:after="20" w:before="20"/>
            </w:pPr>
            <w:r/>
            <w:r>
              <w:rPr>
                <w:rFonts w:ascii="Times New Roman" w:hAnsi="Times New Roman" w:eastAsia="宋体"/>
                <w:b w:val="0"/>
                <w:sz w:val="21"/>
              </w:rPr>
              <w:t>8</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9</w:t>
            </w:r>
          </w:p>
        </w:tc>
        <w:tc>
          <w:tcPr>
            <w:tcW w:type="dxa" w:w="863"/>
          </w:tcPr>
          <w:p>
            <w:pPr>
              <w:spacing w:after="20" w:before="20"/>
            </w:pPr>
            <w:r/>
            <w:r>
              <w:rPr>
                <w:rFonts w:ascii="Times New Roman" w:hAnsi="Times New Roman" w:eastAsia="宋体"/>
                <w:b w:val="0"/>
                <w:sz w:val="21"/>
              </w:rPr>
              <w:t>202207070111</w:t>
            </w:r>
          </w:p>
        </w:tc>
        <w:tc>
          <w:tcPr>
            <w:tcW w:type="dxa" w:w="863"/>
          </w:tcPr>
          <w:p>
            <w:pPr>
              <w:spacing w:after="20" w:before="20"/>
            </w:pPr>
            <w:r/>
            <w:r>
              <w:rPr>
                <w:rFonts w:ascii="Times New Roman" w:hAnsi="Times New Roman" w:eastAsia="宋体"/>
                <w:b w:val="0"/>
                <w:sz w:val="21"/>
              </w:rPr>
              <w:t>刘会</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4.02</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3.62</w:t>
            </w:r>
          </w:p>
        </w:tc>
        <w:tc>
          <w:tcPr>
            <w:tcW w:type="dxa" w:w="863"/>
          </w:tcPr>
          <w:p>
            <w:pPr>
              <w:spacing w:after="20" w:before="20"/>
            </w:pPr>
            <w:r/>
            <w:r>
              <w:rPr>
                <w:rFonts w:ascii="Times New Roman" w:hAnsi="Times New Roman" w:eastAsia="宋体"/>
                <w:b w:val="0"/>
                <w:sz w:val="21"/>
              </w:rPr>
              <w:t>9</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10</w:t>
            </w:r>
          </w:p>
        </w:tc>
        <w:tc>
          <w:tcPr>
            <w:tcW w:type="dxa" w:w="863"/>
          </w:tcPr>
          <w:p>
            <w:pPr>
              <w:spacing w:after="20" w:before="20"/>
            </w:pPr>
            <w:r/>
            <w:r>
              <w:rPr>
                <w:rFonts w:ascii="Times New Roman" w:hAnsi="Times New Roman" w:eastAsia="宋体"/>
                <w:b w:val="0"/>
                <w:sz w:val="21"/>
              </w:rPr>
              <w:t>202207070412</w:t>
            </w:r>
          </w:p>
        </w:tc>
        <w:tc>
          <w:tcPr>
            <w:tcW w:type="dxa" w:w="863"/>
          </w:tcPr>
          <w:p>
            <w:pPr>
              <w:spacing w:after="20" w:before="20"/>
            </w:pPr>
            <w:r/>
            <w:r>
              <w:rPr>
                <w:rFonts w:ascii="Times New Roman" w:hAnsi="Times New Roman" w:eastAsia="宋体"/>
                <w:b w:val="0"/>
                <w:sz w:val="21"/>
              </w:rPr>
              <w:t>刘燕薇</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3.99</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3.59</w:t>
            </w:r>
          </w:p>
        </w:tc>
        <w:tc>
          <w:tcPr>
            <w:tcW w:type="dxa" w:w="863"/>
          </w:tcPr>
          <w:p>
            <w:pPr>
              <w:spacing w:after="20" w:before="20"/>
            </w:pPr>
            <w:r/>
            <w:r>
              <w:rPr>
                <w:rFonts w:ascii="Times New Roman" w:hAnsi="Times New Roman" w:eastAsia="宋体"/>
                <w:b w:val="0"/>
                <w:sz w:val="21"/>
              </w:rPr>
              <w:t>10</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t>202207070405</w:t>
            </w:r>
          </w:p>
        </w:tc>
        <w:tc>
          <w:tcPr>
            <w:tcW w:type="dxa" w:w="863"/>
          </w:tcPr>
          <w:p>
            <w:pPr>
              <w:spacing w:after="20" w:before="20"/>
            </w:pPr>
            <w:r/>
            <w:r>
              <w:rPr>
                <w:rFonts w:ascii="Times New Roman" w:hAnsi="Times New Roman" w:eastAsia="宋体"/>
                <w:b w:val="0"/>
                <w:sz w:val="21"/>
              </w:rPr>
              <w:t>高振菲</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3.97</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3.57</w:t>
            </w:r>
          </w:p>
        </w:tc>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12</w:t>
            </w:r>
          </w:p>
        </w:tc>
        <w:tc>
          <w:tcPr>
            <w:tcW w:type="dxa" w:w="863"/>
          </w:tcPr>
          <w:p>
            <w:pPr>
              <w:spacing w:after="20" w:before="20"/>
            </w:pPr>
            <w:r/>
            <w:r>
              <w:rPr>
                <w:rFonts w:ascii="Times New Roman" w:hAnsi="Times New Roman" w:eastAsia="宋体"/>
                <w:b w:val="0"/>
                <w:sz w:val="21"/>
              </w:rPr>
              <w:t>202207070109</w:t>
            </w:r>
          </w:p>
        </w:tc>
        <w:tc>
          <w:tcPr>
            <w:tcW w:type="dxa" w:w="863"/>
          </w:tcPr>
          <w:p>
            <w:pPr>
              <w:spacing w:after="20" w:before="20"/>
            </w:pPr>
            <w:r/>
            <w:r>
              <w:rPr>
                <w:rFonts w:ascii="Times New Roman" w:hAnsi="Times New Roman" w:eastAsia="宋体"/>
                <w:b w:val="0"/>
                <w:sz w:val="21"/>
              </w:rPr>
              <w:t>连芮</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3.93</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3.54</w:t>
            </w:r>
          </w:p>
        </w:tc>
        <w:tc>
          <w:tcPr>
            <w:tcW w:type="dxa" w:w="863"/>
          </w:tcPr>
          <w:p>
            <w:pPr>
              <w:spacing w:after="20" w:before="20"/>
            </w:pPr>
            <w:r/>
            <w:r>
              <w:rPr>
                <w:rFonts w:ascii="Times New Roman" w:hAnsi="Times New Roman" w:eastAsia="宋体"/>
                <w:b w:val="0"/>
                <w:sz w:val="21"/>
              </w:rPr>
              <w:t>12</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t>202207070317</w:t>
            </w:r>
          </w:p>
        </w:tc>
        <w:tc>
          <w:tcPr>
            <w:tcW w:type="dxa" w:w="863"/>
          </w:tcPr>
          <w:p>
            <w:pPr>
              <w:spacing w:after="20" w:before="20"/>
            </w:pPr>
            <w:r/>
            <w:r>
              <w:rPr>
                <w:rFonts w:ascii="Times New Roman" w:hAnsi="Times New Roman" w:eastAsia="宋体"/>
                <w:b w:val="0"/>
                <w:sz w:val="21"/>
              </w:rPr>
              <w:t>王秋实</w:t>
            </w:r>
          </w:p>
        </w:tc>
        <w:tc>
          <w:tcPr>
            <w:tcW w:type="dxa" w:w="863"/>
          </w:tcPr>
          <w:p>
            <w:pPr>
              <w:spacing w:after="20" w:before="20"/>
            </w:pPr>
            <w:r/>
            <w:r>
              <w:rPr>
                <w:rFonts w:ascii="Times New Roman" w:hAnsi="Times New Roman" w:eastAsia="宋体"/>
                <w:b w:val="0"/>
                <w:sz w:val="21"/>
              </w:rPr>
              <w:t>英语（师范）</w:t>
            </w:r>
          </w:p>
        </w:tc>
        <w:tc>
          <w:tcPr>
            <w:tcW w:type="dxa" w:w="863"/>
          </w:tcPr>
          <w:p>
            <w:pPr>
              <w:spacing w:after="20" w:before="20"/>
            </w:pPr>
            <w:r/>
            <w:r>
              <w:rPr>
                <w:rFonts w:ascii="Times New Roman" w:hAnsi="Times New Roman" w:eastAsia="宋体"/>
                <w:b w:val="0"/>
                <w:sz w:val="21"/>
              </w:rPr>
              <w:t>3.86</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3.47</w:t>
            </w:r>
          </w:p>
        </w:tc>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14</w:t>
            </w:r>
          </w:p>
        </w:tc>
        <w:tc>
          <w:tcPr>
            <w:tcW w:type="dxa" w:w="863"/>
          </w:tcPr>
          <w:p>
            <w:pPr>
              <w:spacing w:after="20" w:before="20"/>
            </w:pPr>
            <w:r/>
            <w:r>
              <w:rPr>
                <w:rFonts w:ascii="Times New Roman" w:hAnsi="Times New Roman" w:eastAsia="宋体"/>
                <w:b w:val="0"/>
                <w:sz w:val="21"/>
              </w:rPr>
              <w:t>202207020117</w:t>
            </w:r>
          </w:p>
        </w:tc>
        <w:tc>
          <w:tcPr>
            <w:tcW w:type="dxa" w:w="863"/>
          </w:tcPr>
          <w:p>
            <w:pPr>
              <w:spacing w:after="20" w:before="20"/>
            </w:pPr>
            <w:r/>
            <w:r>
              <w:rPr>
                <w:rFonts w:ascii="Times New Roman" w:hAnsi="Times New Roman" w:eastAsia="宋体"/>
                <w:b w:val="0"/>
                <w:sz w:val="21"/>
              </w:rPr>
              <w:t>姜显红</w:t>
            </w:r>
          </w:p>
        </w:tc>
        <w:tc>
          <w:tcPr>
            <w:tcW w:type="dxa" w:w="863"/>
          </w:tcPr>
          <w:p>
            <w:pPr>
              <w:spacing w:after="20" w:before="20"/>
            </w:pPr>
            <w:r/>
            <w:r>
              <w:rPr>
                <w:rFonts w:ascii="Times New Roman" w:hAnsi="Times New Roman" w:eastAsia="宋体"/>
                <w:b w:val="0"/>
                <w:sz w:val="21"/>
              </w:rPr>
              <w:t>日语</w:t>
            </w:r>
          </w:p>
        </w:tc>
        <w:tc>
          <w:tcPr>
            <w:tcW w:type="dxa" w:w="863"/>
          </w:tcPr>
          <w:p>
            <w:pPr>
              <w:spacing w:after="20" w:before="20"/>
            </w:pPr>
            <w:r/>
            <w:r>
              <w:rPr>
                <w:rFonts w:ascii="Times New Roman" w:hAnsi="Times New Roman" w:eastAsia="宋体"/>
                <w:b w:val="0"/>
                <w:sz w:val="21"/>
              </w:rPr>
              <w:t>3.98</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3.58</w:t>
            </w:r>
          </w:p>
        </w:tc>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拟推荐</w:t>
            </w:r>
          </w:p>
        </w:tc>
      </w:tr>
      <w:tr>
        <w:tc>
          <w:tcPr>
            <w:tcW w:type="dxa" w:w="863"/>
          </w:tcPr>
          <w:p>
            <w:pPr>
              <w:spacing w:after="20" w:before="20"/>
            </w:pPr>
            <w:r/>
            <w:r>
              <w:rPr>
                <w:rFonts w:ascii="Times New Roman" w:hAnsi="Times New Roman" w:eastAsia="宋体"/>
                <w:b w:val="0"/>
                <w:sz w:val="21"/>
              </w:rPr>
              <w:t>15</w:t>
            </w:r>
          </w:p>
        </w:tc>
        <w:tc>
          <w:tcPr>
            <w:tcW w:type="dxa" w:w="863"/>
          </w:tcPr>
          <w:p>
            <w:pPr>
              <w:spacing w:after="20" w:before="20"/>
            </w:pPr>
            <w:r/>
            <w:r>
              <w:rPr>
                <w:rFonts w:ascii="Times New Roman" w:hAnsi="Times New Roman" w:eastAsia="宋体"/>
                <w:b w:val="0"/>
                <w:sz w:val="21"/>
              </w:rPr>
              <w:t>202207020119</w:t>
            </w:r>
          </w:p>
        </w:tc>
        <w:tc>
          <w:tcPr>
            <w:tcW w:type="dxa" w:w="863"/>
          </w:tcPr>
          <w:p>
            <w:pPr>
              <w:spacing w:after="20" w:before="20"/>
            </w:pPr>
            <w:r/>
            <w:r>
              <w:rPr>
                <w:rFonts w:ascii="Times New Roman" w:hAnsi="Times New Roman" w:eastAsia="宋体"/>
                <w:b w:val="0"/>
                <w:sz w:val="21"/>
              </w:rPr>
              <w:t>莫敏超</w:t>
            </w:r>
          </w:p>
        </w:tc>
        <w:tc>
          <w:tcPr>
            <w:tcW w:type="dxa" w:w="863"/>
          </w:tcPr>
          <w:p>
            <w:pPr>
              <w:spacing w:after="20" w:before="20"/>
            </w:pPr>
            <w:r/>
            <w:r>
              <w:rPr>
                <w:rFonts w:ascii="Times New Roman" w:hAnsi="Times New Roman" w:eastAsia="宋体"/>
                <w:b w:val="0"/>
                <w:sz w:val="21"/>
              </w:rPr>
              <w:t>日语</w:t>
            </w:r>
          </w:p>
        </w:tc>
        <w:tc>
          <w:tcPr>
            <w:tcW w:type="dxa" w:w="863"/>
          </w:tcPr>
          <w:p>
            <w:pPr>
              <w:spacing w:after="20" w:before="20"/>
            </w:pPr>
            <w:r/>
            <w:r>
              <w:rPr>
                <w:rFonts w:ascii="Times New Roman" w:hAnsi="Times New Roman" w:eastAsia="宋体"/>
                <w:b w:val="0"/>
                <w:sz w:val="21"/>
              </w:rPr>
              <w:t>3.97</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3.57</w:t>
            </w:r>
          </w:p>
        </w:tc>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t>202207020102</w:t>
            </w:r>
          </w:p>
        </w:tc>
        <w:tc>
          <w:tcPr>
            <w:tcW w:type="dxa" w:w="863"/>
          </w:tcPr>
          <w:p>
            <w:pPr>
              <w:spacing w:after="20" w:before="20"/>
            </w:pPr>
            <w:r/>
            <w:r>
              <w:rPr>
                <w:rFonts w:ascii="Times New Roman" w:hAnsi="Times New Roman" w:eastAsia="宋体"/>
                <w:b w:val="0"/>
                <w:sz w:val="21"/>
              </w:rPr>
              <w:t>陈世健</w:t>
            </w:r>
          </w:p>
        </w:tc>
        <w:tc>
          <w:tcPr>
            <w:tcW w:type="dxa" w:w="863"/>
          </w:tcPr>
          <w:p>
            <w:pPr>
              <w:spacing w:after="20" w:before="20"/>
            </w:pPr>
            <w:r/>
            <w:r>
              <w:rPr>
                <w:rFonts w:ascii="Times New Roman" w:hAnsi="Times New Roman" w:eastAsia="宋体"/>
                <w:b w:val="0"/>
                <w:sz w:val="21"/>
              </w:rPr>
              <w:t>日语</w:t>
            </w:r>
          </w:p>
        </w:tc>
        <w:tc>
          <w:tcPr>
            <w:tcW w:type="dxa" w:w="863"/>
          </w:tcPr>
          <w:p>
            <w:pPr>
              <w:spacing w:after="20" w:before="20"/>
            </w:pPr>
            <w:r/>
            <w:r>
              <w:rPr>
                <w:rFonts w:ascii="Times New Roman" w:hAnsi="Times New Roman" w:eastAsia="宋体"/>
                <w:b w:val="0"/>
                <w:sz w:val="21"/>
              </w:rPr>
              <w:t>3.86</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3.47</w:t>
            </w:r>
          </w:p>
        </w:tc>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17</w:t>
            </w:r>
          </w:p>
        </w:tc>
        <w:tc>
          <w:tcPr>
            <w:tcW w:type="dxa" w:w="863"/>
          </w:tcPr>
          <w:p>
            <w:pPr>
              <w:spacing w:after="20" w:before="20"/>
            </w:pPr>
            <w:r/>
            <w:r>
              <w:rPr>
                <w:rFonts w:ascii="Times New Roman" w:hAnsi="Times New Roman" w:eastAsia="宋体"/>
                <w:b w:val="0"/>
                <w:sz w:val="21"/>
              </w:rPr>
              <w:t>202207020221</w:t>
            </w:r>
          </w:p>
        </w:tc>
        <w:tc>
          <w:tcPr>
            <w:tcW w:type="dxa" w:w="863"/>
          </w:tcPr>
          <w:p>
            <w:pPr>
              <w:spacing w:after="20" w:before="20"/>
            </w:pPr>
            <w:r/>
            <w:r>
              <w:rPr>
                <w:rFonts w:ascii="Times New Roman" w:hAnsi="Times New Roman" w:eastAsia="宋体"/>
                <w:b w:val="0"/>
                <w:sz w:val="21"/>
              </w:rPr>
              <w:t>张佳欣</w:t>
            </w:r>
          </w:p>
        </w:tc>
        <w:tc>
          <w:tcPr>
            <w:tcW w:type="dxa" w:w="863"/>
          </w:tcPr>
          <w:p>
            <w:pPr>
              <w:spacing w:after="20" w:before="20"/>
            </w:pPr>
            <w:r/>
            <w:r>
              <w:rPr>
                <w:rFonts w:ascii="Times New Roman" w:hAnsi="Times New Roman" w:eastAsia="宋体"/>
                <w:b w:val="0"/>
                <w:sz w:val="21"/>
              </w:rPr>
              <w:t>日语</w:t>
            </w:r>
          </w:p>
        </w:tc>
        <w:tc>
          <w:tcPr>
            <w:tcW w:type="dxa" w:w="863"/>
          </w:tcPr>
          <w:p>
            <w:pPr>
              <w:spacing w:after="20" w:before="20"/>
            </w:pPr>
            <w:r/>
            <w:r>
              <w:rPr>
                <w:rFonts w:ascii="Times New Roman" w:hAnsi="Times New Roman" w:eastAsia="宋体"/>
                <w:b w:val="0"/>
                <w:sz w:val="21"/>
              </w:rPr>
              <w:t>3.84</w:t>
            </w:r>
          </w:p>
        </w:tc>
        <w:tc>
          <w:tcPr>
            <w:tcW w:type="dxa" w:w="863"/>
          </w:tcPr>
          <w:p>
            <w:pPr>
              <w:spacing w:after="20" w:before="20"/>
            </w:pPr>
            <w:r/>
            <w:r>
              <w:rPr>
                <w:rFonts w:ascii="Times New Roman" w:hAnsi="Times New Roman" w:eastAsia="宋体"/>
                <w:b w:val="0"/>
                <w:sz w:val="21"/>
              </w:rPr>
              <w:t>0.02</w:t>
            </w:r>
          </w:p>
        </w:tc>
        <w:tc>
          <w:tcPr>
            <w:tcW w:type="dxa" w:w="863"/>
          </w:tcPr>
          <w:p>
            <w:pPr>
              <w:spacing w:after="20" w:before="20"/>
            </w:pPr>
            <w:r/>
            <w:r>
              <w:rPr>
                <w:rFonts w:ascii="Times New Roman" w:hAnsi="Times New Roman" w:eastAsia="宋体"/>
                <w:b w:val="0"/>
                <w:sz w:val="21"/>
              </w:rPr>
              <w:t>3.46</w:t>
            </w:r>
          </w:p>
        </w:tc>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18</w:t>
            </w:r>
          </w:p>
        </w:tc>
        <w:tc>
          <w:tcPr>
            <w:tcW w:type="dxa" w:w="863"/>
          </w:tcPr>
          <w:p>
            <w:pPr>
              <w:spacing w:after="20" w:before="20"/>
            </w:pPr>
            <w:r/>
            <w:r>
              <w:rPr>
                <w:rFonts w:ascii="Times New Roman" w:hAnsi="Times New Roman" w:eastAsia="宋体"/>
                <w:b w:val="0"/>
                <w:sz w:val="21"/>
              </w:rPr>
              <w:t>202207020111</w:t>
            </w:r>
          </w:p>
        </w:tc>
        <w:tc>
          <w:tcPr>
            <w:tcW w:type="dxa" w:w="863"/>
          </w:tcPr>
          <w:p>
            <w:pPr>
              <w:spacing w:after="20" w:before="20"/>
            </w:pPr>
            <w:r/>
            <w:r>
              <w:rPr>
                <w:rFonts w:ascii="Times New Roman" w:hAnsi="Times New Roman" w:eastAsia="宋体"/>
                <w:b w:val="0"/>
                <w:sz w:val="21"/>
              </w:rPr>
              <w:t>周民腾</w:t>
            </w:r>
          </w:p>
        </w:tc>
        <w:tc>
          <w:tcPr>
            <w:tcW w:type="dxa" w:w="863"/>
          </w:tcPr>
          <w:p>
            <w:pPr>
              <w:spacing w:after="20" w:before="20"/>
            </w:pPr>
            <w:r/>
            <w:r>
              <w:rPr>
                <w:rFonts w:ascii="Times New Roman" w:hAnsi="Times New Roman" w:eastAsia="宋体"/>
                <w:b w:val="0"/>
                <w:sz w:val="21"/>
              </w:rPr>
              <w:t>日语</w:t>
            </w:r>
          </w:p>
        </w:tc>
        <w:tc>
          <w:tcPr>
            <w:tcW w:type="dxa" w:w="863"/>
          </w:tcPr>
          <w:p>
            <w:pPr>
              <w:spacing w:after="20" w:before="20"/>
            </w:pPr>
            <w:r/>
            <w:r>
              <w:rPr>
                <w:rFonts w:ascii="Times New Roman" w:hAnsi="Times New Roman" w:eastAsia="宋体"/>
                <w:b w:val="0"/>
                <w:sz w:val="21"/>
              </w:rPr>
              <w:t>3.44</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3.10</w:t>
            </w:r>
          </w:p>
        </w:tc>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19</w:t>
            </w:r>
          </w:p>
        </w:tc>
        <w:tc>
          <w:tcPr>
            <w:tcW w:type="dxa" w:w="863"/>
          </w:tcPr>
          <w:p>
            <w:pPr>
              <w:spacing w:after="20" w:before="20"/>
            </w:pPr>
            <w:r/>
            <w:r>
              <w:rPr>
                <w:rFonts w:ascii="Times New Roman" w:hAnsi="Times New Roman" w:eastAsia="宋体"/>
                <w:b w:val="0"/>
                <w:sz w:val="21"/>
              </w:rPr>
              <w:t>202207010119</w:t>
            </w:r>
          </w:p>
        </w:tc>
        <w:tc>
          <w:tcPr>
            <w:tcW w:type="dxa" w:w="863"/>
          </w:tcPr>
          <w:p>
            <w:pPr>
              <w:spacing w:after="20" w:before="20"/>
            </w:pPr>
            <w:r/>
            <w:r>
              <w:rPr>
                <w:rFonts w:ascii="Times New Roman" w:hAnsi="Times New Roman" w:eastAsia="宋体"/>
                <w:b w:val="0"/>
                <w:sz w:val="21"/>
              </w:rPr>
              <w:t>孙恩惠</w:t>
            </w:r>
          </w:p>
        </w:tc>
        <w:tc>
          <w:tcPr>
            <w:tcW w:type="dxa" w:w="863"/>
          </w:tcPr>
          <w:p>
            <w:pPr>
              <w:spacing w:after="20" w:before="20"/>
            </w:pPr>
            <w:r/>
            <w:r>
              <w:rPr>
                <w:rFonts w:ascii="Times New Roman" w:hAnsi="Times New Roman" w:eastAsia="宋体"/>
                <w:b w:val="0"/>
                <w:sz w:val="21"/>
              </w:rPr>
              <w:t>俄语</w:t>
            </w:r>
          </w:p>
        </w:tc>
        <w:tc>
          <w:tcPr>
            <w:tcW w:type="dxa" w:w="863"/>
          </w:tcPr>
          <w:p>
            <w:pPr>
              <w:spacing w:after="20" w:before="20"/>
            </w:pPr>
            <w:r/>
            <w:r>
              <w:rPr>
                <w:rFonts w:ascii="Times New Roman" w:hAnsi="Times New Roman" w:eastAsia="宋体"/>
                <w:b w:val="0"/>
                <w:sz w:val="21"/>
              </w:rPr>
              <w:t>4.21</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3.79</w:t>
            </w:r>
          </w:p>
        </w:tc>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拟推荐</w:t>
            </w:r>
          </w:p>
        </w:tc>
      </w:tr>
      <w:tr>
        <w:tc>
          <w:tcPr>
            <w:tcW w:type="dxa" w:w="863"/>
          </w:tcPr>
          <w:p>
            <w:pPr>
              <w:spacing w:after="20" w:before="20"/>
            </w:pPr>
            <w:r/>
            <w:r>
              <w:rPr>
                <w:rFonts w:ascii="Times New Roman" w:hAnsi="Times New Roman" w:eastAsia="宋体"/>
                <w:b w:val="0"/>
                <w:sz w:val="21"/>
              </w:rPr>
              <w:t>20</w:t>
            </w:r>
          </w:p>
        </w:tc>
        <w:tc>
          <w:tcPr>
            <w:tcW w:type="dxa" w:w="863"/>
          </w:tcPr>
          <w:p>
            <w:pPr>
              <w:spacing w:after="20" w:before="20"/>
            </w:pPr>
            <w:r/>
            <w:r>
              <w:rPr>
                <w:rFonts w:ascii="Times New Roman" w:hAnsi="Times New Roman" w:eastAsia="宋体"/>
                <w:b w:val="0"/>
                <w:sz w:val="21"/>
              </w:rPr>
              <w:t>202207010208</w:t>
            </w:r>
          </w:p>
        </w:tc>
        <w:tc>
          <w:tcPr>
            <w:tcW w:type="dxa" w:w="863"/>
          </w:tcPr>
          <w:p>
            <w:pPr>
              <w:spacing w:after="20" w:before="20"/>
            </w:pPr>
            <w:r/>
            <w:r>
              <w:rPr>
                <w:rFonts w:ascii="Times New Roman" w:hAnsi="Times New Roman" w:eastAsia="宋体"/>
                <w:b w:val="0"/>
                <w:sz w:val="21"/>
              </w:rPr>
              <w:t>尹智科</w:t>
            </w:r>
          </w:p>
        </w:tc>
        <w:tc>
          <w:tcPr>
            <w:tcW w:type="dxa" w:w="863"/>
          </w:tcPr>
          <w:p>
            <w:pPr>
              <w:spacing w:after="20" w:before="20"/>
            </w:pPr>
            <w:r/>
            <w:r>
              <w:rPr>
                <w:rFonts w:ascii="Times New Roman" w:hAnsi="Times New Roman" w:eastAsia="宋体"/>
                <w:b w:val="0"/>
                <w:sz w:val="21"/>
              </w:rPr>
              <w:t>俄语</w:t>
            </w:r>
          </w:p>
        </w:tc>
        <w:tc>
          <w:tcPr>
            <w:tcW w:type="dxa" w:w="863"/>
          </w:tcPr>
          <w:p>
            <w:pPr>
              <w:spacing w:after="20" w:before="20"/>
            </w:pPr>
            <w:r/>
            <w:r>
              <w:rPr>
                <w:rFonts w:ascii="Times New Roman" w:hAnsi="Times New Roman" w:eastAsia="宋体"/>
                <w:b w:val="0"/>
                <w:sz w:val="21"/>
              </w:rPr>
              <w:t>4.15</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3.73</w:t>
            </w:r>
          </w:p>
        </w:tc>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21</w:t>
            </w:r>
          </w:p>
        </w:tc>
        <w:tc>
          <w:tcPr>
            <w:tcW w:type="dxa" w:w="863"/>
          </w:tcPr>
          <w:p>
            <w:pPr>
              <w:spacing w:after="20" w:before="20"/>
            </w:pPr>
            <w:r/>
            <w:r>
              <w:rPr>
                <w:rFonts w:ascii="Times New Roman" w:hAnsi="Times New Roman" w:eastAsia="宋体"/>
                <w:b w:val="0"/>
                <w:sz w:val="21"/>
              </w:rPr>
              <w:t>202207010204</w:t>
            </w:r>
          </w:p>
        </w:tc>
        <w:tc>
          <w:tcPr>
            <w:tcW w:type="dxa" w:w="863"/>
          </w:tcPr>
          <w:p>
            <w:pPr>
              <w:spacing w:after="20" w:before="20"/>
            </w:pPr>
            <w:r/>
            <w:r>
              <w:rPr>
                <w:rFonts w:ascii="Times New Roman" w:hAnsi="Times New Roman" w:eastAsia="宋体"/>
                <w:b w:val="0"/>
                <w:sz w:val="21"/>
              </w:rPr>
              <w:t>蒋明凯</w:t>
            </w:r>
          </w:p>
        </w:tc>
        <w:tc>
          <w:tcPr>
            <w:tcW w:type="dxa" w:w="863"/>
          </w:tcPr>
          <w:p>
            <w:pPr>
              <w:spacing w:after="20" w:before="20"/>
            </w:pPr>
            <w:r/>
            <w:r>
              <w:rPr>
                <w:rFonts w:ascii="Times New Roman" w:hAnsi="Times New Roman" w:eastAsia="宋体"/>
                <w:b w:val="0"/>
                <w:sz w:val="21"/>
              </w:rPr>
              <w:t>俄语</w:t>
            </w:r>
          </w:p>
        </w:tc>
        <w:tc>
          <w:tcPr>
            <w:tcW w:type="dxa" w:w="863"/>
          </w:tcPr>
          <w:p>
            <w:pPr>
              <w:spacing w:after="20" w:before="20"/>
            </w:pPr>
            <w:r/>
            <w:r>
              <w:rPr>
                <w:rFonts w:ascii="Times New Roman" w:hAnsi="Times New Roman" w:eastAsia="宋体"/>
                <w:b w:val="0"/>
                <w:sz w:val="21"/>
              </w:rPr>
              <w:t>4.05</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3.65</w:t>
            </w:r>
          </w:p>
        </w:tc>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22</w:t>
            </w:r>
          </w:p>
        </w:tc>
        <w:tc>
          <w:tcPr>
            <w:tcW w:type="dxa" w:w="863"/>
          </w:tcPr>
          <w:p>
            <w:pPr>
              <w:spacing w:after="20" w:before="20"/>
            </w:pPr>
            <w:r/>
            <w:r>
              <w:rPr>
                <w:rFonts w:ascii="Times New Roman" w:hAnsi="Times New Roman" w:eastAsia="宋体"/>
                <w:b w:val="0"/>
                <w:sz w:val="21"/>
              </w:rPr>
              <w:t>202207050123</w:t>
            </w:r>
          </w:p>
        </w:tc>
        <w:tc>
          <w:tcPr>
            <w:tcW w:type="dxa" w:w="863"/>
          </w:tcPr>
          <w:p>
            <w:pPr>
              <w:spacing w:after="20" w:before="20"/>
            </w:pPr>
            <w:r/>
            <w:r>
              <w:rPr>
                <w:rFonts w:ascii="Times New Roman" w:hAnsi="Times New Roman" w:eastAsia="宋体"/>
                <w:b w:val="0"/>
                <w:sz w:val="21"/>
              </w:rPr>
              <w:t>田雪瑶</w:t>
            </w:r>
          </w:p>
        </w:tc>
        <w:tc>
          <w:tcPr>
            <w:tcW w:type="dxa" w:w="863"/>
          </w:tcPr>
          <w:p>
            <w:pPr>
              <w:spacing w:after="20" w:before="20"/>
            </w:pPr>
            <w:r/>
            <w:r>
              <w:rPr>
                <w:rFonts w:ascii="Times New Roman" w:hAnsi="Times New Roman" w:eastAsia="宋体"/>
                <w:b w:val="0"/>
                <w:sz w:val="21"/>
              </w:rPr>
              <w:t>西班牙语</w:t>
            </w:r>
          </w:p>
        </w:tc>
        <w:tc>
          <w:tcPr>
            <w:tcW w:type="dxa" w:w="863"/>
          </w:tcPr>
          <w:p>
            <w:pPr>
              <w:spacing w:after="20" w:before="20"/>
            </w:pPr>
            <w:r/>
            <w:r>
              <w:rPr>
                <w:rFonts w:ascii="Times New Roman" w:hAnsi="Times New Roman" w:eastAsia="宋体"/>
                <w:b w:val="0"/>
                <w:sz w:val="21"/>
              </w:rPr>
              <w:t>3.67</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3.30</w:t>
            </w:r>
          </w:p>
        </w:tc>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r>
        <w:tc>
          <w:tcPr>
            <w:tcW w:type="dxa" w:w="863"/>
          </w:tcPr>
          <w:p>
            <w:pPr>
              <w:spacing w:after="20" w:before="20"/>
            </w:pPr>
            <w:r/>
            <w:r>
              <w:rPr>
                <w:rFonts w:ascii="Times New Roman" w:hAnsi="Times New Roman" w:eastAsia="宋体"/>
                <w:b w:val="0"/>
                <w:sz w:val="21"/>
              </w:rPr>
              <w:t>23</w:t>
            </w:r>
          </w:p>
        </w:tc>
        <w:tc>
          <w:tcPr>
            <w:tcW w:type="dxa" w:w="863"/>
          </w:tcPr>
          <w:p>
            <w:pPr>
              <w:spacing w:after="20" w:before="20"/>
            </w:pPr>
            <w:r/>
            <w:r>
              <w:rPr>
                <w:rFonts w:ascii="Times New Roman" w:hAnsi="Times New Roman" w:eastAsia="宋体"/>
                <w:b w:val="0"/>
                <w:sz w:val="21"/>
              </w:rPr>
              <w:t>202207040117</w:t>
            </w:r>
          </w:p>
        </w:tc>
        <w:tc>
          <w:tcPr>
            <w:tcW w:type="dxa" w:w="863"/>
          </w:tcPr>
          <w:p>
            <w:pPr>
              <w:spacing w:after="20" w:before="20"/>
            </w:pPr>
            <w:r/>
            <w:r>
              <w:rPr>
                <w:rFonts w:ascii="Times New Roman" w:hAnsi="Times New Roman" w:eastAsia="宋体"/>
                <w:b w:val="0"/>
                <w:sz w:val="21"/>
              </w:rPr>
              <w:t>孔淑琦</w:t>
            </w:r>
          </w:p>
        </w:tc>
        <w:tc>
          <w:tcPr>
            <w:tcW w:type="dxa" w:w="863"/>
          </w:tcPr>
          <w:p>
            <w:pPr>
              <w:spacing w:after="20" w:before="20"/>
            </w:pPr>
            <w:r/>
            <w:r>
              <w:rPr>
                <w:rFonts w:ascii="Times New Roman" w:hAnsi="Times New Roman" w:eastAsia="宋体"/>
                <w:b w:val="0"/>
                <w:sz w:val="21"/>
              </w:rPr>
              <w:t>法语</w:t>
            </w:r>
          </w:p>
        </w:tc>
        <w:tc>
          <w:tcPr>
            <w:tcW w:type="dxa" w:w="863"/>
          </w:tcPr>
          <w:p>
            <w:pPr>
              <w:spacing w:after="20" w:before="20"/>
            </w:pPr>
            <w:r/>
            <w:r>
              <w:rPr>
                <w:rFonts w:ascii="Times New Roman" w:hAnsi="Times New Roman" w:eastAsia="宋体"/>
                <w:b w:val="0"/>
                <w:sz w:val="21"/>
              </w:rPr>
              <w:t>3.53</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3.18</w:t>
            </w:r>
          </w:p>
        </w:tc>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院系</w:t>
            </w:r>
          </w:p>
        </w:tc>
        <w:tc>
          <w:tcPr>
            <w:tcW w:type="dxa" w:w="863"/>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二、人数与专业分布</w:t>
      </w:r>
    </w:p>
    <w:p>
      <w:pPr>
        <w:spacing w:after="80" w:lineRule="auto" w:line="360"/>
        <w:ind w:firstLine="482"/>
        <w:jc w:val="both"/>
      </w:pPr>
      <w:r>
        <w:rPr>
          <w:rFonts w:ascii="Times New Roman" w:hAnsi="Times New Roman" w:eastAsia="宋体"/>
          <w:b w:val="0"/>
          <w:sz w:val="24"/>
        </w:rPr>
        <w:t>1. 名单共23人。</w:t>
      </w:r>
    </w:p>
    <w:p>
      <w:pPr>
        <w:spacing w:after="80" w:lineRule="auto" w:line="360"/>
        <w:ind w:firstLine="482"/>
        <w:jc w:val="both"/>
      </w:pPr>
      <w:r>
        <w:rPr>
          <w:rFonts w:ascii="Times New Roman" w:hAnsi="Times New Roman" w:eastAsia="宋体"/>
          <w:b w:val="0"/>
          <w:sz w:val="24"/>
        </w:rPr>
        <w:t>2. 英语（师范）13人：孙畅、程梦茹、商佳慧、陈诗婷、吴昊轩、谭茗心、陈馨、石香悦、刘会、刘燕薇、高振菲、连芮、王秋实。</w:t>
      </w:r>
    </w:p>
    <w:p>
      <w:pPr>
        <w:spacing w:after="80" w:lineRule="auto" w:line="360"/>
        <w:ind w:firstLine="482"/>
        <w:jc w:val="both"/>
      </w:pPr>
      <w:r>
        <w:rPr>
          <w:rFonts w:ascii="Times New Roman" w:hAnsi="Times New Roman" w:eastAsia="宋体"/>
          <w:b w:val="0"/>
          <w:sz w:val="24"/>
        </w:rPr>
        <w:t>3. 日语5人：姜显红、莫敏超、陈世健、张佳欣、周民腾。</w:t>
      </w:r>
    </w:p>
    <w:p>
      <w:pPr>
        <w:spacing w:after="80" w:lineRule="auto" w:line="360"/>
        <w:ind w:firstLine="482"/>
        <w:jc w:val="both"/>
      </w:pPr>
      <w:r>
        <w:rPr>
          <w:rFonts w:ascii="Times New Roman" w:hAnsi="Times New Roman" w:eastAsia="宋体"/>
          <w:b w:val="0"/>
          <w:sz w:val="24"/>
        </w:rPr>
        <w:t>4. 俄语3人：孙恩惠、尹智科、蒋明凯。</w:t>
      </w:r>
    </w:p>
    <w:p>
      <w:pPr>
        <w:spacing w:after="80" w:lineRule="auto" w:line="360"/>
        <w:ind w:firstLine="482"/>
        <w:jc w:val="both"/>
      </w:pPr>
      <w:r>
        <w:rPr>
          <w:rFonts w:ascii="Times New Roman" w:hAnsi="Times New Roman" w:eastAsia="宋体"/>
          <w:b w:val="0"/>
          <w:sz w:val="24"/>
        </w:rPr>
        <w:t>5. 西班牙语1人：田雪瑶。</w:t>
      </w:r>
    </w:p>
    <w:p>
      <w:pPr>
        <w:spacing w:after="80" w:lineRule="auto" w:line="360"/>
        <w:ind w:firstLine="482"/>
        <w:jc w:val="both"/>
      </w:pPr>
      <w:r>
        <w:rPr>
          <w:rFonts w:ascii="Times New Roman" w:hAnsi="Times New Roman" w:eastAsia="宋体"/>
          <w:b w:val="0"/>
          <w:sz w:val="24"/>
        </w:rPr>
        <w:t>6. 法语1人：孔淑琦。</w:t>
      </w:r>
    </w:p>
    <w:p>
      <w:pPr>
        <w:spacing w:before="160" w:after="80" w:lineRule="auto" w:line="360"/>
        <w:jc w:val="left"/>
      </w:pPr>
      <w:r>
        <w:rPr>
          <w:rFonts w:ascii="Times New Roman" w:hAnsi="Times New Roman" w:eastAsia="宋体"/>
          <w:b/>
          <w:sz w:val="28"/>
        </w:rPr>
        <w:t>三、排名与推荐方式</w:t>
      </w:r>
    </w:p>
    <w:p>
      <w:pPr>
        <w:spacing w:after="80" w:lineRule="auto" w:line="360"/>
        <w:ind w:firstLine="482"/>
        <w:jc w:val="both"/>
      </w:pPr>
      <w:r>
        <w:rPr>
          <w:rFonts w:ascii="Times New Roman" w:hAnsi="Times New Roman" w:eastAsia="宋体"/>
          <w:b w:val="0"/>
          <w:sz w:val="24"/>
        </w:rPr>
        <w:t>1. 排名方式均为院系。</w:t>
      </w:r>
    </w:p>
    <w:p>
      <w:pPr>
        <w:spacing w:after="80" w:lineRule="auto" w:line="360"/>
        <w:ind w:firstLine="482"/>
        <w:jc w:val="both"/>
      </w:pPr>
      <w:r>
        <w:rPr>
          <w:rFonts w:ascii="Times New Roman" w:hAnsi="Times New Roman" w:eastAsia="宋体"/>
          <w:b w:val="0"/>
          <w:sz w:val="24"/>
        </w:rPr>
        <w:t>2. 综合评价成绩由平均学分绩点与素质加分构成，名单中仅张佳欣有素质加分0.02，其余均为0。</w:t>
      </w:r>
    </w:p>
    <w:p>
      <w:pPr>
        <w:spacing w:after="80" w:lineRule="auto" w:line="360"/>
        <w:ind w:firstLine="482"/>
        <w:jc w:val="both"/>
      </w:pPr>
      <w:r>
        <w:rPr>
          <w:rFonts w:ascii="Times New Roman" w:hAnsi="Times New Roman" w:eastAsia="宋体"/>
          <w:b w:val="0"/>
          <w:sz w:val="24"/>
        </w:rPr>
        <w:t>3. 拟推荐结果中标注为“拟推荐”的共5人：孙畅、程梦茹、商佳慧、姜显红、孙恩惠；其余18人拟推荐结果标注为“——”。</w:t>
      </w:r>
    </w:p>
    <w:p>
      <w:pPr>
        <w:spacing w:before="160" w:after="80" w:lineRule="auto" w:line="360"/>
        <w:jc w:val="left"/>
      </w:pPr>
      <w:r>
        <w:rPr>
          <w:rFonts w:ascii="Times New Roman" w:hAnsi="Times New Roman" w:eastAsia="宋体"/>
          <w:b/>
          <w:sz w:val="28"/>
        </w:rPr>
        <w:t>四、公示信息</w:t>
      </w:r>
    </w:p>
    <w:p>
      <w:pPr>
        <w:spacing w:after="80" w:lineRule="auto" w:line="360"/>
        <w:ind w:firstLine="482"/>
        <w:jc w:val="both"/>
      </w:pPr>
      <w:r>
        <w:rPr>
          <w:rFonts w:ascii="Times New Roman" w:hAnsi="Times New Roman" w:eastAsia="宋体"/>
          <w:b w:val="0"/>
          <w:sz w:val="24"/>
        </w:rPr>
        <w:t>本附表未载明公示期。</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