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电子科学学院2027级硕士研究生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科学学院2027级硕士研究生（含直博生、参军入伍生）第一批推荐免试成绩名单，共121人。本批次公示名单按序号排列，包含姓名、身份证号（部分隐去）、推免研究生类型、报考学科、面试成绩、考核等级等信息。所有人员面试成绩均为“优秀”，考核等级均为“优秀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推免研究生类型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面试成绩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考核等级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窦*峻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510402********0035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410728********0025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362326********2432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于*晗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210602********4425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370214********6514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贾*博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220181********2623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371623********3241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130132********3170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131128********0027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白*涵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411302********0190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330105********1015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341322********0825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范*宇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142427********3314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130602********1519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411503********0031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秦*宝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410724********1538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320402********6221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丁*烨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421121********6018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彭*菁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430426********0186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130184********1054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360111********0928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152323********7619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薛*琪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341203********4038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程*远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370881********0314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杜*尧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130129********0018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511722********0026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410105********0059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关*雨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220202********0019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411723********9032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卢*澄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230103********5521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410322********0230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331081********2035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贾*豪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130925********6433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钟*达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430225********8635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410602********0300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林*龙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350502********3518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411502********0023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官*鹏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360622********4517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裴*羽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320103********206X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邓*阳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420602********0535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500234********2430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360428********4369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340702********052X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371427********2831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140107********0027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231121********4320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411303********0227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350104********1636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姚*城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410782********953X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210811********0015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南*亭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371423********5036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檀*男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140922********0060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何*潍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431102********0053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370684********0015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430302********0016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341503********5417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310115********921X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411481********9058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潘*珊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411222********3029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翟*帅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341402********1810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130530********2527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鄢*轩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510112********0089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叶*冲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130684********4771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叶*然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330322********4811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371722********1935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411324********1918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640321********0928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贺*雯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511621********2205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320302********1225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叶*炳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360281********4311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440923********1236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430281********0167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谭*晶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430521********3322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薛*琪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210726********2723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371723********0993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卓*佑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512002********702X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林*谷文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331082********0856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411723********9016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凌*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430421********0175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320826********2821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柳*韵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510106********014X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卞*宇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321302********7016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450322********2057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代*杰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510105********0030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411303********0460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130224********7614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220103********212X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350303********0714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350125********3630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耿*琳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410223********3143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371425********6832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130107********2127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430981********3918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340827********0330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520421********0020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茆*浩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341622********2113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211382********0228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411282********8073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371427********2835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410482********3824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樊*举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371725********8611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340823********6132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360301********001X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白*浩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320402********5838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420606********0518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曾*兴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431302********0062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左*源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140203********0011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341521********4844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邓*晔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130302********2243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研究生考核名单，涵盖序号116至228，共113人。考核等级分为“优秀”与“合格”两类：序号116至173考核等级为“优秀”，序号174至228考核等级为“合格”。推免研究生类型包括地方硕士生、地方直博生、参军入伍生三类。报考学科包括学术学位-集成电路科学与工程、学术学位-信息与通信工程、学术学位-电子科学与技术、专业学位-电子信息。面试成绩自序号174起开始标注，分值区间为86.75至89.33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推免研究生类型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面试成绩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考核等级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511024********0012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沈*焱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500108********5128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金*勋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222424********3313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320483********0025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方*贤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320103********3275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段*栩坤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150302********1012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410726********0013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320924********8072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410928********3914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连*龙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130406********1813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贲*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230223********0514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梁*影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230184********3729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洪*毅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360622********4575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222402********0010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410422********0035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411322********2025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320724********1515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620622********001X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410782********9583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362424********2017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360823********2041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370902********1552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弓*博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142322********0019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310101********2724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向*洁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430527********512X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430105********1313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500234********3905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210782********0224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210402********052X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430482********0086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341602********0011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360830********2019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程*婷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230833********0265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景*菲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620503********5324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贺*佳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411222********9588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140502********963X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熊*文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360122********4214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341202********3511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342426********4612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360124********002X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410603********4528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莫*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469021********1212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411425********2713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340222********2319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210202********3717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高*雯筠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510822********5266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320582********5715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靳*衡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410526********0612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120221********0080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141181********0025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黎*豪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510781********5293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董*瑞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511921********0458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魏*文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421083********4521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续*辉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421222********0011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130203********5160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211202********3013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511011********8756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340406********2835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341623********8418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411303********0281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371322********0745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620104********002X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包*明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421121********2421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520402********161X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370827********373X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吕*航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510182********0098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110108********4216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321281********289X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431321********0359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142725********4035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530302********0016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321281********7778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贺*轩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360104********1514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231024********1016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131128********6028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371302********4618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410223********6017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330722********4017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220211********4225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130522********1822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包*雪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450521********0048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513223********2029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霍*学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152221********4021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虞*泽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330327********3375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秦*健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410781********9814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方*然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340104********2025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510704********0324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140781********0083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630103********0049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薄*曦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130282********5115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331002********2563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510302********2813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乔*楠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141181********0081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620522********0014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360111********2116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翟*宣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341423********0587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410728********4018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韦*翰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452701********0339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220182********3335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410423********7633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511521********0010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230225********3540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秦*宇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320106********3616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140702********7073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古*乐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341422********6819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210281********3627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411426********8267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411524********4010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本段为推免研究生面试成绩及考核等级名单的第 6 至第 8 页内容，共涉及序号 225 至 269 号考生，合计 45 人。其中，面试成绩有效并考核合格者 8 人，面试成绩为“放弃”、考核等级为“/”者 37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九、考核合格人员名单（8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推免研究生类型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面试成绩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考核等级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341402********2717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421281********1527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闫*峥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411328********677X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吕*言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500105********0013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董*夫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211382********5813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陈*如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411503********0024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专业学位-电子信息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蔡*昊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411282********0154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商*曈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370902********0328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十、放弃人员名单（37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推免研究生类型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面试成绩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考核等级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210102********1817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522224********4816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321011********0016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500104********201X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丁*健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320211********0739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谌*峰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362204********2416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420902********1120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371329********3935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340122********2268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330602********8014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321283********6617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敖*珊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520121********7629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430903********0054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411302********0412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430121********6321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董*豪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510724********081X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150625********1212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姚*奇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341202********3119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许*宇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410804********0090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410411********0042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411081********6375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林*宇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330902********8217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廖*安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361024********0033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410703********2559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贾*露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410922********3521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侯*果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410821********0076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杜*琪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410221********992X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程*蕾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410482********7729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640300********0412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140321********6040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341225********7738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500228********1525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430304********0030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傅*杰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330703********0011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500231********0419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340803********2327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431321********0277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本段名单覆盖第 6 页至第 8 页，序号区间为 225—269，共 45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考核合格 8 人，面试成绩区间为 85.33—87.00；其中地方硕士生 3 人、参军入伍生 4 人、地方直博生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放弃 37 人，面试成绩均记为“放弃”，考核等级均记为“/”；其中地方硕士生 20 人、参军入伍生 13 人、地方直博生 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报考学科分布：学术学位-信息与通信工程 43 人，学术学位-电子科学与技术 2 人，专业学位-电子信息 2 人（其中序号 225 王*峰为专业学位-电子信息且考核合格，序号 230 陈*如为专业学位-电子信息且考核合格）。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本段为公示名单第 8 页（共 8 页）内容，共 6 人，均为学术学位-信息与通信工程专业，状态均为“放弃”，评分栏为“/”。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评分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430304********0030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傅*杰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330703********0011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500231********0419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340803********2327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431321********0277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本页共 6 人，其中地方硕士生 3 人、参军入伍生 2 人、地方直博生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本页人员状态均为“放弃”，无评分数据。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页码：第 8 页，共 8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本段为拟录取名单公示内容的第 8 页（共 8 页），涉及 6 名考生，均为学术学位-信息与通信工程专业，录取状态均为“放弃”，排名/评分栏均为“/”。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排名/评分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430304********0030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傅*杰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330703********0011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500231********0419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340803********2327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431321********0277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本页共 6 人，其中地方硕士生 3 人（序号 265、266、268），参军入伍生 2 人（序号 267 及序号 1525 对应人员），地方直博生 1 人（序号 269）。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专业均为学术学位-信息与通信工程，共 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状态均为放弃，共 6 人；排名/评分均为“/”，共 6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八、页面信息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 8 页，共 8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本段为拟录取名单公示信息，涉及放弃资格人员共 5 人，均为学术学位-信息与通信工程专业，放弃原因均为“放弃”，评分栏均为“/”。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学位类型及专业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评分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430304********0030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傅*杰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330703********0011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500231********0419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340803********2327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431321********0277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本段内容位于第 8 页，共 8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本段未包含公示期、排名或评分方式等说明。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本段为拟录取名单公示信息，涉及序号 265 至 269 共 5 人，均为学术学位-信息与通信工程专业，录取状态均为“放弃”，备注均为“/”。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学位类型及专业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430304********0030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傅*杰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330703********0011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500231********0419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340803********2327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431321********0277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 5 人，其中地方硕士生 3 人（序号 265、266、268），参军入伍生 1 人（序号 267），地方直博生 1 人（序号 269）。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5 人专业均为学术学位-信息与通信工程，状态均为放弃。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本段为第 8 页，共 8 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本段为第 8 页（共 8 页）公示名单内容，共涉及 6 人，均为学术学位-信息与通信工程专业，状态均为“放弃”，对应结果均为“/”。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学位类型及专业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结果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430304********0030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傅*杰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330703********0011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500231********0419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340803********2327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431321********0277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八、统计信息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人数：6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专业/学院明细：学术学位-信息与通信工程，6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考生类型分布：地方硕士生 3 人，参军入伍生 2 人，地方直博生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状态：放弃 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结果：/ 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排名/评分方式：本段未体现。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公示期：本段未体现。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本段为信息与通信工程学科（学术学位）拟录取名单中第 265 至 269 号考生的放弃情况公示，共 5 人，均为学术学位-信息与通信工程专业，录取类别分别为参军入伍生、地方硕士生、地方直博生，状态均为放弃，评分栏为“/”。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学位类别-专业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评分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430304********0030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傅*杰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330703********0011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500231********0419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340803********2327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431321********0277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本页为第 8 页，共 8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本段未包含公示期、排名或评分方式等说明。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本段为推免拟录取名单公示的末页（第 8 页，共 8 页），共列出 6 人，均为学术学位-信息与通信工程专业，录取状态均为“放弃”，评分/成绩栏均为“/”。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评分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430304********0030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傅*杰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330703********0011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500231********0419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340803********2327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431321********0277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本页共 6 人，其中地方硕士生 3 人（苏*凯、傅*杰、陈*），参军入伍生 2 人（1525 号、冯*源），地方直博生 1 人（周*帆）。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专业均为学术学位-信息与通信工程，状态均为放弃，评分栏均为“/”。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本页为第 8 页，共 8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本段为公示名单第 8 页（共 8 页）内容，涉及信息与通信工程学术学位，共 6 人，状态均为放弃。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学位类别-专业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（未显示）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（未显示）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430304********0030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傅*杰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330703********0011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500231********0419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340803********2327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431321********0277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本页共 6 人，其中地方硕士生 3 人、参军入伍生 2 人、地方直博生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本页 6 人状态均为放弃，备注均为“/”。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本页为第 8 页，共 8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本段为拟录取名单公示信息，涉及信息与通信工程专业学术学位，共列示 5 人，其中地方硕士生 3 人、参军入伍生 1 人、地方直博生 1 人，录取状态均为放弃。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学位类型及专业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（原文未显示姓名）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（原文未显示）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430304********0030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傅*杰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330703********0011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500231********0419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340803********2327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431321********0277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 6 条记录，其中序号 25 的姓名与证件号码原文未显示。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按考生类型统计：地方硕士生 3 人，参军入伍生 2 人，地方直博生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全部记录状态均为放弃，备注均为“/”。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本段为第 8 页，共 8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本段为公示名单第 8 页（共 8 页）内容，共涉及 5 人，均为学术学位-信息与通信工程专业，录取类别分别为参军入伍生、地方硕士生、地方直博生，5 人状态均为放弃，评分栏均为“/”。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学位类别-专业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评分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430304********0030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傅*杰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330703********0011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500231********0419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340803********2327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431321********0277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本页人数：5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专业分布：学术学位-信息与通信工程 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考生类别分布：地方硕士生 3 人（序号 265、266、268），参军入伍生 1 人（序号 267），地方直博生 1 人（序号 269）。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状态：5 人全部为放弃。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评分：5 人均为“/”，无具体评分数据。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八、页码信息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 8 页，共 8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本段为放弃拟录取资格人员名单，共涉及 6 人，均为学术学位-信息与通信工程专业，排名/评分栏均为“/”，公示期未在本段体现。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学位类别-专业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排名/评分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430304********0030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傅*杰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330703********0011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500231********0419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340803********2327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431321********0277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 6 人，其中地方硕士生 3 人、参军入伍生 2 人、地方直博生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专业均为学术学位-信息与通信工程。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状态均为放弃。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排名/评分均为“/”。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八、页码信息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 8 页，共 8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本段为推免拟录取名单公示的末页内容，共涉及 5 人，均为信息与通信工程学术学位，录取状态均为“放弃”，综合评分栏均为“/”（无评分）。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学位类别-专业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录取状态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综合评分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430304********0030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傅*杰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330703********0011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500231********0419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340803********2327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431321********0277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本页人数：5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按考生类别：地方硕士生 3 人（苏*凯、傅*杰、陈*），参军入伍生 1 人（冯*源），地方直博生 1 人（周*帆）。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按学位类别与专业：学术学位-信息与通信工程 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按录取状态：放弃 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综合评分：5 人均为“/”，无量化评分数据。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本页为第 8 页，共 8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原文未在本段给出公示期、排名方式及联系方式等信息。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本段为拟录取名单公示的末页（第 8 页，共 8 页），共列出 6 人，均为信息与通信工程学术学位，状态均为“放弃”，评分栏均为“/”。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学位类别-专业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评分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430304********0030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傅*杰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330703********0011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500231********0419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340803********2327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431321********0277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学术学位-信息与通信工程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本页人数：6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专业分布：学术学位-信息与通信工程 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考生类型分布：地方硕士生 3 人（序号 265、266、268），参军入伍生 1 人（序号 267），地方直博生 1 人（序号 269）；序号 264 对应考生类型为“军入伍生”，其姓名、证件号码等信息未在本段内容中给出。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状态分布：放弃 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评分方式：本页所有考生评分栏均为“/”，未给出具体评分或排名数值。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八、页码信息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 8 页，共 8 页。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