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一、北京信息科技大学机电工程学院2026年接收推荐免试研究生（含直博生）办法</w:t>
      </w:r>
    </w:p>
    <w:p>
      <w:pPr>
        <w:spacing w:after="80" w:lineRule="auto" w:line="360"/>
        <w:ind w:firstLine="482"/>
        <w:jc w:val="both"/>
      </w:pPr>
      <w:r>
        <w:rPr>
          <w:rFonts w:ascii="Times New Roman" w:hAnsi="Times New Roman" w:eastAsia="宋体"/>
          <w:b w:val="0"/>
          <w:sz w:val="24"/>
        </w:rPr>
        <w:t>发布日期（推定）：2026年6月18日</w:t>
      </w:r>
    </w:p>
    <w:p>
      <w:pPr>
        <w:spacing w:after="80" w:lineRule="auto" w:line="360"/>
        <w:ind w:firstLine="482"/>
        <w:jc w:val="both"/>
      </w:pPr>
      <w:r>
        <w:rPr>
          <w:rFonts w:ascii="Times New Roman" w:hAnsi="Times New Roman" w:eastAsia="宋体"/>
          <w:b w:val="0"/>
          <w:sz w:val="24"/>
        </w:rPr>
        <w:t>（一）申请条件</w:t>
      </w:r>
    </w:p>
    <w:p>
      <w:pPr>
        <w:spacing w:after="80" w:lineRule="auto" w:line="360"/>
        <w:ind w:firstLine="482"/>
        <w:jc w:val="both"/>
      </w:pPr>
      <w:r>
        <w:rPr>
          <w:rFonts w:ascii="Times New Roman" w:hAnsi="Times New Roman" w:eastAsia="宋体"/>
          <w:b w:val="0"/>
          <w:sz w:val="24"/>
        </w:rPr>
        <w:t>1. 申请人须为获得本科就读学校推荐免试资格的优秀应届本科毕业生。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诚实守信，学风端正，无任何考试作弊、剽窃他人学术成果以及其他违法违纪受处分记录。</w:t>
      </w:r>
    </w:p>
    <w:p>
      <w:pPr>
        <w:spacing w:after="80" w:lineRule="auto" w:line="360"/>
        <w:ind w:firstLine="482"/>
        <w:jc w:val="both"/>
      </w:pPr>
      <w:r>
        <w:rPr>
          <w:rFonts w:ascii="Times New Roman" w:hAnsi="Times New Roman" w:eastAsia="宋体"/>
          <w:b w:val="0"/>
          <w:sz w:val="24"/>
        </w:rPr>
        <w:t>（二）接收专业及名额</w:t>
      </w:r>
    </w:p>
    <w:p>
      <w:pPr>
        <w:spacing w:after="80" w:lineRule="auto" w:line="360"/>
        <w:ind w:firstLine="482"/>
        <w:jc w:val="both"/>
      </w:pPr>
      <w:r>
        <w:rPr>
          <w:rFonts w:ascii="Times New Roman" w:hAnsi="Times New Roman" w:eastAsia="宋体"/>
          <w:b w:val="0"/>
          <w:sz w:val="24"/>
        </w:rPr>
        <w:t>1. 接收专业：机电工程学院相关硕士招生专业及博士招生专业（具体以学校当年招生专业目录为准）。</w:t>
      </w:r>
    </w:p>
    <w:p>
      <w:pPr>
        <w:spacing w:after="80" w:lineRule="auto" w:line="360"/>
        <w:ind w:firstLine="482"/>
        <w:jc w:val="both"/>
      </w:pPr>
      <w:r>
        <w:rPr>
          <w:rFonts w:ascii="Times New Roman" w:hAnsi="Times New Roman" w:eastAsia="宋体"/>
          <w:b w:val="0"/>
          <w:sz w:val="24"/>
        </w:rPr>
        <w:t>2. 接收名额：以学校及学院当年公布的接收推免生名额为准。</w:t>
      </w:r>
    </w:p>
    <w:p>
      <w:pPr>
        <w:spacing w:after="80" w:lineRule="auto" w:line="360"/>
        <w:ind w:firstLine="482"/>
        <w:jc w:val="both"/>
      </w:pPr>
      <w:r>
        <w:rPr>
          <w:rFonts w:ascii="Times New Roman" w:hAnsi="Times New Roman" w:eastAsia="宋体"/>
          <w:b w:val="0"/>
          <w:sz w:val="24"/>
        </w:rPr>
        <w:t>（三）申请及接收流程</w:t>
      </w:r>
    </w:p>
    <w:p>
      <w:pPr>
        <w:spacing w:after="80" w:lineRule="auto" w:line="360"/>
        <w:ind w:firstLine="482"/>
        <w:jc w:val="both"/>
      </w:pPr>
      <w:r>
        <w:rPr>
          <w:rFonts w:ascii="Times New Roman" w:hAnsi="Times New Roman" w:eastAsia="宋体"/>
          <w:b w:val="0"/>
          <w:sz w:val="24"/>
        </w:rPr>
        <w:t>1. 申请人须在规定时间内登录“全国推荐免试攻读研究生（免初试、转段）信息公开暨管理服务系统”（网址：https://yz.chsi.com.cn/tm/），填报志愿。</w:t>
      </w:r>
    </w:p>
    <w:p>
      <w:pPr>
        <w:spacing w:after="80" w:lineRule="auto" w:line="360"/>
        <w:ind w:firstLine="482"/>
        <w:jc w:val="both"/>
      </w:pPr>
      <w:r>
        <w:rPr>
          <w:rFonts w:ascii="Times New Roman" w:hAnsi="Times New Roman" w:eastAsia="宋体"/>
          <w:b w:val="0"/>
          <w:sz w:val="24"/>
        </w:rPr>
        <w:t>2. 学院对申请人材料进行审核，择优确定复试名单，并通知申请人参加复试。</w:t>
      </w:r>
    </w:p>
    <w:p>
      <w:pPr>
        <w:spacing w:after="80" w:lineRule="auto" w:line="360"/>
        <w:ind w:firstLine="482"/>
        <w:jc w:val="both"/>
      </w:pPr>
      <w:r>
        <w:rPr>
          <w:rFonts w:ascii="Times New Roman" w:hAnsi="Times New Roman" w:eastAsia="宋体"/>
          <w:b w:val="0"/>
          <w:sz w:val="24"/>
        </w:rPr>
        <w:t>3. 复试合格者，学院将根据推免生接收名额择优确定拟录取名单。</w:t>
      </w:r>
    </w:p>
    <w:p>
      <w:pPr>
        <w:spacing w:after="80" w:lineRule="auto" w:line="360"/>
        <w:ind w:firstLine="482"/>
        <w:jc w:val="both"/>
      </w:pPr>
      <w:r>
        <w:rPr>
          <w:rFonts w:ascii="Times New Roman" w:hAnsi="Times New Roman" w:eastAsia="宋体"/>
          <w:b w:val="0"/>
          <w:sz w:val="24"/>
        </w:rPr>
        <w:t>4. 拟录取推免生须在规定时间内通过“推免服务系统”确认待录取，逾期未确认者视为自动放弃。</w:t>
      </w:r>
    </w:p>
    <w:p>
      <w:pPr>
        <w:spacing w:after="80" w:lineRule="auto" w:line="360"/>
        <w:ind w:firstLine="482"/>
        <w:jc w:val="both"/>
      </w:pPr>
      <w:r>
        <w:rPr>
          <w:rFonts w:ascii="Times New Roman" w:hAnsi="Times New Roman" w:eastAsia="宋体"/>
          <w:b w:val="0"/>
          <w:sz w:val="24"/>
        </w:rPr>
        <w:t>（四）申请材料</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本科阶段学习成绩单（须加盖学校教务部门公章）。</w:t>
      </w:r>
    </w:p>
    <w:p>
      <w:pPr>
        <w:spacing w:after="80" w:lineRule="auto" w:line="360"/>
        <w:ind w:firstLine="482"/>
        <w:jc w:val="both"/>
      </w:pPr>
      <w:r>
        <w:rPr>
          <w:rFonts w:ascii="Times New Roman" w:hAnsi="Times New Roman" w:eastAsia="宋体"/>
          <w:b w:val="0"/>
          <w:sz w:val="24"/>
        </w:rPr>
        <w:t>3. 外语水平证明（如大学英语四六级成绩单等）。</w:t>
      </w:r>
    </w:p>
    <w:p>
      <w:pPr>
        <w:spacing w:after="80" w:lineRule="auto" w:line="360"/>
        <w:ind w:firstLine="482"/>
        <w:jc w:val="both"/>
      </w:pPr>
      <w:r>
        <w:rPr>
          <w:rFonts w:ascii="Times New Roman" w:hAnsi="Times New Roman" w:eastAsia="宋体"/>
          <w:b w:val="0"/>
          <w:sz w:val="24"/>
        </w:rPr>
        <w:t>4. 有关获奖证书、学术科研成果等证明材料。</w:t>
      </w:r>
    </w:p>
    <w:p>
      <w:pPr>
        <w:spacing w:after="80" w:lineRule="auto" w:line="360"/>
        <w:ind w:firstLine="482"/>
        <w:jc w:val="both"/>
      </w:pPr>
      <w:r>
        <w:rPr>
          <w:rFonts w:ascii="Times New Roman" w:hAnsi="Times New Roman" w:eastAsia="宋体"/>
          <w:b w:val="0"/>
          <w:sz w:val="24"/>
        </w:rPr>
        <w:t>5. 申请直博生者，还须提交两名所报考学科专业领域内的教授（或相当专业技术职称的专家）的书面推荐意见。</w:t>
      </w:r>
    </w:p>
    <w:p>
      <w:pPr>
        <w:spacing w:after="80" w:lineRule="auto" w:line="360"/>
        <w:ind w:firstLine="482"/>
        <w:jc w:val="both"/>
      </w:pPr>
      <w:r>
        <w:rPr>
          <w:rFonts w:ascii="Times New Roman" w:hAnsi="Times New Roman" w:eastAsia="宋体"/>
          <w:b w:val="0"/>
          <w:sz w:val="24"/>
        </w:rPr>
        <w:t>（五）时间节点</w:t>
      </w:r>
    </w:p>
    <w:p>
      <w:pPr>
        <w:spacing w:after="80" w:lineRule="auto" w:line="360"/>
        <w:ind w:firstLine="482"/>
        <w:jc w:val="both"/>
      </w:pPr>
      <w:r>
        <w:rPr>
          <w:rFonts w:ascii="Times New Roman" w:hAnsi="Times New Roman" w:eastAsia="宋体"/>
          <w:b w:val="0"/>
          <w:sz w:val="24"/>
        </w:rPr>
        <w:t>1. 具体报名时间、复试时间及安排，以学校研究生院及学院后续发布的通知为准。</w:t>
      </w:r>
    </w:p>
    <w:p>
      <w:pPr>
        <w:spacing w:after="80" w:lineRule="auto" w:line="360"/>
        <w:ind w:firstLine="482"/>
        <w:jc w:val="both"/>
      </w:pPr>
      <w:r>
        <w:rPr>
          <w:rFonts w:ascii="Times New Roman" w:hAnsi="Times New Roman" w:eastAsia="宋体"/>
          <w:b w:val="0"/>
          <w:sz w:val="24"/>
        </w:rPr>
        <w:t>2. 申请人请密切关注北京信息科技大学研究生院网站及机电工程学院网站相关通知。</w:t>
      </w:r>
    </w:p>
    <w:p>
      <w:pPr>
        <w:spacing w:after="80" w:lineRule="auto" w:line="360"/>
        <w:ind w:firstLine="482"/>
        <w:jc w:val="both"/>
      </w:pPr>
      <w:r>
        <w:rPr>
          <w:rFonts w:ascii="Times New Roman" w:hAnsi="Times New Roman" w:eastAsia="宋体"/>
          <w:b w:val="0"/>
          <w:sz w:val="24"/>
        </w:rPr>
        <w:t>（六）联系方式</w:t>
      </w:r>
    </w:p>
    <w:p>
      <w:pPr>
        <w:spacing w:after="80" w:lineRule="auto" w:line="360"/>
        <w:ind w:firstLine="482"/>
        <w:jc w:val="both"/>
      </w:pPr>
      <w:r>
        <w:rPr>
          <w:rFonts w:ascii="Times New Roman" w:hAnsi="Times New Roman" w:eastAsia="宋体"/>
          <w:b w:val="0"/>
          <w:sz w:val="24"/>
        </w:rPr>
        <w:t>1. 学院网址：https://jdgcxy.bistu.edu.cn/</w:t>
      </w:r>
    </w:p>
    <w:p>
      <w:pPr>
        <w:spacing w:after="80" w:lineRule="auto" w:line="360"/>
        <w:ind w:firstLine="482"/>
        <w:jc w:val="both"/>
      </w:pPr>
      <w:r>
        <w:rPr>
          <w:rFonts w:ascii="Times New Roman" w:hAnsi="Times New Roman" w:eastAsia="宋体"/>
          <w:b w:val="0"/>
          <w:sz w:val="24"/>
        </w:rPr>
        <w:t>2. 联系电话及邮箱：详见学院官网公布的招生联系方式。</w:t>
      </w:r>
    </w:p>
    <w:p>
      <w:pPr>
        <w:spacing w:after="80" w:lineRule="auto" w:line="360"/>
        <w:ind w:firstLine="482"/>
        <w:jc w:val="both"/>
      </w:pPr>
      <w:r>
        <w:rPr>
          <w:rFonts w:ascii="Times New Roman" w:hAnsi="Times New Roman" w:eastAsia="宋体"/>
          <w:b w:val="0"/>
          <w:sz w:val="24"/>
        </w:rPr>
        <w:t>3. 学校研究生院招生信息网址：https://yanjiusheng.bistu.edu.cn/</w:t>
      </w:r>
    </w:p>
    <w:p>
      <w:pPr>
        <w:spacing w:after="80" w:lineRule="auto" w:line="360"/>
        <w:ind w:firstLine="482"/>
        <w:jc w:val="both"/>
      </w:pPr>
      <w:r>
        <w:rPr>
          <w:rFonts w:ascii="Times New Roman" w:hAnsi="Times New Roman" w:eastAsia="宋体"/>
          <w:b w:val="0"/>
          <w:sz w:val="24"/>
        </w:rPr>
        <w:t>本通知同时涵盖预推免与正式推免流程。</w:t>
      </w:r>
    </w:p>
    <w:p>
      <w:pPr>
        <w:spacing w:before="160" w:after="80" w:lineRule="auto" w:line="360"/>
        <w:jc w:val="left"/>
      </w:pPr>
      <w:r>
        <w:rPr>
          <w:rFonts w:ascii="Times New Roman" w:hAnsi="Times New Roman" w:eastAsia="宋体"/>
          <w:b/>
          <w:sz w:val="28"/>
        </w:rPr>
        <w:t>二、北京信息科技大学机电工程学院2026年接收推荐免试研究生办法</w:t>
      </w:r>
    </w:p>
    <w:p>
      <w:pPr>
        <w:spacing w:after="80" w:lineRule="auto" w:line="360"/>
        <w:ind w:firstLine="482"/>
        <w:jc w:val="both"/>
      </w:pPr>
      <w:r>
        <w:rPr>
          <w:rFonts w:ascii="Times New Roman" w:hAnsi="Times New Roman" w:eastAsia="宋体"/>
          <w:b w:val="0"/>
          <w:sz w:val="24"/>
        </w:rPr>
        <w:t>（一）接收条件</w:t>
      </w:r>
    </w:p>
    <w:p>
      <w:pPr>
        <w:spacing w:after="80" w:lineRule="auto" w:line="360"/>
        <w:ind w:firstLine="482"/>
        <w:jc w:val="both"/>
      </w:pPr>
      <w:r>
        <w:rPr>
          <w:rFonts w:ascii="Times New Roman" w:hAnsi="Times New Roman" w:eastAsia="宋体"/>
          <w:b w:val="0"/>
          <w:sz w:val="24"/>
        </w:rPr>
        <w:t>1. 申请人须为获得本科就读学校推荐免试资格的优秀应届本科毕业生。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诚实守信，学风端正，无任何考试作弊、剽窃他人学术成果以及其他违法违纪受处分记录。</w:t>
      </w:r>
    </w:p>
    <w:p>
      <w:pPr>
        <w:spacing w:after="80" w:lineRule="auto" w:line="360"/>
        <w:ind w:firstLine="482"/>
        <w:jc w:val="both"/>
      </w:pPr>
      <w:r>
        <w:rPr>
          <w:rFonts w:ascii="Times New Roman" w:hAnsi="Times New Roman" w:eastAsia="宋体"/>
          <w:b w:val="0"/>
          <w:sz w:val="24"/>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申请人须在规定时间内登录“全国推荐优秀应届本科毕业生免试攻读研究生信息公开暨管理服务系统”（网址：yz.chsi.com.cn）进行注册、报名、填报志愿。</w:t>
      </w:r>
    </w:p>
    <w:p>
      <w:pPr>
        <w:spacing w:after="80" w:lineRule="auto" w:line="360"/>
        <w:ind w:firstLine="482"/>
        <w:jc w:val="both"/>
      </w:pPr>
      <w:r>
        <w:rPr>
          <w:rFonts w:ascii="Times New Roman" w:hAnsi="Times New Roman" w:eastAsia="宋体"/>
          <w:b w:val="0"/>
          <w:sz w:val="24"/>
        </w:rPr>
        <w:t>2. 学院对申请者材料进行审核，确定复试名单，并通过推免服务系统向符合条件的申请者发送复试通知。</w:t>
      </w:r>
    </w:p>
    <w:p>
      <w:pPr>
        <w:spacing w:after="80" w:lineRule="auto" w:line="360"/>
        <w:ind w:firstLine="482"/>
        <w:jc w:val="both"/>
      </w:pPr>
      <w:r>
        <w:rPr>
          <w:rFonts w:ascii="Times New Roman" w:hAnsi="Times New Roman" w:eastAsia="宋体"/>
          <w:b w:val="0"/>
          <w:sz w:val="24"/>
        </w:rPr>
        <w:t>3. 申请人须在规定时间内通过推免服务系统确认参加复试，逾期未确认者视为自动放弃。</w:t>
      </w:r>
    </w:p>
    <w:p>
      <w:pPr>
        <w:spacing w:after="80" w:lineRule="auto" w:line="360"/>
        <w:ind w:firstLine="482"/>
        <w:jc w:val="both"/>
      </w:pPr>
      <w:r>
        <w:rPr>
          <w:rFonts w:ascii="Times New Roman" w:hAnsi="Times New Roman" w:eastAsia="宋体"/>
          <w:b w:val="0"/>
          <w:sz w:val="24"/>
        </w:rPr>
        <w:t>4. 学院组织复试，复试形式、内容及时间安排以学院后续通知为准。</w:t>
      </w:r>
    </w:p>
    <w:p>
      <w:pPr>
        <w:spacing w:after="80" w:lineRule="auto" w:line="360"/>
        <w:ind w:firstLine="482"/>
        <w:jc w:val="both"/>
      </w:pPr>
      <w:r>
        <w:rPr>
          <w:rFonts w:ascii="Times New Roman" w:hAnsi="Times New Roman" w:eastAsia="宋体"/>
          <w:b w:val="0"/>
          <w:sz w:val="24"/>
        </w:rPr>
        <w:t>（三）材料清单</w:t>
      </w:r>
    </w:p>
    <w:p>
      <w:pPr>
        <w:spacing w:after="80" w:lineRule="auto" w:line="360"/>
        <w:ind w:firstLine="482"/>
        <w:jc w:val="both"/>
      </w:pPr>
      <w:r>
        <w:rPr>
          <w:rFonts w:ascii="Times New Roman" w:hAnsi="Times New Roman" w:eastAsia="宋体"/>
          <w:b w:val="0"/>
          <w:sz w:val="24"/>
        </w:rPr>
        <w:t>1. 本人学生证、身份证原件及复印件。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全国大学英语四、六级考试成绩单或其他外语水平证明。</w:t>
      </w:r>
    </w:p>
    <w:p>
      <w:pPr>
        <w:spacing w:after="80" w:lineRule="auto" w:line="360"/>
        <w:ind w:firstLine="482"/>
        <w:jc w:val="both"/>
      </w:pPr>
      <w:r>
        <w:rPr>
          <w:rFonts w:ascii="Times New Roman" w:hAnsi="Times New Roman" w:eastAsia="宋体"/>
          <w:b w:val="0"/>
          <w:sz w:val="24"/>
        </w:rPr>
        <w:t>4. 有关获奖证书、学术科研成果等证明材料。</w:t>
      </w:r>
    </w:p>
    <w:p>
      <w:pPr>
        <w:spacing w:after="80" w:lineRule="auto" w:line="360"/>
        <w:ind w:firstLine="482"/>
        <w:jc w:val="both"/>
      </w:pPr>
      <w:r>
        <w:rPr>
          <w:rFonts w:ascii="Times New Roman" w:hAnsi="Times New Roman" w:eastAsia="宋体"/>
          <w:b w:val="0"/>
          <w:sz w:val="24"/>
        </w:rPr>
        <w:t>5. 其他能证明本人学习能力、创新能力和综合素质的材料。</w:t>
      </w:r>
    </w:p>
    <w:p>
      <w:pPr>
        <w:spacing w:after="80" w:lineRule="auto" w:line="360"/>
        <w:ind w:firstLine="482"/>
        <w:jc w:val="both"/>
      </w:pPr>
      <w:r>
        <w:rPr>
          <w:rFonts w:ascii="Times New Roman" w:hAnsi="Times New Roman" w:eastAsia="宋体"/>
          <w:b w:val="0"/>
          <w:sz w:val="24"/>
        </w:rPr>
        <w:t>（四）时间节点</w:t>
      </w:r>
    </w:p>
    <w:p>
      <w:pPr>
        <w:spacing w:after="80" w:lineRule="auto" w:line="360"/>
        <w:ind w:firstLine="482"/>
        <w:jc w:val="both"/>
      </w:pPr>
      <w:r>
        <w:rPr>
          <w:rFonts w:ascii="Times New Roman" w:hAnsi="Times New Roman" w:eastAsia="宋体"/>
          <w:b w:val="0"/>
          <w:sz w:val="24"/>
        </w:rPr>
        <w:t>1. 推免服务系统开放后，申请人须在规定时间内完成网上报名。</w:t>
      </w:r>
    </w:p>
    <w:p>
      <w:pPr>
        <w:spacing w:after="80" w:lineRule="auto" w:line="360"/>
        <w:ind w:firstLine="482"/>
        <w:jc w:val="both"/>
      </w:pPr>
      <w:r>
        <w:rPr>
          <w:rFonts w:ascii="Times New Roman" w:hAnsi="Times New Roman" w:eastAsia="宋体"/>
          <w:b w:val="0"/>
          <w:sz w:val="24"/>
        </w:rPr>
        <w:t>2. 学院根据报名情况分批组织复试，具体时间以推免服务系统及学院通知为准。</w:t>
      </w:r>
    </w:p>
    <w:p>
      <w:pPr>
        <w:spacing w:after="80" w:lineRule="auto" w:line="360"/>
        <w:ind w:firstLine="482"/>
        <w:jc w:val="both"/>
      </w:pPr>
      <w:r>
        <w:rPr>
          <w:rFonts w:ascii="Times New Roman" w:hAnsi="Times New Roman" w:eastAsia="宋体"/>
          <w:b w:val="0"/>
          <w:sz w:val="24"/>
        </w:rPr>
        <w:t>3. 通过复试的申请人须在规定时间内通过推免服务系统确认待录取，逾期未确认者视为自动放弃。</w:t>
      </w:r>
    </w:p>
    <w:p>
      <w:pPr>
        <w:spacing w:after="80" w:lineRule="auto" w:line="360"/>
        <w:ind w:firstLine="482"/>
        <w:jc w:val="both"/>
      </w:pPr>
      <w:r>
        <w:rPr>
          <w:rFonts w:ascii="Times New Roman" w:hAnsi="Times New Roman" w:eastAsia="宋体"/>
          <w:b w:val="0"/>
          <w:sz w:val="24"/>
        </w:rPr>
        <w:t>（五）接收名额</w:t>
      </w:r>
    </w:p>
    <w:p>
      <w:pPr>
        <w:spacing w:after="80" w:lineRule="auto" w:line="360"/>
        <w:ind w:firstLine="482"/>
        <w:jc w:val="both"/>
      </w:pPr>
      <w:r>
        <w:rPr>
          <w:rFonts w:ascii="Times New Roman" w:hAnsi="Times New Roman" w:eastAsia="宋体"/>
          <w:b w:val="0"/>
          <w:sz w:val="24"/>
        </w:rPr>
        <w:t>具体接收名额以学校及学院当年公布的招生计划为准。</w:t>
      </w:r>
    </w:p>
    <w:p>
      <w:pPr>
        <w:spacing w:after="80" w:lineRule="auto" w:line="360"/>
        <w:ind w:firstLine="482"/>
        <w:jc w:val="both"/>
      </w:pPr>
      <w:r>
        <w:rPr>
          <w:rFonts w:ascii="Times New Roman" w:hAnsi="Times New Roman" w:eastAsia="宋体"/>
          <w:b w:val="0"/>
          <w:sz w:val="24"/>
        </w:rPr>
        <w:t>（六）联系方式</w:t>
      </w:r>
    </w:p>
    <w:p>
      <w:pPr>
        <w:spacing w:after="80" w:lineRule="auto" w:line="360"/>
        <w:ind w:firstLine="482"/>
        <w:jc w:val="both"/>
      </w:pPr>
      <w:r>
        <w:rPr>
          <w:rFonts w:ascii="Times New Roman" w:hAnsi="Times New Roman" w:eastAsia="宋体"/>
          <w:b w:val="0"/>
          <w:sz w:val="24"/>
        </w:rPr>
        <w:t>1. 学院网址：https://jdgcxy.bistu.edu.cn</w:t>
      </w:r>
    </w:p>
    <w:p>
      <w:pPr>
        <w:spacing w:after="80" w:lineRule="auto" w:line="360"/>
        <w:ind w:firstLine="482"/>
        <w:jc w:val="both"/>
      </w:pPr>
      <w:r>
        <w:rPr>
          <w:rFonts w:ascii="Times New Roman" w:hAnsi="Times New Roman" w:eastAsia="宋体"/>
          <w:b w:val="0"/>
          <w:sz w:val="24"/>
        </w:rPr>
        <w:t>2. 联系电话及邮箱以学院官网公布为准。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