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国际翻译学院关于2026届本科毕业生免试攻读研究生推荐资格公示的通告（变动内容）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发布人：吴嘉烨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根据《中山大学推荐应届本科毕业生免试攻读研究生工作实施办法》（中大教务〔2025〕2号）、《国际翻译学院推免资格认定遴选细则》（国际翻译〔2023〕6号），原《国际翻译学院关于公示2026届优秀本科毕业生免试攻读研究生推荐名单的通知》发布后，公示期间英语（国际翻译学院丝路班）专业刘茜放弃推免资格，经学院推免小组审核，英语（国际翻译学院丝路班）专业张思婷递补拟获推免资格，现将变动内容予以公示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如有异议，请在公示期内实名向学院推免工作小组反馈，否则不予受理。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公示时间：2025年9月15日- 9月21日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联系电话：0756-3668091（院系推免工作小组）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020-84115582（校纪委、监察专员办）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电子邮箱：sisjw@mail.sysu.edu.cn（院系推免工作小组）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附件：放弃和拟获推免资格名单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国际翻译学院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2025年9月15日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附件：放弃和拟获推免资格名单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快速链接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中山大学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教务部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学工部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本科教务系统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CAS登录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中山大学区域国别研究院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联系我们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地址：中国广东省珠海市唐家湾中山大学珠海校区海琴6号2楼国际翻译学院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电话：0756-3668046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邮箱：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学院首页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学院概况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学院简介</w:t>
            </w:r>
          </w:p>
        </w:tc>
      </w:tr>
      <w:tr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学科设置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组织机构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学院领导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党政管理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联系我们</w:t>
            </w:r>
          </w:p>
        </w:tc>
      </w:tr>
      <w:tr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师资力量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助理教授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讲师</w:t>
            </w:r>
          </w:p>
        </w:tc>
      </w:tr>
      <w:tr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专职科研人员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博士后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教员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荣休教师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教育教学</w:t>
            </w:r>
          </w:p>
        </w:tc>
      </w:tr>
      <w:tr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本科生教育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专业介绍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教务通知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规章制度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办事指南</w:t>
            </w:r>
          </w:p>
        </w:tc>
      </w:tr>
      <w:tr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招生信息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资料下载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研究生教育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培养工作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招生工作</w:t>
            </w:r>
          </w:p>
        </w:tc>
      </w:tr>
      <w:tr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学位工作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预科生教育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MTI项目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学术科研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科研机构</w:t>
            </w:r>
          </w:p>
        </w:tc>
      </w:tr>
      <w:tr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科研团队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科研动态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讲座信息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党群工作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党建工作</w:t>
            </w:r>
          </w:p>
        </w:tc>
      </w:tr>
      <w:tr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工会活动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学生工作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学工通知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学生风采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服务指南</w:t>
            </w:r>
          </w:p>
        </w:tc>
      </w:tr>
      <w:tr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交流合作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交换项目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海外学习课程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交流动态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MTI项目</w:t>
            </w:r>
          </w:p>
        </w:tc>
      </w:tr>
      <w:tr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校友之家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Home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About SIS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About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Leadership</w:t>
            </w:r>
          </w:p>
        </w:tc>
      </w:tr>
      <w:tr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Office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Faculties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Professor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Associate Professor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Assistant Professor</w:t>
            </w:r>
          </w:p>
        </w:tc>
      </w:tr>
      <w:tr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Lecturer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Researcher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Postdoctor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Teaching Staff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Retiree</w:t>
            </w:r>
          </w:p>
        </w:tc>
      </w:tr>
      <w:tr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Programs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Undergraduate Program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Graduate Program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Research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Research Institute</w:t>
            </w:r>
          </w:p>
        </w:tc>
      </w:tr>
      <w:tr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Research Events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Lectures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International Students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Study in SIS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Student Associations</w:t>
            </w:r>
          </w:p>
        </w:tc>
      </w:tr>
      <w:tr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Activities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Announcements &amp; Events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Announcements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Upcoming Events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Resources</w:t>
            </w:r>
          </w:p>
        </w:tc>
      </w:tr>
    </w:tbl>
    <w:p/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