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护理学院预推免考核表，包含报名号、申请院系所号及名称、申请专业代码及名称、考生姓名、复试总成绩、考核结果等信息。申请院系所均为007护理学院，申请专业分为101100护理学和105400护理。考核结果分为考核通过、考核通过（支教团）、考核未通过、缺考四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八、101100护理学专业考核情况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考核通过8人：刘*菲96.8、唐*梅95.8、黄*意95.6、和*媛95.2、李*焱93.6、王*昕93、林*慧92.4、黄*哲89.6（支教团）。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考核未通过6人：蔡*颖57.8、姜*红57.6、王*珂56.6、黄*宇56、李*洁55.8、蔡*莲55.2。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缺考16人：朱*雯、赵*萍、张*宁、李*、黄*、王*爽、吴*豫、张*妹、刘*思、李*、田*君、史*琳、王*璐、牛*茹、高*、周*盈，成绩均为0。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另有谢*帆、苏*焰2人缺考，成绩均为0。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九、105400护理专业考核情况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考核通过人数及成绩如下表。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桓*杨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单*群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考核通过（支教团）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考核通过（支教团）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考核未通过人数及成绩如下表。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仇*凡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严*陈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缺考人数及名单如下表。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柯*宁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纪*雅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卞*彤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柳*馨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（姓名未显示）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本段内容为预推免考核表，未包含公示期、排名或评分方式等说明信息。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101100护理学专业考核通过8人，考核未通过6人，缺考18人。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105400护理专业考核通过44人，考核未通过21人，缺考41人。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考核通过（支教团）共3人：黄*哲（101100护理学，89.6）、陈*梅（105400护理，85.4）、刘*（105400护理，84.8）。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本段为推免复试缺考名单，共涉及 10 人，均为 007护理学院 105400护理 专业，成绩均为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柳*馨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缺考人数：10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涉及学院：007护理学院。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涉及专业：105400护理。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成绩：均为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状态：均为缺考。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本段为推免相关名单信息，共涉及 8 名考生，均报考 007护理学院 105400护理 专业，成绩均为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涉及人数：8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涉及学院：007护理学院。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涉及专业：105400护理。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成绩分布：8 人成绩均为 0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状态分布：8 人均为缺考。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本段为推免相关名单，共涉及 8 人，均来自 007护理学院，专业均为 105400护理，成绩均为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人，全部为 007护理学院 105400护理 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 人成绩均为 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本段为007护理学院105400护理专业相关考生名单，共8人，成绩均为0分，状态均为缺考。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上述8名考生成绩均为0分，状态均为缺考。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本段为007护理学院105400护理专业相关名单，共8人，成绩均为0，状态均为缺考。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本段名单共8人，均属007护理学院105400护理专业。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8人成绩均为0，状态均为缺考。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编号分别为20263300909、20263300330、20263300655、20263301063、20263301073、20263300759、20263300662；冯*婷未标注编号。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本段为007护理学院105400护理专业相关考生名单，共8人，成绩均为0分，状态均为缺考。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上述8名考生成绩均为0分，状态均为缺考。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本段为007护理学院105400护理专业相关考生名单，共8人，成绩均为0分，状态均为缺考。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本段名单共8人，全部为007护理学院105400护理专业。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8人成绩均为0分，状态均为缺考。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本段为护理学院 105400 护理专业相关名单，共 8 人，成绩均为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人，均属 007护理学院 105400护理专业。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 人成绩均为 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本段为推免相关名单信息，共涉及 8 名考生，均来自 007 护理学院，报考专业均为 105400 护理，成绩均为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人数：8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学院：007护理学院，8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专业：105400护理，8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成绩：均为 0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状态：均为缺考。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本段为007护理学院105400护理专业相关考生名单，共8人，成绩均为0分，状态均为缺考。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上述8名考生成绩均为0分，状态均为缺考。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本段为007护理学院105400护理专业相关考生名单，共8人，成绩均为0分，状态均为缺考。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涉及学院：007护理学院。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涉及专业：105400护理。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成绩情况：8人成绩均为0分。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状态情况：8人状态均为缺考。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排名或评分方式：原文未提供。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本段为007护理学院105400护理专业推免相关名单，共8人，成绩均为0分，状态均为缺考。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涉及学院：007护理学院。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涉及专业：105400护理。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人数：8人。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成绩：均为0分。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状态：均为缺考。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本段未提供排名方式、评分方式及公示期信息。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本段为推免相关名单信息，涉及 007 护理学院 105400 护理专业，共 8 人，成绩均为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涉及学院：007护理学院，共 1 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涉及专业：105400护理，共 1 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成绩情况：8 人成绩均为 0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状态情况：8 人均为缺考。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排名/评分方式：原文未提供。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 007护理学院 105400护理 专业相关考生名单，共 8 人，成绩均为 0，状态均为缺考。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涉及学院：007护理学院。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涉及专业：105400护理。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成绩情况：8 人成绩均为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状态情况：8 人均为缺考。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排名或评分方式：原文未提供。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本段为推免复试成绩/缺考情况明细，共涉及 8 人，均属 007 护理学院 105400 护理专业，成绩均为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八、明细名单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敬*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007护理学院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105400护理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人数：8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学院：007护理学院，8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专业：105400护理，8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成绩：均为 0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状态：均为缺考。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本段未包含排名方式、评分方式及公示期信息。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