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北京大学城市规划与设计学院2026年优秀大学生夏令营营员初选名单公示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一、初选名单公示说明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经北京大学城市规划与设计学院夏令营遴选小组审核，现将2026年优秀大学生夏令营营员初选名单及分组予以公示。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名单分为A组、B组、C组三组，共包含营员若干名，具体名单详见各组明细。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二、A组名单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共32名营员，包括朱雨涵（ZY202647784）、余洁璇（ZY202647248）、王静茹（ZY202647428）、潘喆（ZY202647136）、方子华（ZY202646999）、陈思凡（ZY202653427）、陈云山（ZY202652543）、袁畅（ZY202648708）、党安祺（ZY202655583）、黄子刚（ZY202653553）、欧阳怀飞（ZY202652441）、暨民卓（ZY202652786）、许景焜（ZY202653730）、杨颜瑞（ZY202648302）、吴怡蕾（ZY202662191）、陈浩（ZY202651797）、林卓然（ZY202657466）、王骁（ZY202663739）、李佳音（ZY202661560）、黄俊铭（ZY202659281）、王申未（ZY202657925）、蔡馥繁（ZY202660837）、吴鑫泽（ZY202663379）、夏舒怡（ZY202653274）、丁熠晨（ZY202646891）、黎芮嘉（ZY202646808）、唐诗雅（ZY202649343）、许可（ZY202646898）、鲁静宜（ZY202647646）、石灵奇（ZY202662727）、彭远（ZY202648932）、叶怀潇（ZY202658754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三、B组名单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共34名营员，包括李心茵（ZY202650684）、孙炫（ZY202649603）、王晓君（ZY202647607）、吴宇衡（ZY202647644）、项媛媛（ZY202651249）、但崇健（ZY202652238）、王家晔（ZY202647478）、刘思芊（ZY202648238）、贝倩怡（ZY202647135）、黄兆堃（ZY202652512）、胡婉淇（ZY202653743）、李承泽（ZY202649887）、李昊臻（ZY202652303）、王文桢（ZY202656928）、叶喆萱（ZY202659710）、黄正宇（ZY202647897）、周正南（ZY202658279）、陈靖林（ZY202657185）、李彤（ZY202663500）、吴敏艺（ZY202647018）、韩知言（ZY202662591）、袁书翼（ZY202647604）、李聿满（ZY202665436）、魏菀莹（ZY202669854）、吴孟琴（ZY202668201）、李晨翔（ZY202648500）、吴佳乐（ZY202669039）、马慧杰（ZY202671871）、王颉（ZY202671256）、黄睿（ZY202669311）、杨丹阳（ZY202648488）、杨漫（ZY202650930）、李世进（ZY202668791）、苏馨怡（ZY202646763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四、C组名单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共24名营员，包括薛轶元（ZY202647006）、王馨宁（ZY202648474）、慕棣文（ZY202651484）、罗欣怡（ZY202649444）、陈米娜（ZY202647846）、钟涵（ZY202647005）、王雨博（ZY202647715）、郭婧媛（ZY202646980）、梅歆怡（ZY202648755）、刘轩宇（ZY202647929）、黄佳芮（ZY202653643）、钟翾（ZY202652405）、苏盼兮（ZY202652947）、崔子昂（ZY202654415）、朱治锦（ZY202659251）、刘科均（ZY202655669）、王昕娅（ZY202661073）、刘雅祯（ZY202660377）、易子琪（ZY202656916）、曹艺霏（ZY202660115）、王小妮（ZY202668161）、吴亚南（ZY202660145）、海雅琪（ZY202662977）、彭子婧（ZY202659650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五、夏令营活动安排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活动时间：7月2日至7月3日。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活动地点：深圳市北京大学深圳研究生院-城市规划与设计学院。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具体安排将由志愿者通过邮件通知各位营员。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北京大学城市规划与设计学院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