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地理科学与旅游学院2026年优秀应届本科毕业生免试攻读硕士研究生拟推荐名单公示-新疆师范大学地理科学与旅游学院</w:t>
      </w:r>
    </w:p>
    <w:p>
      <w:pPr>
        <w:spacing w:after="80" w:lineRule="auto" w:line="360"/>
        <w:ind w:firstLine="482"/>
        <w:jc w:val="both"/>
      </w:pPr>
      <w:r>
        <w:rPr>
          <w:rFonts w:ascii="Times New Roman" w:hAnsi="Times New Roman" w:eastAsia="宋体"/>
          <w:b w:val="0"/>
          <w:sz w:val="24"/>
        </w:rPr>
        <w:t>根据《新疆师范大学推荐优秀应届本科毕业生免试攻读硕士学位研究生工作实施办法（新师校发〔2025〕57号）》以及《新疆师范大学地理科学与旅游学院推荐优秀应届本科毕业生免试攻读硕士学位研究生工作细则》的相关规定，经学生自主报名，学院推免工作小组审核，学院党政联席会议通过，拟推荐以下18名2026届应届本科毕业生免试攻读硕士学位。</w:t>
      </w:r>
    </w:p>
    <w:p>
      <w:pPr>
        <w:spacing w:after="80" w:lineRule="auto" w:line="360"/>
        <w:ind w:firstLine="482"/>
        <w:jc w:val="both"/>
      </w:pPr>
      <w:r>
        <w:rPr>
          <w:rFonts w:ascii="Times New Roman" w:hAnsi="Times New Roman" w:eastAsia="宋体"/>
          <w:b w:val="0"/>
          <w:sz w:val="24"/>
        </w:rPr>
        <w:t>发布日期：2025年9月11日</w:t>
      </w:r>
    </w:p>
    <w:p>
      <w:pPr>
        <w:spacing w:before="160" w:after="80" w:lineRule="auto" w:line="360"/>
        <w:jc w:val="left"/>
      </w:pPr>
      <w:r>
        <w:rPr>
          <w:rFonts w:ascii="Times New Roman" w:hAnsi="Times New Roman" w:eastAsia="宋体"/>
          <w:b/>
          <w:sz w:val="28"/>
        </w:rPr>
        <w:t>一、拟推荐名单</w:t>
      </w:r>
    </w:p>
    <w:p>
      <w:pPr>
        <w:spacing w:after="80" w:lineRule="auto" w:line="360"/>
        <w:ind w:firstLine="482"/>
        <w:jc w:val="both"/>
      </w:pPr>
      <w:r>
        <w:rPr>
          <w:rFonts w:ascii="Times New Roman" w:hAnsi="Times New Roman" w:eastAsia="宋体"/>
          <w:b w:val="0"/>
          <w:sz w:val="24"/>
        </w:rPr>
        <w:t>拟推荐名单共18人，具体专业、学院明细及排名/评分方式未在正文中列出。</w:t>
      </w:r>
    </w:p>
    <w:p>
      <w:pPr>
        <w:spacing w:before="160" w:after="80" w:lineRule="auto" w:line="360"/>
        <w:jc w:val="left"/>
      </w:pPr>
      <w:r>
        <w:rPr>
          <w:rFonts w:ascii="Times New Roman" w:hAnsi="Times New Roman" w:eastAsia="宋体"/>
          <w:b/>
          <w:sz w:val="28"/>
        </w:rPr>
        <w:t>二、公示安排</w:t>
      </w:r>
    </w:p>
    <w:p>
      <w:pPr>
        <w:spacing w:after="80" w:lineRule="auto" w:line="360"/>
        <w:ind w:firstLine="482"/>
        <w:jc w:val="both"/>
      </w:pPr>
      <w:r>
        <w:rPr>
          <w:rFonts w:ascii="Times New Roman" w:hAnsi="Times New Roman" w:eastAsia="宋体"/>
          <w:b w:val="0"/>
          <w:sz w:val="24"/>
        </w:rPr>
        <w:t>1. 公示期：2025年9月11日-9月13日。</w:t>
      </w:r>
    </w:p>
    <w:p>
      <w:pPr>
        <w:spacing w:after="80" w:lineRule="auto" w:line="360"/>
        <w:ind w:firstLine="482"/>
        <w:jc w:val="both"/>
      </w:pPr>
      <w:r>
        <w:rPr>
          <w:rFonts w:ascii="Times New Roman" w:hAnsi="Times New Roman" w:eastAsia="宋体"/>
          <w:b w:val="0"/>
          <w:sz w:val="24"/>
        </w:rPr>
        <w:t>2. 异议反馈：如有异议请在公示期内反馈至地理科学与旅游学院教科研办公室。</w:t>
      </w:r>
    </w:p>
    <w:p>
      <w:pPr>
        <w:spacing w:after="80" w:lineRule="auto" w:line="360"/>
        <w:ind w:firstLine="482"/>
        <w:jc w:val="both"/>
      </w:pPr>
      <w:r>
        <w:rPr>
          <w:rFonts w:ascii="Times New Roman" w:hAnsi="Times New Roman" w:eastAsia="宋体"/>
          <w:b w:val="0"/>
          <w:sz w:val="24"/>
        </w:rPr>
        <w:t>3. 联系地点：文科8号楼106室。</w:t>
      </w:r>
    </w:p>
    <w:p>
      <w:pPr>
        <w:spacing w:after="80" w:lineRule="auto" w:line="360"/>
        <w:ind w:firstLine="482"/>
        <w:jc w:val="both"/>
      </w:pPr>
      <w:r>
        <w:rPr>
          <w:rFonts w:ascii="Times New Roman" w:hAnsi="Times New Roman" w:eastAsia="宋体"/>
          <w:b w:val="0"/>
          <w:sz w:val="24"/>
        </w:rPr>
        <w:t>4. 联系电话：0991-7799230。</w:t>
      </w:r>
    </w:p>
    <w:p>
      <w:pPr>
        <w:spacing w:after="80" w:lineRule="auto" w:line="360"/>
        <w:ind w:firstLine="482"/>
        <w:jc w:val="both"/>
      </w:pPr>
      <w:r>
        <w:rPr>
          <w:rFonts w:ascii="Times New Roman" w:hAnsi="Times New Roman" w:eastAsia="宋体"/>
          <w:b w:val="0"/>
          <w:sz w:val="24"/>
        </w:rPr>
        <w:t>地理科学与旅游学院</w:t>
      </w:r>
    </w:p>
    <w:p>
      <w:pPr>
        <w:spacing w:after="80" w:lineRule="auto" w:line="360"/>
        <w:ind w:firstLine="482"/>
        <w:jc w:val="both"/>
      </w:pPr>
      <w:r>
        <w:rPr>
          <w:rFonts w:ascii="Times New Roman" w:hAnsi="Times New Roman" w:eastAsia="宋体"/>
          <w:b w:val="0"/>
          <w:sz w:val="24"/>
        </w:rPr>
        <w:t>2025年9月11日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