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240" w:lineRule="auto" w:line="360"/>
        <w:jc w:val="center"/>
      </w:pPr>
      <w:r>
        <w:rPr>
          <w:rFonts w:ascii="Times New Roman" w:hAnsi="Times New Roman" w:eastAsia="宋体"/>
          <w:b/>
          <w:sz w:val="32"/>
        </w:rPr>
        <w:t>北京大学生命科学学院（含BIOPIC项目）与前沿交叉学科研究院（含定量生物学中心、PTN项目、CLS项目）联合举办2026年“大生命科学交叉”夏令营入营名单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2026年北京大学生命科学学院（含BIOPIC项目）与前沿交叉学科研究院（含定量生物学中心、PTN项目、CLS项目）联合举办“大生命科学交叉”夏令营入营名单已公布。请入营的同学注意查收后续通知邮件，以便及时了解相关安排通知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发布日期：2026年6月30日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一、名单说明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本名单为2026年北京大学生命科学学院（含BIOPIC项目）与前沿交叉学科研究院（含定量生物学中心、PTN项目、CLS项目）联合举办“大生命科学交叉”夏令营入营名单。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名单以附件形式发布：2026年北京大学生命科学学院与前沿交叉学科研究院联合举办“大生命科学交叉”夏令营入营名单.pdf。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3. 发布单位：北京大学生命科学学院、北京大学前沿交叉学科研究院。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4. 发布日期：2026年6月30日。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二、附件</w:t>
      </w:r>
    </w:p>
    <w:p>
      <w:r>
        <w:rPr>
          <w:rFonts w:ascii="Times New Roman" w:hAnsi="Times New Roman" w:eastAsia="宋体"/>
          <w:b w:val="0"/>
          <w:color w:val="993333"/>
          <w:sz w:val="20"/>
        </w:rPr>
        <w:t>[图片：2026年北京大学生命科学学院与前沿交叉学科研究院联合举办“大生命科学交叉”夏令营入营名单.pdf]</w:t>
      </w:r>
    </w:p>
    <w:p>
      <w:pPr>
        <w:spacing w:before="160" w:after="80" w:lineRule="auto" w:line="360"/>
        <w:jc w:val="left"/>
      </w:pPr>
      <w:r>
        <w:rPr>
          <w:rFonts w:ascii="Times New Roman" w:hAnsi="Times New Roman" w:eastAsia="宋体"/>
          <w:b/>
          <w:sz w:val="28"/>
        </w:rPr>
        <w:t>三、联系方式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1. 地址：北京市海淀区颐和园路5号 金光生命科学大楼</w:t>
      </w:r>
    </w:p>
    <w:p>
      <w:pPr>
        <w:spacing w:after="80" w:lineRule="auto" w:line="360"/>
        <w:ind w:firstLine="482"/>
        <w:jc w:val="both"/>
      </w:pPr>
      <w:r>
        <w:rPr>
          <w:rFonts w:ascii="Times New Roman" w:hAnsi="Times New Roman" w:eastAsia="宋体"/>
          <w:b w:val="0"/>
          <w:sz w:val="24"/>
        </w:rPr>
        <w:t>2. 电话：010-62757794</w:t>
      </w:r>
    </w:p>
    <w:sectPr w:rsidR="00FC693F" w:rsidRPr="0006063C" w:rsidSect="00034616">
      <w:pgSz w:w="12240" w:h="15840"/>
      <w:pgMar w:top="1440" w:right="1803" w:bottom="1440" w:left="180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宋体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