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广州中医药大学第八临床医学院2026年接收推荐免试研究生复试拟录取名单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广州中医药大学第八临床医学院2026年接收推荐免试研究生复试拟录取名单，发布日期为2025年09月23日。名单人数总计1人。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涵盖专业：未明确列出具体专业。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排名/评分方式：按照我院2026年接收推荐免试研究生复试录取实施方案，已完成推免生复试工作，具体评分方式未在公示中说明。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未明确说明公示起止日期。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此名单为我院拟录取名单，最终录取名单以学校研究生院官网公布为准。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