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本次预推免考核共涉及 1 人，考核通过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考核结果以复试总成绩为依据，考核通过者复试总成绩为 88.8。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公示名单如下表所示。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20263300256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030江苏省中科院植物研究所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105600中药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中药制药技术与产品开发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