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中国财政发展协同创新中心接收2026级推免生进入复试考核学生名单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中国财政发展协同创新中心接收2026级推免生进入复试考核学生名单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总计1人。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未明确列出具体专业。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经资格遴选小组对申请人材料进行审核评定，确定进入复试考核学生名单。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未明确列出公示期。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名单公示日期为2025年9月15日。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联系人及审核人员：姚东旻、方蕾。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责编：姚广。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联系电话：010-61776239。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