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 w:lineRule="auto" w:line="360"/>
        <w:jc w:val="center"/>
      </w:pPr>
      <w:r>
        <w:rPr>
          <w:rFonts w:ascii="Times New Roman" w:hAnsi="Times New Roman" w:eastAsia="宋体"/>
          <w:b/>
          <w:sz w:val="32"/>
        </w:rPr>
        <w:t>2025届数学学院推免公示名单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2025届数学学院推免公示名单于2024年9月19日发布，本名单为9月19日补录后更新，按推荐次序排列，涵盖数学与应用数学（广州）及统计学两个专业。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发布日期：2024年9月19日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一、正式推荐名单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数学与应用数学（广州）专业：共31人获得推荐资格，推荐次序为1至31，包括付广达、赵锦泽、张耘之、余盛纯、周泽宇、温健扬、尹鹏、陈新、杜铎懋、高劭杰、林奕圳、陈欣、黄宇翾、阳晨熙、陶宏喆、李少奇、李卓睿、杨奥、刘隽熙、王悦涵、欧阳屹轩、余子彬、温家和、梁梓恒、蔡钊填、蔡小婉、邓卓其、李宇豪、叶斌、李隆平、张心怡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统计学专业：共15人获得推荐资格，推荐次序为1至15，包括徐煜、袁钲、熊子昂、李奕遒、王思宇、杨佳鸣、李傲唐、万淏平、曹轩铭、肖苏彤、徐新欣、唐莹、何宇、洪梓迅、张文琦。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二、候补推荐名单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数学与应用数学（广州）专业：候补2人，包括林呈庆、蒋秋玮。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统计学专业：候补4人，包括廉强、陈泓睿、余弘立、王宇翔。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三、公示信息来源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公示名单以附件形式发布，来源为中山大学数学学院官网，网址：https://math.sysu.edu.cn/sites/default/files/2024-09/2025%E5%B1%8A%E6%95%B0%E5%AD%A6%E5%AD%A6%E9%99%A2%E6%8E%A8%E5%85%8D%E5%85%AC%E7%A4%BA%E5%90%8D%E5%8D%95_0.pdf。</w:t>
      </w:r>
    </w:p>
    <w:sectPr w:rsidR="00FC693F" w:rsidRPr="0006063C" w:rsidSect="00034616">
      <w:pgSz w:w="12240" w:h="15840"/>
      <w:pgMar w:top="1440" w:right="1803" w:bottom="1440" w:left="180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