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北京大学社会学系2026年度推荐免试硕士研究生复试通知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北京大学社会学系2026年度推荐免试硕士研究生复试通知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请各位考生携带身份证、学生证、诚信复试承诺书当天从东南门入校。各专业面试考生须提前40分钟到达等候教室。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一、面试时间、地点、名单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1、社会学、社会学（女性学）专业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面试时间：9月18日（星期四）13：00开始；面试地点：267会议室，等候教室201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面试名单：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推免申请ID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申请专业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SQ202522626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贾宇承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SQ202514143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李楚若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SQ202520428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李宇环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SQ202524691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陈马含沁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SQ202510632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陈晓娜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SQ202522451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谢书涵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SQ202502916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朱婧茜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女性学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SQ202524699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秦扬光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SQ202508288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史依宸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SQ202516966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马瑜杰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SQ202508889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周明喆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SQ202519043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周子龙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SQ202510440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古勤加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SQ202510952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彭蕴慧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SQ202523716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柳雯雯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SQ202517308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陈航焜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SQ202512202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杨皓越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社会学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