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河北北方学院公共体育部关于2026届拟推荐优秀应届本科毕业生免试攻读硕士研究生名单的公示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河北北方学院公共体育部就2026届拟推荐优秀应届本科毕业生免试攻读硕士研究生名单进行公示。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本公示为河北北方学院公共体育部2026届拟推荐优秀应届本科毕业生免试攻读硕士研究生名单的公示。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公示名单具体内容详见原网页或相关附件。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公示期为2025年9月6日起（具体截止日期未标注）。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公示期间如有异议，请联系河北北方学院公共体育部。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联系地址：张家口市高新区钻石南路11号，邮政编码：075000。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学校官网：https://www.hebeinu.edu.cn/gtb/index.php?s=/Show/index/cid/30/id/578.html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