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2026届本科毕业生推荐免试攻读研究生共68人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发布日期（推定）：2024年9月10日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地址：湖北·武汉洪山区鲁磨路388号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邮编：430074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Tel：86-27-67883251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Email：wtb@cug.edu.cn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二、相关栏目与机构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本科生教育相关栏目：通知公告、课程日历、培养方案、管理文件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人才培养相关栏目：本科生教育、通知公告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相关机构：自然资源部、国家自然科学基金、国家留学基金委、中国科学院、中国地质调查局、中国地震局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其他：地空公众号、教师服务平台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说明：本段内容为导航与联系方式信息，未包含申请条件、报名时间、活动时间、接收条件、流程、材料清单、时间节点、名额等推免通知类实质信息。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