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护理学院2022 级护理学专业推免综合排名具有推免资格名单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护理学院2022级护理学专业推免综合排名具有推免资格名单，共67人，均为22护理1至22护理4班级。综合成绩由平均学分绩与创新能力加分构成，排名按综合成绩由高到低排列。其中第1至第19名备注为“专业推免名额范围之内”，第34、39、50、53、59、60、61、63、64、65、66、67名备注为“不符合推免条件”，其余名次备注为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创新能力加分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温欣彤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4.2925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3.86325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丁雨乐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3.77127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4.1642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3.74778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4.1288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3.71592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4.0805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3.70245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杨宜帆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4.0792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3.69128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4.0761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3.66849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4.0606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3.65454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吕鑫怡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4.0504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3.64536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李怡曼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3.64175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4.0398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3.63582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马国荣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于佳昕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3.61557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班佳敏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3.60396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董凌冉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3.9973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3.59757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张菲桐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3.58848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于静莹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3.9739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3.57651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3.9323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3.53907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高紫彤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专业推免名额范围之内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哈叶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3.52278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马英旭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3.48489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葛西亚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3.47931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于梦圆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3.47535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周珍妤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3.46941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石雯嘉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3.46941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张舒琪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3.46743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3.45465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高雨晴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3.43872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3.40965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张雅萌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3.39453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王颐煊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3.3921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万鑫媛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3.7531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3.37779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鞠花蕾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3.36978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3.36744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高铭琳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3.7327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3.35943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3.7102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3.33918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3.7071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3.33639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3.6965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3.32685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3.6819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3.31371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20222201199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耿思柔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3.6761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3.30849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陈笑然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3.29697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3.6611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3.29499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刘景飒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3.6558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3.29022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韩若伊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3.27267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仝冰倩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3.27069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王羽桐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3.5841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3.27069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郝艺晗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3.26709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郑依丹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3.6292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3.26628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耿锐桢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3.25395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董博文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3.25314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董欣宁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3.25314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安凤蕊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3.6049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3.24441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20222201093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董恩琦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3.23127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刘柯含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3.5637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3.20733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胡紫博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3.5624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3.20616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3.5619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3.20571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3.20256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马佳瑶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3.20094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3.5319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3.17871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3.17151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吴梦宇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3.5239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3.17151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3.5097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3.15873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20202101180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宋悦嘉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3.15684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李哲萱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3.5066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3.15594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20222201126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李安妮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3.4965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3.14685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20222201219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20222201060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李士涵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 护理4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3.4792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3.13128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不符合推免条件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