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法学院 2026 年推荐优秀应届本科毕业生 免试攻读硕士学位研究生实施方案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长春理工大学法学院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首页/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首页栏目/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公告栏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 2026 年推荐优秀应届本科毕业生 免试攻读硕士学位研究生实施方案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2025-08-25 发布人： 管理员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一、法学院推免工作组成员名单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 长：张闯 田之华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副组长：齐秀梅 刘宾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员：张凌竹 李畅 李红 金锦花 刘钊 张荣艳 杜实 翟宁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二、专家审核小组名单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组长：张闯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成员：张凌竹 李畅 李红 金锦花 陈英慧 齐秀梅 张荣艳 杜实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三、推免条件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(一)具有高尚的爱国主义情操和集体主义精神，社会主义理想信 念坚定，社会责任感强，遵纪守法，积极向上，身心健康，思想 品德考核合格。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（二）勤奋学习，刻苦钻研，学术研究兴趣浓厚，有较强的创新 意识、创新能力。基础知识扎实，按期完成前三学年所有必修环 节（培养方案中理论教学和实践教学环节），初次考核无不及格。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（三）诚实守信，学风端正，品行优良，无任何违法违纪记录， 在校期间未受过任何处分（含解除）。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（四）通过全国大学英语四级考试（新标准 425 分）。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四、排名规则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学院根据学分绩排名按专业人数的 15%确定素质加分评定学生名 单。按照综合评价成绩排名由高到低确定推免学生名单。综合评 价成绩＝学分绩＋素质加分。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学分绩=∑ (某门必修课程初次成绩×该课程学分)/∑必修课程学分。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五、素质加分规则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（一）素质加分包括：参军入伍服兵役、参加志愿服务、到国际 组织实习、科研成果（论文、知识产权、国家级大学生创新创业 训练计划项目结题）、竞赛获奖等方面。学生在上述某一方面有 多项加分情况时，只取其中一项加分。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（二）素质加分累计不得超过 5 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（三）素质加分说明：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1.参军入伍服兵役是指长春理工大学的学生在本科阶段按规定完 成服兵役年限，其间未受到处分。须提供入伍通知书及退役证明 等佐证材料。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2.参加志愿服务是指长春理工大学的学生在本科阶段通过志愿服 务信息系统记录志愿者参与的志愿服务。志愿服务信息系统是指 民政部建立的全国志愿服务信息系统和民政部指定的其他志愿服 务信息平台。须按照民政部有关志愿服务记录与证明出具办法提 供志愿服务记录证明，并可供检索和验证。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3.到国际组织实习是指长春理工大学的学生在本科阶段到“高校 毕业生到国际组织实习任职信息服务平台 ”所列国际组织开展的 实习。须提供相应国际组织开具的实习鉴定证明或相关证明及评 价材料。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4.科研成果包括论文、知识产权及国家级大学生创新创业训练计 划项目结题。其中，论文仅限本科阶段以第一作者且长春理工大 学为第一署名单位发表的与学业相关的科研论文，须提供论文原 件、检索报告等证明材料。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具有国际影响力的国内科技期刊参照中国科技期刊卓越行动计划 入选期刊目录确定，业界公认的国际顶级或重要科技期刊参照中 国科学院文献情报中心期刊分区表（升级版）大类确定，CSSCI （含扩展版）收录论文、北大核心期刊以论文发表年度发布的期 刊目录确定。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5.知识产权仅限本科阶段以第一发明人身份取得的知识产权，所 有权为长春理工大学且发明创造内容必须与申请学生学业相关， 须提供知识产权证书原件。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6.国家级大学生创新创业训练计划项目结题是指学生代表长春理 工大学参加国家级大学生创新创业训练计划项目并完成结题，须 提供结题证书。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7.竞赛是指学生代表长春理工大学作为主力成员（第 1-5 名）参 加与学业相关的国内权威科研竞赛（全国赛）并获得三等奖及以 上奖励 （国际赛事参照执行，但不得低于国内赛事相关要求）。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8.凡是学生与直系亲属或学历、职称、职务明显高于本人合作的 科研成果、竞赛奖项等情况，素质加分不予评定。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序号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类别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级别（获奖等级）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加分标准（分）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学科创 新竞赛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单科技 能竞赛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竞赛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国际级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国家级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特等奖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一等奖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二等奖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三等奖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科研 成果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国家级大学生创新创业训练计划项目 结题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1.0（第 1 名）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0.8（第 2 名）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0.6（第 3 名）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0.4（第 4 名）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0.2（第 5 名）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 6 名之后不加分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发表 论文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具有国际影响力的国内科技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期刊、业界公认的国际顶级或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重要科技期刊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CSSCI（含扩展版）收录论文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0.8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北大核心期刊论文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0.5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知识 产权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国家发明专利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实用新型专利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0.5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软件著作权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0.5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参军入伍服兵役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到国际组织实习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参加志愿服务累计 120 小时以上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六、佐证材料有效期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2022 年 9 月 1 日至 2025 年 8 月 31 日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七、工作程序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序号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工作时间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工作内容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 月 19 日至 8 月 24 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学院核查学生所修课程相关信息。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 月 25 日至 8 月 29 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学院公布专业学分绩排名（平台自动计算）。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 月 30 日至 9 月 1 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学生推免网上报名。学生录录平台进行网上推免报名， 报名成功后在平台内打印《长春理工大学推荐免试攻 读硕士学位研究生资格申请表》，填写《思想品德考 核表》，准备好相关佐证材料（原件及复印件）一并 递交学院，提出推免申请，并签署学术诚信承诺书。 如系推免工作相关人员的直系亲属或利益相关人员 的需主动报备。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9 月 2 日至 9 月 3 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学院审核报名资格。学院报送《推免相关工作人员及 学生回避报备表》。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9 月 10 日前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素质加分评定与鉴定。确定综合成绩排名（平台自动 计算）并公示。学生上传推免材料，学院报送排名表。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9 月 12 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学院报送推免生名单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另行通知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后续相关推免工作开展的具体时间及安排另行通知。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八、推免工作联系人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联系人：齐老师 85583002 13596182871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