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体育学院关于推荐2026届优秀本科应届毕业生免试攻读硕士研究生名单的公示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体育学院关于推荐2026届优秀本科应届毕业生免试攻读硕士研究生名单的公示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本公示为江汉大学体育学院推荐2026届优秀本科应届毕业生免试攻读硕士研究生名单的公示。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具体推荐名单详见附件《江汉大学体育学院推荐2026届优秀应届本科毕业生免试攻读研究生名单.pdf》。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联系电话：027-84397029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联系单位：江汉大学体育学院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