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南昌大学先进制造学院2026年接收推荐免试研究生预报名通知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南昌大学先进制造学院2026年接收推荐免试研究生预报名通知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本通知由南昌大学先进制造学院发布，面向2026年接收推荐免试研究生（推免生）的预报名工作。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学院官网通知公告栏目于2025年9月4日发布该预报名通知，后续相关安排（如复试日程、结果公示）将陆续更新。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申请人须为获得所在高校推荐免试资格的应届本科毕业生，具体条件以南昌大学研究生院及学院后续公布的要求为准。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申请人需符合南昌大学及先进制造学院对推免生的学业成绩、科研能力及综合素质等相关规定。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预报名时间：2025年9月4日发布通知后启动，具体截止时间及复试安排详见学院后续通知（如2025年9月12日发布的预推免复试日程安排汇总表）。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有意向的推免生需按通知要求提交预报名申请材料。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学院将根据报名情况组织复试，复试安排及结果将通过学院官网通知公告栏目发布（如2025年9月19日公示预推免复试结果）。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学院地址：江西省南昌市红谷滩区学府大道999号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邮编：330031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邮箱：xjzzxy@ncu.edu.cn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学院官网通知公告栏目：https://jdgcxy.ncu.edu.cn/xwzx/tzgg/index5.htm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