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西华师范大学体育学院推荐2026届优秀应届本科毕业生免试攻读硕士学位研究生工作实施细则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根据《西华师范大学推荐优秀应届本科毕业生免试攻读硕士研究生工作实施办法》和《西华师范大学关于做好2026年推荐优秀应届本科毕业生免试攻读硕士研究生工作的通知》的相关要求，为做好2026届优秀应届本科毕业生免试攻读硕士学位研究生推荐工作，结合学院实际，特制定本细则。</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一、推免工作原则</w:t>
      </w:r>
    </w:p>
    <w:p>
      <w:pPr>
        <w:spacing w:after="80" w:lineRule="auto" w:line="360"/>
        <w:ind w:firstLine="482"/>
        <w:jc w:val="both"/>
      </w:pPr>
      <w:r>
        <w:rPr>
          <w:rFonts w:ascii="Times New Roman" w:hAnsi="Times New Roman" w:eastAsia="宋体"/>
          <w:b w:val="0"/>
          <w:sz w:val="24"/>
        </w:rPr>
        <w:t>（一）科学遴选原则</w:t>
      </w:r>
    </w:p>
    <w:p>
      <w:pPr>
        <w:spacing w:after="80" w:lineRule="auto" w:line="360"/>
        <w:ind w:firstLine="482"/>
        <w:jc w:val="both"/>
      </w:pPr>
      <w:r>
        <w:rPr>
          <w:rFonts w:ascii="Times New Roman" w:hAnsi="Times New Roman" w:eastAsia="宋体"/>
          <w:b w:val="0"/>
          <w:sz w:val="24"/>
        </w:rPr>
        <w:t>1. 全面落实立德树人根本任务。坚持德智体美劳全面衡量，以德为先，坚持把学生思想品德考核作为推免生遴选和录取的首要依据，思想品德考核不合格者不予推荐和录取。</w:t>
      </w:r>
    </w:p>
    <w:p>
      <w:pPr>
        <w:spacing w:after="80" w:lineRule="auto" w:line="360"/>
        <w:ind w:firstLine="482"/>
        <w:jc w:val="both"/>
      </w:pPr>
      <w:r>
        <w:rPr>
          <w:rFonts w:ascii="Times New Roman" w:hAnsi="Times New Roman" w:eastAsia="宋体"/>
          <w:b w:val="0"/>
          <w:sz w:val="24"/>
        </w:rPr>
        <w:t>2. 突出考查学生在校学业表现。注重并加强对学生本科阶段学习情况的过程性评价，将本科阶段学业综合成绩作为推免工作最基础的遴选指标。</w:t>
      </w:r>
    </w:p>
    <w:p>
      <w:pPr>
        <w:spacing w:after="80" w:lineRule="auto" w:line="360"/>
        <w:ind w:firstLine="482"/>
        <w:jc w:val="both"/>
      </w:pPr>
      <w:r>
        <w:rPr>
          <w:rFonts w:ascii="Times New Roman" w:hAnsi="Times New Roman" w:eastAsia="宋体"/>
          <w:b w:val="0"/>
          <w:sz w:val="24"/>
        </w:rPr>
        <w:t>3. 注重考核学生全面发展成效。学院将学生参军入伍服兵役、参加志愿服务、到国际组织学习、科研成果、竞赛获奖等符合全面发展的成效纳入推免生遴选的指标体系，综合评价学生的各方面表现。</w:t>
      </w:r>
    </w:p>
    <w:p>
      <w:pPr>
        <w:spacing w:after="80" w:lineRule="auto" w:line="360"/>
        <w:ind w:firstLine="482"/>
        <w:jc w:val="both"/>
      </w:pPr>
      <w:r>
        <w:rPr>
          <w:rFonts w:ascii="Times New Roman" w:hAnsi="Times New Roman" w:eastAsia="宋体"/>
          <w:b w:val="0"/>
          <w:sz w:val="24"/>
        </w:rPr>
        <w:t>（二）以人为本原则</w:t>
      </w:r>
    </w:p>
    <w:p>
      <w:pPr>
        <w:spacing w:after="80" w:lineRule="auto" w:line="360"/>
        <w:ind w:firstLine="482"/>
        <w:jc w:val="both"/>
      </w:pPr>
      <w:r>
        <w:rPr>
          <w:rFonts w:ascii="Times New Roman" w:hAnsi="Times New Roman" w:eastAsia="宋体"/>
          <w:b w:val="0"/>
          <w:sz w:val="24"/>
        </w:rPr>
        <w:t>1. 充分保障学生自主报考。所有推免生均享有依据招生政策自主选择报考研究生招生单位和专业的权利。</w:t>
      </w:r>
    </w:p>
    <w:p>
      <w:pPr>
        <w:spacing w:after="80" w:lineRule="auto" w:line="360"/>
        <w:ind w:firstLine="482"/>
        <w:jc w:val="both"/>
      </w:pPr>
      <w:r>
        <w:rPr>
          <w:rFonts w:ascii="Times New Roman" w:hAnsi="Times New Roman" w:eastAsia="宋体"/>
          <w:b w:val="0"/>
          <w:sz w:val="24"/>
        </w:rPr>
        <w:t>2. 充分保障学生申诉渠道畅通。学院切实做好推免信息公开工作，保证推免工作公开、透明。</w:t>
      </w:r>
    </w:p>
    <w:p>
      <w:pPr>
        <w:spacing w:after="80" w:lineRule="auto" w:line="360"/>
        <w:ind w:firstLine="482"/>
        <w:jc w:val="both"/>
      </w:pPr>
      <w:r>
        <w:rPr>
          <w:rFonts w:ascii="Times New Roman" w:hAnsi="Times New Roman" w:eastAsia="宋体"/>
          <w:b w:val="0"/>
          <w:sz w:val="24"/>
        </w:rPr>
        <w:t>（三）公平公正原则</w:t>
      </w:r>
    </w:p>
    <w:p>
      <w:pPr>
        <w:spacing w:after="80" w:lineRule="auto" w:line="360"/>
        <w:ind w:firstLine="482"/>
        <w:jc w:val="both"/>
      </w:pPr>
      <w:r>
        <w:rPr>
          <w:rFonts w:ascii="Times New Roman" w:hAnsi="Times New Roman" w:eastAsia="宋体"/>
          <w:b w:val="0"/>
          <w:sz w:val="24"/>
        </w:rPr>
        <w:t>推免过程要强化组织领导，坚持严格管理，确保推免过程公平公正；学院将提前面向社会公布推免名额、推免办法，公示拟推免名单等重要事项。</w:t>
      </w:r>
    </w:p>
    <w:p>
      <w:pPr>
        <w:spacing w:before="160" w:after="80" w:lineRule="auto" w:line="360"/>
        <w:jc w:val="left"/>
      </w:pPr>
      <w:r>
        <w:rPr>
          <w:rFonts w:ascii="Times New Roman" w:hAnsi="Times New Roman" w:eastAsia="宋体"/>
          <w:b/>
          <w:sz w:val="28"/>
        </w:rPr>
        <w:t>二、体育学院推免工作小组成员</w:t>
      </w:r>
    </w:p>
    <w:p>
      <w:pPr>
        <w:spacing w:after="80" w:lineRule="auto" w:line="360"/>
        <w:ind w:firstLine="482"/>
        <w:jc w:val="both"/>
      </w:pPr>
      <w:r>
        <w:rPr>
          <w:rFonts w:ascii="Times New Roman" w:hAnsi="Times New Roman" w:eastAsia="宋体"/>
          <w:b w:val="0"/>
          <w:sz w:val="24"/>
        </w:rPr>
        <w:t>学院成立2026届毕业生推免工作小组，构成如下：</w:t>
      </w:r>
    </w:p>
    <w:p>
      <w:pPr>
        <w:spacing w:after="80" w:lineRule="auto" w:line="360"/>
        <w:ind w:firstLine="482"/>
        <w:jc w:val="both"/>
      </w:pPr>
      <w:r>
        <w:rPr>
          <w:rFonts w:ascii="Times New Roman" w:hAnsi="Times New Roman" w:eastAsia="宋体"/>
          <w:b w:val="0"/>
          <w:sz w:val="24"/>
        </w:rPr>
        <w:t>组长：寇荷超、王永安</w:t>
      </w:r>
    </w:p>
    <w:p>
      <w:pPr>
        <w:spacing w:after="80" w:lineRule="auto" w:line="360"/>
        <w:ind w:firstLine="482"/>
        <w:jc w:val="both"/>
      </w:pPr>
      <w:r>
        <w:rPr>
          <w:rFonts w:ascii="Times New Roman" w:hAnsi="Times New Roman" w:eastAsia="宋体"/>
          <w:b w:val="0"/>
          <w:sz w:val="24"/>
        </w:rPr>
        <w:t>成员：彭英、李广学、郑勇、谢昌雄、祝兴奉、蒋芳芳、王鯤、张静、王刚</w:t>
      </w:r>
    </w:p>
    <w:p>
      <w:pPr>
        <w:spacing w:after="80" w:lineRule="auto" w:line="360"/>
        <w:ind w:firstLine="482"/>
        <w:jc w:val="both"/>
      </w:pPr>
      <w:r>
        <w:rPr>
          <w:rFonts w:ascii="Times New Roman" w:hAnsi="Times New Roman" w:eastAsia="宋体"/>
          <w:b w:val="0"/>
          <w:sz w:val="24"/>
        </w:rPr>
        <w:t>工作人员：黄秋烨</w:t>
      </w:r>
    </w:p>
    <w:p>
      <w:pPr>
        <w:spacing w:before="160" w:after="80" w:lineRule="auto" w:line="360"/>
        <w:jc w:val="left"/>
      </w:pPr>
      <w:r>
        <w:rPr>
          <w:rFonts w:ascii="Times New Roman" w:hAnsi="Times New Roman" w:eastAsia="宋体"/>
          <w:b/>
          <w:sz w:val="28"/>
        </w:rPr>
        <w:t>三、体育学院推免工作专家审核小组</w:t>
      </w:r>
    </w:p>
    <w:p>
      <w:pPr>
        <w:spacing w:after="80" w:lineRule="auto" w:line="360"/>
        <w:ind w:firstLine="482"/>
        <w:jc w:val="both"/>
      </w:pPr>
      <w:r>
        <w:rPr>
          <w:rFonts w:ascii="Times New Roman" w:hAnsi="Times New Roman" w:eastAsia="宋体"/>
          <w:b w:val="0"/>
          <w:sz w:val="24"/>
        </w:rPr>
        <w:t>学院成立2026届毕业生推免工作专家审核小组，构成如下：</w:t>
      </w:r>
    </w:p>
    <w:p>
      <w:pPr>
        <w:spacing w:after="80" w:lineRule="auto" w:line="360"/>
        <w:ind w:firstLine="482"/>
        <w:jc w:val="both"/>
      </w:pPr>
      <w:r>
        <w:rPr>
          <w:rFonts w:ascii="Times New Roman" w:hAnsi="Times New Roman" w:eastAsia="宋体"/>
          <w:b w:val="0"/>
          <w:sz w:val="24"/>
        </w:rPr>
        <w:t>组长：彭英</w:t>
      </w:r>
    </w:p>
    <w:p>
      <w:pPr>
        <w:spacing w:after="80" w:lineRule="auto" w:line="360"/>
        <w:ind w:firstLine="482"/>
        <w:jc w:val="both"/>
      </w:pPr>
      <w:r>
        <w:rPr>
          <w:rFonts w:ascii="Times New Roman" w:hAnsi="Times New Roman" w:eastAsia="宋体"/>
          <w:b w:val="0"/>
          <w:sz w:val="24"/>
        </w:rPr>
        <w:t>成员：潘孝贵、吴攀文、全彦秀</w:t>
      </w:r>
    </w:p>
    <w:p>
      <w:pPr>
        <w:spacing w:after="80" w:lineRule="auto" w:line="360"/>
        <w:ind w:firstLine="482"/>
        <w:jc w:val="both"/>
      </w:pPr>
      <w:r>
        <w:rPr>
          <w:rFonts w:ascii="Times New Roman" w:hAnsi="Times New Roman" w:eastAsia="宋体"/>
          <w:b w:val="0"/>
          <w:sz w:val="24"/>
        </w:rPr>
        <w:t>工作人员：张静、王欣、丁一玲</w:t>
      </w:r>
    </w:p>
    <w:p>
      <w:pPr>
        <w:spacing w:before="160" w:after="80" w:lineRule="auto" w:line="360"/>
        <w:jc w:val="left"/>
      </w:pPr>
      <w:r>
        <w:rPr>
          <w:rFonts w:ascii="Times New Roman" w:hAnsi="Times New Roman" w:eastAsia="宋体"/>
          <w:b/>
          <w:sz w:val="28"/>
        </w:rPr>
        <w:t>四、体育学院推免工作监督小组</w:t>
      </w:r>
    </w:p>
    <w:p>
      <w:pPr>
        <w:spacing w:after="80" w:lineRule="auto" w:line="360"/>
        <w:ind w:firstLine="482"/>
        <w:jc w:val="both"/>
      </w:pPr>
      <w:r>
        <w:rPr>
          <w:rFonts w:ascii="Times New Roman" w:hAnsi="Times New Roman" w:eastAsia="宋体"/>
          <w:b w:val="0"/>
          <w:sz w:val="24"/>
        </w:rPr>
        <w:t>学院成立2026届毕业生推免工作监督小组，构成如下：</w:t>
      </w:r>
    </w:p>
    <w:p>
      <w:pPr>
        <w:spacing w:after="80" w:lineRule="auto" w:line="360"/>
        <w:ind w:firstLine="482"/>
        <w:jc w:val="both"/>
      </w:pPr>
      <w:r>
        <w:rPr>
          <w:rFonts w:ascii="Times New Roman" w:hAnsi="Times New Roman" w:eastAsia="宋体"/>
          <w:b w:val="0"/>
          <w:sz w:val="24"/>
        </w:rPr>
        <w:t>组长：冯榛</w:t>
      </w:r>
    </w:p>
    <w:p>
      <w:pPr>
        <w:spacing w:after="80" w:lineRule="auto" w:line="360"/>
        <w:ind w:firstLine="482"/>
        <w:jc w:val="both"/>
      </w:pPr>
      <w:r>
        <w:rPr>
          <w:rFonts w:ascii="Times New Roman" w:hAnsi="Times New Roman" w:eastAsia="宋体"/>
          <w:b w:val="0"/>
          <w:sz w:val="24"/>
        </w:rPr>
        <w:t>成员：谢娟、刘柄旭</w:t>
      </w:r>
    </w:p>
    <w:p>
      <w:pPr>
        <w:spacing w:after="80" w:lineRule="auto" w:line="360"/>
        <w:ind w:firstLine="482"/>
        <w:jc w:val="both"/>
      </w:pPr>
      <w:r>
        <w:rPr>
          <w:rFonts w:ascii="Times New Roman" w:hAnsi="Times New Roman" w:eastAsia="宋体"/>
          <w:b w:val="0"/>
          <w:sz w:val="24"/>
        </w:rPr>
        <w:t>监督小组邮箱：xhsdtyxyxsgz@126.com。</w:t>
      </w:r>
    </w:p>
    <w:p>
      <w:pPr>
        <w:spacing w:after="80" w:lineRule="auto" w:line="360"/>
        <w:ind w:firstLine="482"/>
        <w:jc w:val="both"/>
      </w:pPr>
      <w:r>
        <w:rPr>
          <w:rFonts w:ascii="Times New Roman" w:hAnsi="Times New Roman" w:eastAsia="宋体"/>
          <w:b w:val="0"/>
          <w:sz w:val="24"/>
        </w:rPr>
        <w:t>监督电话：0817-2568237</w:t>
      </w:r>
    </w:p>
    <w:p>
      <w:pPr>
        <w:spacing w:before="160" w:after="80" w:lineRule="auto" w:line="360"/>
        <w:jc w:val="left"/>
      </w:pPr>
      <w:r>
        <w:rPr>
          <w:rFonts w:ascii="Times New Roman" w:hAnsi="Times New Roman" w:eastAsia="宋体"/>
          <w:b/>
          <w:sz w:val="28"/>
        </w:rPr>
        <w:t>五、推免生名额分配</w:t>
      </w:r>
    </w:p>
    <w:p>
      <w:pPr>
        <w:spacing w:after="80" w:lineRule="auto" w:line="360"/>
        <w:ind w:firstLine="482"/>
        <w:jc w:val="both"/>
      </w:pPr>
      <w:r>
        <w:rPr>
          <w:rFonts w:ascii="Times New Roman" w:hAnsi="Times New Roman" w:eastAsia="宋体"/>
          <w:b w:val="0"/>
          <w:sz w:val="24"/>
        </w:rPr>
        <w:t>根据《通知》规定，体育学院2026届推免生名额共计16人，各专业名额如下：</w:t>
      </w:r>
    </w:p>
    <w:p>
      <w:pPr>
        <w:spacing w:after="80" w:lineRule="auto" w:line="360"/>
        <w:ind w:firstLine="482"/>
        <w:jc w:val="both"/>
      </w:pPr>
      <w:r>
        <w:rPr>
          <w:rFonts w:ascii="Times New Roman" w:hAnsi="Times New Roman" w:eastAsia="宋体"/>
          <w:b w:val="0"/>
          <w:sz w:val="24"/>
        </w:rPr>
        <w:t>农村学校教育硕士师资培养计划具体实施办法详见教务处发布的《西华师范大学关于做好2026年推荐优秀应届本科毕业生免试攻读硕士研究生工作的通知》中附件2西华师范大学2026年“农村学校教育硕士师资培养计划”专项推荐工作办法（官网链接：https://jwc.cwnu.edu.cn/info/1137/68704.htm）。</w:t>
      </w:r>
    </w:p>
    <w:p>
      <w:pPr>
        <w:spacing w:after="80" w:lineRule="auto" w:line="360"/>
        <w:ind w:firstLine="482"/>
        <w:jc w:val="both"/>
      </w:pPr>
      <w:r>
        <w:rPr>
          <w:rFonts w:ascii="Times New Roman" w:hAnsi="Times New Roman" w:eastAsia="宋体"/>
          <w:b w:val="0"/>
          <w:sz w:val="24"/>
        </w:rPr>
        <w:t>学校按照“公开招募、自愿报名、择优选拔”的原则，计划招募2026届应届本科毕业生8人，组建研究生支教团，于2026年8月至2027年7月赴学校支教服务地（四川省凉山彝族自治州喜德县、甘孜藏族自治州康定市和新疆维吾尔自治区和田地区洛浦县）开展支教服务工作（最终支教服务地、支教服务学校、任教岗位等，以学校项目办和支教服务地的安排为准）。入选同学将获得本年度研究生推免资格。学院将推荐2名符合推免生基本条件的同学参加学校的选拔考核。具体实施办法详见校团委发布的《关于组建中国青年志愿者第28届（2026-2027年度）西华师范大学研究生支教团有关工作的通知》（官网链接：https://youth.cwnu.edu.cn/info/1227/16719.htm）。</w:t>
      </w:r>
    </w:p>
    <w:p>
      <w:pPr>
        <w:spacing w:after="80" w:lineRule="auto" w:line="360"/>
        <w:ind w:firstLine="482"/>
        <w:jc w:val="both"/>
      </w:pPr>
      <w:r>
        <w:rPr>
          <w:rFonts w:ascii="Times New Roman" w:hAnsi="Times New Roman" w:eastAsia="宋体"/>
          <w:b w:val="0"/>
          <w:sz w:val="24"/>
        </w:rPr>
        <w:t>注：两个类别的推免项目只能选报一项。</w:t>
      </w:r>
    </w:p>
    <w:p>
      <w:pPr>
        <w:spacing w:before="160" w:after="80" w:lineRule="auto" w:line="360"/>
        <w:jc w:val="left"/>
      </w:pPr>
      <w:r>
        <w:rPr>
          <w:rFonts w:ascii="Times New Roman" w:hAnsi="Times New Roman" w:eastAsia="宋体"/>
          <w:b/>
          <w:sz w:val="28"/>
        </w:rPr>
        <w:t>六、推免生条件</w:t>
      </w:r>
    </w:p>
    <w:p>
      <w:pPr>
        <w:spacing w:after="80" w:lineRule="auto" w:line="360"/>
        <w:ind w:firstLine="482"/>
        <w:jc w:val="both"/>
      </w:pPr>
      <w:r>
        <w:rPr>
          <w:rFonts w:ascii="Times New Roman" w:hAnsi="Times New Roman" w:eastAsia="宋体"/>
          <w:b w:val="0"/>
          <w:sz w:val="24"/>
        </w:rPr>
        <w:t>推免生须同时满足以下基本条件：</w:t>
      </w:r>
    </w:p>
    <w:p>
      <w:pPr>
        <w:spacing w:after="80" w:lineRule="auto" w:line="360"/>
        <w:ind w:firstLine="482"/>
        <w:jc w:val="both"/>
      </w:pPr>
      <w:r>
        <w:rPr>
          <w:rFonts w:ascii="Times New Roman" w:hAnsi="Times New Roman" w:eastAsia="宋体"/>
          <w:b w:val="0"/>
          <w:sz w:val="24"/>
        </w:rPr>
        <w:t>（一）纳入国家普通本科招生计划录取的应届毕业生（不含公费师范生、专升本学生、乡村振兴计划学生）。</w:t>
      </w:r>
    </w:p>
    <w:p>
      <w:pPr>
        <w:spacing w:after="80" w:lineRule="auto" w:line="360"/>
        <w:ind w:firstLine="482"/>
        <w:jc w:val="both"/>
      </w:pPr>
      <w:r>
        <w:rPr>
          <w:rFonts w:ascii="Times New Roman" w:hAnsi="Times New Roman" w:eastAsia="宋体"/>
          <w:b w:val="0"/>
          <w:sz w:val="24"/>
        </w:rPr>
        <w:t>（二）坚持以习近平新时代中国特色社会主义思想为指导，积极践行社会主义核心价值观，政治立场坚定，社会责任感强，遵纪守法，身心健康，在校期间无任何违法违纪记录（违纪记录指按照《西华师范大学学生违纪处分规定》给予的警告及以上纪律处分记录），思想品德考核合格。</w:t>
      </w:r>
    </w:p>
    <w:p>
      <w:pPr>
        <w:spacing w:after="80" w:lineRule="auto" w:line="360"/>
        <w:ind w:firstLine="482"/>
        <w:jc w:val="both"/>
      </w:pPr>
      <w:r>
        <w:rPr>
          <w:rFonts w:ascii="Times New Roman" w:hAnsi="Times New Roman" w:eastAsia="宋体"/>
          <w:b w:val="0"/>
          <w:sz w:val="24"/>
        </w:rPr>
        <w:t>（三）勤奋学习，刻苦钻研，成绩优秀。在校期间前六学期所有必修课程及所有专业必修课程成绩排名均列全年级本专业前40%，且在校期间所有修读课程中不及格课程不超过1门。</w:t>
      </w:r>
    </w:p>
    <w:p>
      <w:pPr>
        <w:spacing w:after="80" w:lineRule="auto" w:line="360"/>
        <w:ind w:firstLine="482"/>
        <w:jc w:val="both"/>
      </w:pPr>
      <w:r>
        <w:rPr>
          <w:rFonts w:ascii="Times New Roman" w:hAnsi="Times New Roman" w:eastAsia="宋体"/>
          <w:b w:val="0"/>
          <w:sz w:val="24"/>
        </w:rPr>
        <w:t>（四）学术研究兴趣浓厚，有较强的创新意识、创新能力和专业能力潜质；诚实守信，学风端正，在校期间无学术不端行为。</w:t>
      </w:r>
    </w:p>
    <w:p>
      <w:pPr>
        <w:spacing w:after="80" w:lineRule="auto" w:line="360"/>
        <w:ind w:firstLine="482"/>
        <w:jc w:val="both"/>
      </w:pPr>
      <w:r>
        <w:rPr>
          <w:rFonts w:ascii="Times New Roman" w:hAnsi="Times New Roman" w:eastAsia="宋体"/>
          <w:b w:val="0"/>
          <w:sz w:val="24"/>
        </w:rPr>
        <w:t>（五）外语基础好，具体要求如下：</w:t>
      </w:r>
    </w:p>
    <w:p>
      <w:pPr>
        <w:spacing w:after="80" w:lineRule="auto" w:line="360"/>
        <w:ind w:firstLine="482"/>
        <w:jc w:val="both"/>
      </w:pPr>
      <w:r>
        <w:rPr>
          <w:rFonts w:ascii="Times New Roman" w:hAnsi="Times New Roman" w:eastAsia="宋体"/>
          <w:b w:val="0"/>
          <w:sz w:val="24"/>
        </w:rPr>
        <w:t>1. 参加四川省大学生英语新三级考试且取得合格证书，或参加全国大学英语四级考试获340分（含）以上。</w:t>
      </w:r>
    </w:p>
    <w:p>
      <w:pPr>
        <w:spacing w:after="80" w:lineRule="auto" w:line="360"/>
        <w:ind w:firstLine="482"/>
        <w:jc w:val="both"/>
      </w:pPr>
      <w:r>
        <w:rPr>
          <w:rFonts w:ascii="Times New Roman" w:hAnsi="Times New Roman" w:eastAsia="宋体"/>
          <w:b w:val="0"/>
          <w:sz w:val="24"/>
        </w:rPr>
        <w:t>（六）具备该条第（一）（二）（四）（五）款条件，在校期间前六学期所有必修课程及所有专业必修课程成绩排名均列全年级本专业前70%，且在校期间所有修读课程中不及格课程不超过2门，符合下列条件之一者，学院召开推免工作专家审核小组会审查通过，公示无异议并报学校推免工作领导小组办公室备案后，可参与推免生遴选：</w:t>
      </w:r>
    </w:p>
    <w:p>
      <w:pPr>
        <w:spacing w:after="80" w:lineRule="auto" w:line="360"/>
        <w:ind w:firstLine="482"/>
        <w:jc w:val="both"/>
      </w:pPr>
      <w:r>
        <w:rPr>
          <w:rFonts w:ascii="Times New Roman" w:hAnsi="Times New Roman" w:eastAsia="宋体"/>
          <w:b w:val="0"/>
          <w:sz w:val="24"/>
        </w:rPr>
        <w:t>1. 本科阶段在学校认定的A类及以上级别期刊以独立作者或第一作者发表与学业相关的科研论文；</w:t>
      </w:r>
    </w:p>
    <w:p>
      <w:pPr>
        <w:spacing w:after="80" w:lineRule="auto" w:line="360"/>
        <w:ind w:firstLine="482"/>
        <w:jc w:val="both"/>
      </w:pPr>
      <w:r>
        <w:rPr>
          <w:rFonts w:ascii="Times New Roman" w:hAnsi="Times New Roman" w:eastAsia="宋体"/>
          <w:b w:val="0"/>
          <w:sz w:val="24"/>
        </w:rPr>
        <w:t>2. 参加中国高等教育学会发布的《全国普通高校学科竞赛排行榜内竞赛项目名单》中规定的竞赛项目，或学校认定的重要学科竞赛项目（如“东芝杯”），获得全国赛三等奖及以上奖励的学生（团体项目需排名前三的主力队员）；</w:t>
      </w:r>
    </w:p>
    <w:p>
      <w:pPr>
        <w:spacing w:after="80" w:lineRule="auto" w:line="360"/>
        <w:ind w:firstLine="482"/>
        <w:jc w:val="both"/>
      </w:pPr>
      <w:r>
        <w:rPr>
          <w:rFonts w:ascii="Times New Roman" w:hAnsi="Times New Roman" w:eastAsia="宋体"/>
          <w:b w:val="0"/>
          <w:sz w:val="24"/>
        </w:rPr>
        <w:t>3. 代表国家参加国际性竞赛，或参加行业认可度高、参赛范围广且由学校认定为国家级的竞赛，获个人项目前三名（金、银、铜牌）或集体项目前三名的主力队员。如：金钟奖、全运会、全国锦标赛、大运会、奥运会、世界锦标赛、亚运会。</w:t>
      </w:r>
    </w:p>
    <w:p>
      <w:pPr>
        <w:spacing w:after="80" w:lineRule="auto" w:line="360"/>
        <w:ind w:firstLine="482"/>
        <w:jc w:val="both"/>
      </w:pPr>
      <w:r>
        <w:rPr>
          <w:rFonts w:ascii="Times New Roman" w:hAnsi="Times New Roman" w:eastAsia="宋体"/>
          <w:b w:val="0"/>
          <w:sz w:val="24"/>
        </w:rPr>
        <w:t>4. 学生与直系亲属或学历、职称、职务明显高于本人者合作的科研成果、竞赛奖项等，仅作为参考，在同等条件下优先考虑，不纳入学生本人推免遴选总评成绩计算体系。</w:t>
      </w:r>
    </w:p>
    <w:p>
      <w:pPr>
        <w:spacing w:before="160" w:after="80" w:lineRule="auto" w:line="360"/>
        <w:jc w:val="left"/>
      </w:pPr>
      <w:r>
        <w:rPr>
          <w:rFonts w:ascii="Times New Roman" w:hAnsi="Times New Roman" w:eastAsia="宋体"/>
          <w:b/>
          <w:sz w:val="28"/>
        </w:rPr>
        <w:t>七、推免生总评成绩计算办法</w:t>
      </w:r>
    </w:p>
    <w:p>
      <w:pPr>
        <w:spacing w:after="80" w:lineRule="auto" w:line="360"/>
        <w:ind w:firstLine="482"/>
        <w:jc w:val="both"/>
      </w:pPr>
      <w:r>
        <w:rPr>
          <w:rFonts w:ascii="Times New Roman" w:hAnsi="Times New Roman" w:eastAsia="宋体"/>
          <w:b w:val="0"/>
          <w:sz w:val="24"/>
        </w:rPr>
        <w:t>总评成绩=学业成绩+附加分（≤5分）</w:t>
      </w:r>
    </w:p>
    <w:p>
      <w:pPr>
        <w:spacing w:after="80" w:lineRule="auto" w:line="360"/>
        <w:ind w:firstLine="482"/>
        <w:jc w:val="both"/>
      </w:pPr>
      <w:r>
        <w:rPr>
          <w:rFonts w:ascii="Times New Roman" w:hAnsi="Times New Roman" w:eastAsia="宋体"/>
          <w:b w:val="0"/>
          <w:sz w:val="24"/>
        </w:rPr>
        <w:t>（一）学业成绩是指前六学期所有必修课程成绩（百分制）的加权平均分。</w:t>
      </w:r>
    </w:p>
    <w:p>
      <w:pPr>
        <w:spacing w:after="80" w:lineRule="auto" w:line="360"/>
        <w:ind w:firstLine="482"/>
        <w:jc w:val="both"/>
      </w:pPr>
      <w:r>
        <w:rPr>
          <w:rFonts w:ascii="Times New Roman" w:hAnsi="Times New Roman" w:eastAsia="宋体"/>
          <w:b w:val="0"/>
          <w:sz w:val="24"/>
        </w:rPr>
        <w:t>（二）学院附加分的计算办法及加分原则的补充规定</w:t>
      </w:r>
    </w:p>
    <w:p>
      <w:pPr>
        <w:spacing w:after="80" w:lineRule="auto" w:line="360"/>
        <w:ind w:firstLine="482"/>
        <w:jc w:val="both"/>
      </w:pPr>
      <w:r>
        <w:rPr>
          <w:rFonts w:ascii="Times New Roman" w:hAnsi="Times New Roman" w:eastAsia="宋体"/>
          <w:b w:val="0"/>
          <w:sz w:val="24"/>
        </w:rPr>
        <w:t>1. 对参军入伍、志愿服务、国际组织实习、科研成果（学术论文）、竞赛获奖（学科竞赛、体育类竞赛、艺术表演展示等）以及获得省级以上其他荣誉称号的学生，依据《西华师范大学推荐免试攻读研究生附加分加分项目一览表》之规定给予加分。</w:t>
      </w:r>
    </w:p>
    <w:p>
      <w:pPr>
        <w:spacing w:after="80" w:lineRule="auto" w:line="360"/>
        <w:ind w:firstLine="482"/>
        <w:jc w:val="both"/>
      </w:pPr>
      <w:r>
        <w:rPr>
          <w:rFonts w:ascii="Times New Roman" w:hAnsi="Times New Roman" w:eastAsia="宋体"/>
          <w:b w:val="0"/>
          <w:sz w:val="24"/>
        </w:rPr>
        <w:t>2. 体育专业学生参加体育竞赛获奖加分，同一年度或不同年度参加同一项目系列赛事、同一年度或不同年度参加同一项目不同系列或赛事主办单位不同的赛事，不累积加分，只取其中一项最高分加分；同一年度或不同年度参加不同项目的赛事可累积加分，但也不超过2分（≦2）。</w:t>
      </w:r>
    </w:p>
    <w:p>
      <w:pPr>
        <w:spacing w:after="80" w:lineRule="auto" w:line="360"/>
        <w:ind w:firstLine="482"/>
        <w:jc w:val="both"/>
      </w:pPr>
      <w:r>
        <w:rPr>
          <w:rFonts w:ascii="Times New Roman" w:hAnsi="Times New Roman" w:eastAsia="宋体"/>
          <w:b w:val="0"/>
          <w:sz w:val="24"/>
        </w:rPr>
        <w:t>3. 集体项目前三名参赛队员认定为主力队员，经专家审核小组审核按照《西华师范大学推荐免试攻读研究生附加分加分项目一览表》的规定加分。参赛队员的获奖名次或等级按照组委会或主办单位印发的竞赛规程规定的获奖名次或等级执行；如竞赛规程中未对名次和等级作出相应规定，则按照第一名、第二名、第三名分别对应一、二、三等奖执行。</w:t>
      </w:r>
    </w:p>
    <w:p>
      <w:pPr>
        <w:spacing w:after="80" w:lineRule="auto" w:line="360"/>
        <w:ind w:firstLine="482"/>
        <w:jc w:val="both"/>
      </w:pPr>
      <w:r>
        <w:rPr>
          <w:rFonts w:ascii="Times New Roman" w:hAnsi="Times New Roman" w:eastAsia="宋体"/>
          <w:b w:val="0"/>
          <w:sz w:val="24"/>
        </w:rPr>
        <w:t>4. 由省教育厅主办的竞赛认定为省级竞赛，竞赛目录详见《四川省学生（青少年）体育竞赛计划》。</w:t>
      </w:r>
    </w:p>
    <w:p>
      <w:pPr>
        <w:spacing w:after="80" w:lineRule="auto" w:line="360"/>
        <w:ind w:firstLine="482"/>
        <w:jc w:val="both"/>
      </w:pPr>
      <w:r>
        <w:rPr>
          <w:rFonts w:ascii="Times New Roman" w:hAnsi="Times New Roman" w:eastAsia="宋体"/>
          <w:b w:val="0"/>
          <w:sz w:val="24"/>
        </w:rPr>
        <w:t>（1）2022年查询网址：https://tyj.sc.gov.cn/sctyj/zxdt/2022/2/22/adcefda7e74343d7b1dbc6b0b67dab6b.shtml；</w:t>
      </w:r>
    </w:p>
    <w:p>
      <w:pPr>
        <w:spacing w:after="80" w:lineRule="auto" w:line="360"/>
        <w:ind w:firstLine="482"/>
        <w:jc w:val="both"/>
      </w:pPr>
      <w:r>
        <w:rPr>
          <w:rFonts w:ascii="Times New Roman" w:hAnsi="Times New Roman" w:eastAsia="宋体"/>
          <w:b w:val="0"/>
          <w:sz w:val="24"/>
        </w:rPr>
        <w:t>（2）2023年查询网址：https://tyj.sc.gov.cn/sctyj/tzgg/2023/3/10/6abcdd15207d4984b19271d0e79f3169.shtml；</w:t>
      </w:r>
    </w:p>
    <w:p>
      <w:pPr>
        <w:spacing w:after="80" w:lineRule="auto" w:line="360"/>
        <w:ind w:firstLine="482"/>
        <w:jc w:val="both"/>
      </w:pPr>
      <w:r>
        <w:rPr>
          <w:rFonts w:ascii="Times New Roman" w:hAnsi="Times New Roman" w:eastAsia="宋体"/>
          <w:b w:val="0"/>
          <w:sz w:val="24"/>
        </w:rPr>
        <w:t>（3）2024年查询网址：https://tyj.sc.gov.cn/sctyj/qsnty/2024/4/15/ad7e3157f5024b70afae8ecebf67a060.shtml；</w:t>
      </w:r>
    </w:p>
    <w:p>
      <w:pPr>
        <w:spacing w:after="80" w:lineRule="auto" w:line="360"/>
        <w:ind w:firstLine="482"/>
        <w:jc w:val="both"/>
      </w:pPr>
      <w:r>
        <w:rPr>
          <w:rFonts w:ascii="Times New Roman" w:hAnsi="Times New Roman" w:eastAsia="宋体"/>
          <w:b w:val="0"/>
          <w:sz w:val="24"/>
        </w:rPr>
        <w:t>（4）2025年查询附件1：四川省教育厅四川省体育局关于印发《2025年四川省学生（青少年）体育竞赛计划》的通知</w:t>
      </w:r>
    </w:p>
    <w:p>
      <w:pPr>
        <w:spacing w:after="80" w:lineRule="auto" w:line="360"/>
        <w:ind w:firstLine="482"/>
        <w:jc w:val="both"/>
      </w:pPr>
      <w:r>
        <w:rPr>
          <w:rFonts w:ascii="Times New Roman" w:hAnsi="Times New Roman" w:eastAsia="宋体"/>
          <w:b w:val="0"/>
          <w:sz w:val="24"/>
        </w:rPr>
        <w:t>5. 对学术论文的加分，除按照相应规定加分外，学院将组织专家审核小组对论文作者进行答辩。专家审核小组要对学生答辩给出明确审核鉴定意见并签字存档；答辩过程要全程录音录像，答辩结果要公开公示。</w:t>
      </w:r>
    </w:p>
    <w:p>
      <w:pPr>
        <w:spacing w:after="80" w:lineRule="auto" w:line="360"/>
        <w:ind w:firstLine="482"/>
        <w:jc w:val="both"/>
      </w:pPr>
      <w:r>
        <w:rPr>
          <w:rFonts w:ascii="Times New Roman" w:hAnsi="Times New Roman" w:eastAsia="宋体"/>
          <w:b w:val="0"/>
          <w:sz w:val="24"/>
        </w:rPr>
        <w:t>6. 所有加分项必须提供证明材料。学院留存证明材料复印件备查。</w:t>
      </w:r>
    </w:p>
    <w:p>
      <w:pPr>
        <w:spacing w:after="80" w:lineRule="auto" w:line="360"/>
        <w:ind w:firstLine="482"/>
        <w:jc w:val="both"/>
      </w:pPr>
      <w:r>
        <w:rPr>
          <w:rFonts w:ascii="Times New Roman" w:hAnsi="Times New Roman" w:eastAsia="宋体"/>
          <w:b w:val="0"/>
          <w:sz w:val="24"/>
        </w:rPr>
        <w:t>（三）总评成绩按四舍五入，保留两位小数。</w:t>
      </w:r>
    </w:p>
    <w:p>
      <w:pPr>
        <w:spacing w:after="80" w:lineRule="auto" w:line="360"/>
        <w:ind w:firstLine="482"/>
        <w:jc w:val="both"/>
      </w:pPr>
      <w:r>
        <w:rPr>
          <w:rFonts w:ascii="Times New Roman" w:hAnsi="Times New Roman" w:eastAsia="宋体"/>
          <w:b w:val="0"/>
          <w:sz w:val="24"/>
        </w:rPr>
        <w:t>对达到推免生申请条件的学生，依据以上标准计算总成绩后进行排序。总评成绩若有相同的依次按小数点后第三位数值、学业成绩、专业必修课程加权平均分从高到低确定排名。</w:t>
      </w:r>
    </w:p>
    <w:p>
      <w:pPr>
        <w:spacing w:before="160" w:after="80" w:lineRule="auto" w:line="360"/>
        <w:jc w:val="left"/>
      </w:pPr>
      <w:r>
        <w:rPr>
          <w:rFonts w:ascii="Times New Roman" w:hAnsi="Times New Roman" w:eastAsia="宋体"/>
          <w:b/>
          <w:sz w:val="28"/>
        </w:rPr>
        <w:t>八、推荐阶段工作程序</w:t>
      </w:r>
    </w:p>
    <w:p>
      <w:pPr>
        <w:spacing w:after="80" w:lineRule="auto" w:line="360"/>
        <w:ind w:firstLine="482"/>
        <w:jc w:val="both"/>
      </w:pPr>
      <w:r>
        <w:rPr>
          <w:rFonts w:ascii="Times New Roman" w:hAnsi="Times New Roman" w:eastAsia="宋体"/>
          <w:b w:val="0"/>
          <w:sz w:val="24"/>
        </w:rPr>
        <w:t>根据《办法》的规定和《通知》的要求，结合我院实际，经研究，决定推免生推荐阶段工作按以下程序进行：</w:t>
      </w:r>
    </w:p>
    <w:p>
      <w:pPr>
        <w:spacing w:after="80" w:lineRule="auto" w:line="360"/>
        <w:ind w:firstLine="482"/>
        <w:jc w:val="both"/>
      </w:pPr>
      <w:r>
        <w:rPr>
          <w:rFonts w:ascii="Times New Roman" w:hAnsi="Times New Roman" w:eastAsia="宋体"/>
          <w:b w:val="0"/>
          <w:sz w:val="24"/>
        </w:rPr>
        <w:t>（一）学生本人申请；</w:t>
      </w:r>
    </w:p>
    <w:p>
      <w:pPr>
        <w:spacing w:after="80" w:lineRule="auto" w:line="360"/>
        <w:ind w:firstLine="482"/>
        <w:jc w:val="both"/>
      </w:pPr>
      <w:r>
        <w:rPr>
          <w:rFonts w:ascii="Times New Roman" w:hAnsi="Times New Roman" w:eastAsia="宋体"/>
          <w:b w:val="0"/>
          <w:sz w:val="24"/>
        </w:rPr>
        <w:t>（二）推免工作专家审核小组对申请推免资格学生的科研成果、论文、竞赛获奖奖项及内容进行审核鉴定；</w:t>
      </w:r>
    </w:p>
    <w:p>
      <w:pPr>
        <w:spacing w:after="80" w:lineRule="auto" w:line="360"/>
        <w:ind w:firstLine="482"/>
        <w:jc w:val="both"/>
      </w:pPr>
      <w:r>
        <w:rPr>
          <w:rFonts w:ascii="Times New Roman" w:hAnsi="Times New Roman" w:eastAsia="宋体"/>
          <w:b w:val="0"/>
          <w:sz w:val="24"/>
        </w:rPr>
        <w:t>（三）推免工作小组对申请学生进行资格和报送材料审查，对申请对象进行全面考核，并按条件遴选出拟推免学生名单；</w:t>
      </w:r>
    </w:p>
    <w:p>
      <w:pPr>
        <w:spacing w:after="80" w:lineRule="auto" w:line="360"/>
        <w:ind w:firstLine="482"/>
        <w:jc w:val="both"/>
      </w:pPr>
      <w:r>
        <w:rPr>
          <w:rFonts w:ascii="Times New Roman" w:hAnsi="Times New Roman" w:eastAsia="宋体"/>
          <w:b w:val="0"/>
          <w:sz w:val="24"/>
        </w:rPr>
        <w:t>（四）根据《办法》规定和《通知》要求公示拟推免学生名单；</w:t>
      </w:r>
    </w:p>
    <w:p>
      <w:pPr>
        <w:spacing w:after="80" w:lineRule="auto" w:line="360"/>
        <w:ind w:firstLine="482"/>
        <w:jc w:val="both"/>
      </w:pPr>
      <w:r>
        <w:rPr>
          <w:rFonts w:ascii="Times New Roman" w:hAnsi="Times New Roman" w:eastAsia="宋体"/>
          <w:b w:val="0"/>
          <w:sz w:val="24"/>
        </w:rPr>
        <w:t>（五）确定推免生初选名单，报学校推免生遴选工作领导小组审核。</w:t>
      </w:r>
    </w:p>
    <w:p>
      <w:pPr>
        <w:spacing w:before="160" w:after="80" w:lineRule="auto" w:line="360"/>
        <w:jc w:val="left"/>
      </w:pPr>
      <w:r>
        <w:rPr>
          <w:rFonts w:ascii="Times New Roman" w:hAnsi="Times New Roman" w:eastAsia="宋体"/>
          <w:b/>
          <w:sz w:val="28"/>
        </w:rPr>
        <w:t>九、申请材料提交</w:t>
      </w:r>
    </w:p>
    <w:p>
      <w:pPr>
        <w:spacing w:after="80" w:lineRule="auto" w:line="360"/>
        <w:ind w:firstLine="482"/>
        <w:jc w:val="both"/>
      </w:pPr>
      <w:r>
        <w:rPr>
          <w:rFonts w:ascii="Times New Roman" w:hAnsi="Times New Roman" w:eastAsia="宋体"/>
          <w:b w:val="0"/>
          <w:sz w:val="24"/>
        </w:rPr>
        <w:t>欲申请推免资格的学生，须于2025年9月8日10:00点前将以下材料纸质版交至分团委办公室张静老师处：《西华师范大学推免学生报名申请表》（见附件）；大学英语三级、四级或六级统考成绩单原件及复印件；《申请表》中获奖证明材料原件及复印件。电子版发至455956830@qq.com，电子版应当以“姓名+班级+推免”作为文件名。申请人不在上述规定时间和地点按照上述规定的方式提交材料的，视为放弃申请。</w:t>
      </w:r>
    </w:p>
    <w:p>
      <w:pPr>
        <w:spacing w:before="160" w:after="80" w:lineRule="auto" w:line="360"/>
        <w:jc w:val="left"/>
      </w:pPr>
      <w:r>
        <w:rPr>
          <w:rFonts w:ascii="Times New Roman" w:hAnsi="Times New Roman" w:eastAsia="宋体"/>
          <w:b/>
          <w:sz w:val="28"/>
        </w:rPr>
        <w:t>十、本办法自公布之日起实施，由学院推免工作小组负责解释；本《细则》在执行过程中涉及其他有关未尽事宜，由学院另行研究确定解决方案。</w:t>
      </w:r>
    </w:p>
    <w:p>
      <w:pPr>
        <w:spacing w:after="80" w:lineRule="auto" w:line="360"/>
        <w:ind w:firstLine="482"/>
        <w:jc w:val="both"/>
      </w:pPr>
      <w:r>
        <w:rPr>
          <w:rFonts w:ascii="Times New Roman" w:hAnsi="Times New Roman" w:eastAsia="宋体"/>
          <w:b w:val="0"/>
          <w:sz w:val="24"/>
        </w:rPr>
        <w:t>西华师范大学体育学院</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