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华中农业大学水产学院2026年优秀大学生暑期夏令营优秀营员名单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华中农业大学水产学院2026年优秀大学生暑期夏令营优秀营员名单已确定，现将有关事项说明如下。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一、名单基本情况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名单人数：总计46人，未按专业分组公示。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涵盖专业：原文未明确列出各营员所属专业。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排名/评分方式：经学生汇报、学院专家评审考核确定，排名不分先后；原文未公示评分细则及加分项。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异议反馈渠道：公示期内向学院研究生培养办公室反映。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联系人：熊晓磊。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联系电话：027-87282676。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名单为优秀营员遴选结果，未涉及递补或考核未通过人数。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