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[通知1]</w:t>
      </w:r>
    </w:p>
    <w:p>
      <w:pPr>
        <w:spacing w:after="80" w:lineRule="auto" w:line="360"/>
        <w:ind w:firstLine="482"/>
        <w:jc w:val="both"/>
      </w:pPr>
      <w:r>
        <w:rPr>
          <w:rFonts w:ascii="Times New Roman" w:hAnsi="Times New Roman" w:eastAsia="宋体"/>
          <w:b w:val="0"/>
          <w:sz w:val="24"/>
        </w:rPr>
        <w:t>浙江大学研究生招生办公室发布2025年各学院（系）优秀大学生夏令营通知汇总，面向全国优秀大学生。各学院（系）夏令营活动信息汇总如下，各学院独立组织报名和选拔。</w:t>
      </w:r>
    </w:p>
    <w:p>
      <w:pPr>
        <w:spacing w:after="80" w:lineRule="auto" w:line="360"/>
        <w:ind w:firstLine="482"/>
        <w:jc w:val="both"/>
      </w:pPr>
      <w:r>
        <w:rPr>
          <w:rFonts w:ascii="Times New Roman" w:hAnsi="Times New Roman" w:eastAsia="宋体"/>
          <w:b w:val="0"/>
          <w:sz w:val="24"/>
        </w:rPr>
        <w:t>发布日期（推定）：2025年9月11日</w:t>
      </w:r>
    </w:p>
    <w:p>
      <w:pPr>
        <w:spacing w:before="160" w:after="80" w:lineRule="auto" w:line="360"/>
        <w:jc w:val="left"/>
      </w:pPr>
      <w:r>
        <w:rPr>
          <w:rFonts w:ascii="Times New Roman" w:hAnsi="Times New Roman" w:eastAsia="宋体"/>
          <w:b/>
          <w:sz w:val="28"/>
        </w:rPr>
        <w:t>一、各学院（系）夏令营通知列表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学院（系）</w:t>
            </w:r>
          </w:p>
        </w:tc>
        <w:tc>
          <w:tcPr>
            <w:tcW w:type="dxa" w:w="2158"/>
          </w:tcPr>
          <w:p>
            <w:pPr>
              <w:spacing w:after="20" w:before="20"/>
            </w:pPr>
            <w:r/>
            <w:r>
              <w:rPr>
                <w:rFonts w:ascii="Times New Roman" w:hAnsi="Times New Roman" w:eastAsia="宋体"/>
                <w:b/>
                <w:sz w:val="21"/>
              </w:rPr>
              <w:t>通知名称</w:t>
            </w:r>
          </w:p>
        </w:tc>
        <w:tc>
          <w:tcPr>
            <w:tcW w:type="dxa" w:w="2158"/>
          </w:tcPr>
          <w:p>
            <w:pPr>
              <w:spacing w:after="20" w:before="20"/>
            </w:pPr>
            <w:r/>
            <w:r>
              <w:rPr>
                <w:rFonts w:ascii="Times New Roman" w:hAnsi="Times New Roman" w:eastAsia="宋体"/>
                <w:b/>
                <w:sz w:val="21"/>
              </w:rPr>
              <w:t>网址</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高分子科学与工程学系</w:t>
            </w:r>
          </w:p>
        </w:tc>
        <w:tc>
          <w:tcPr>
            <w:tcW w:type="dxa" w:w="2158"/>
          </w:tcPr>
          <w:p>
            <w:pPr>
              <w:spacing w:after="20" w:before="20"/>
            </w:pPr>
            <w:r/>
            <w:r>
              <w:rPr>
                <w:rFonts w:ascii="Times New Roman" w:hAnsi="Times New Roman" w:eastAsia="宋体"/>
                <w:b w:val="0"/>
                <w:sz w:val="21"/>
              </w:rPr>
              <w:t>浙江大学高分子科学与工程学系2025年优秀大学生暑期夏令营活动通知</w:t>
            </w:r>
          </w:p>
        </w:tc>
        <w:tc>
          <w:tcPr>
            <w:tcW w:type="dxa" w:w="2158"/>
          </w:tcPr>
          <w:p>
            <w:pPr>
              <w:spacing w:after="20" w:before="20"/>
            </w:pPr>
            <w:r/>
            <w:r>
              <w:rPr>
                <w:rFonts w:ascii="Times New Roman" w:hAnsi="Times New Roman" w:eastAsia="宋体"/>
                <w:b w:val="0"/>
                <w:sz w:val="21"/>
              </w:rPr>
              <w:t>https://polymer.zju.edu.cn/2025/0527/c38014a3055455/page.htm</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海洋学院</w:t>
            </w:r>
          </w:p>
        </w:tc>
        <w:tc>
          <w:tcPr>
            <w:tcW w:type="dxa" w:w="2158"/>
          </w:tcPr>
          <w:p>
            <w:pPr>
              <w:spacing w:after="20" w:before="20"/>
            </w:pPr>
            <w:r/>
            <w:r>
              <w:rPr>
                <w:rFonts w:ascii="Times New Roman" w:hAnsi="Times New Roman" w:eastAsia="宋体"/>
                <w:b w:val="0"/>
                <w:sz w:val="21"/>
              </w:rPr>
              <w:t>第十三届浙江大学海洋学院优秀大学生夏令营报名通知</w:t>
            </w:r>
          </w:p>
        </w:tc>
        <w:tc>
          <w:tcPr>
            <w:tcW w:type="dxa" w:w="2158"/>
          </w:tcPr>
          <w:p>
            <w:pPr>
              <w:spacing w:after="20" w:before="20"/>
            </w:pPr>
            <w:r/>
            <w:r>
              <w:rPr>
                <w:rFonts w:ascii="Times New Roman" w:hAnsi="Times New Roman" w:eastAsia="宋体"/>
                <w:b w:val="0"/>
                <w:sz w:val="21"/>
              </w:rPr>
              <w:t>http://oc.zju.edu.cn/2025/0523/c52420a3054699/page.htm</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信电学院</w:t>
            </w:r>
          </w:p>
        </w:tc>
        <w:tc>
          <w:tcPr>
            <w:tcW w:type="dxa" w:w="2158"/>
          </w:tcPr>
          <w:p>
            <w:pPr>
              <w:spacing w:after="20" w:before="20"/>
            </w:pPr>
            <w:r/>
            <w:r>
              <w:rPr>
                <w:rFonts w:ascii="Times New Roman" w:hAnsi="Times New Roman" w:eastAsia="宋体"/>
                <w:b w:val="0"/>
                <w:sz w:val="21"/>
              </w:rPr>
              <w:t>浙江大学信息与电子工程学院2025年全国优秀大学生暑期学术夏令营活动通知</w:t>
            </w:r>
          </w:p>
        </w:tc>
        <w:tc>
          <w:tcPr>
            <w:tcW w:type="dxa" w:w="2158"/>
          </w:tcPr>
          <w:p>
            <w:pPr>
              <w:spacing w:after="20" w:before="20"/>
            </w:pPr>
            <w:r/>
            <w:r>
              <w:rPr>
                <w:rFonts w:ascii="Times New Roman" w:hAnsi="Times New Roman" w:eastAsia="宋体"/>
                <w:b w:val="0"/>
                <w:sz w:val="21"/>
              </w:rPr>
              <w:t>http://www.isee.zju.edu.cn/2025/0515/c21109a3049527/page.htm</w:t>
            </w:r>
          </w:p>
        </w:tc>
      </w:tr>
      <w:tr>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文学院</w:t>
            </w:r>
          </w:p>
        </w:tc>
        <w:tc>
          <w:tcPr>
            <w:tcW w:type="dxa" w:w="2158"/>
          </w:tcPr>
          <w:p>
            <w:pPr>
              <w:spacing w:after="20" w:before="20"/>
            </w:pPr>
            <w:r/>
            <w:r>
              <w:rPr>
                <w:rFonts w:ascii="Times New Roman" w:hAnsi="Times New Roman" w:eastAsia="宋体"/>
                <w:b w:val="0"/>
                <w:sz w:val="21"/>
              </w:rPr>
              <w:t>浙江大学文学院2025年全国优秀大学生云夏令营活动简章</w:t>
            </w:r>
          </w:p>
        </w:tc>
        <w:tc>
          <w:tcPr>
            <w:tcW w:type="dxa" w:w="2158"/>
          </w:tcPr>
          <w:p>
            <w:pPr>
              <w:spacing w:after="20" w:before="20"/>
            </w:pPr>
            <w:r/>
            <w:r>
              <w:rPr>
                <w:rFonts w:ascii="Times New Roman" w:hAnsi="Times New Roman" w:eastAsia="宋体"/>
                <w:b w:val="0"/>
                <w:sz w:val="21"/>
              </w:rPr>
              <w:t>http://www.lit.zju.edu.cn/2025/0521/c64565a3053771/page.htm</w:t>
            </w:r>
          </w:p>
        </w:tc>
      </w:tr>
      <w:tr>
        <w:tc>
          <w:tcPr>
            <w:tcW w:type="dxa" w:w="2158"/>
          </w:tcPr>
          <w:p>
            <w:pPr>
              <w:spacing w:after="20" w:before="20"/>
            </w:pPr>
            <w:r/>
            <w:r>
              <w:rPr>
                <w:rFonts w:ascii="Times New Roman" w:hAnsi="Times New Roman" w:eastAsia="宋体"/>
                <w:b w:val="0"/>
                <w:sz w:val="21"/>
              </w:rPr>
              <w:t>5</w:t>
            </w:r>
          </w:p>
        </w:tc>
        <w:tc>
          <w:tcPr>
            <w:tcW w:type="dxa" w:w="2158"/>
          </w:tcPr>
          <w:p>
            <w:pPr>
              <w:spacing w:after="20" w:before="20"/>
            </w:pPr>
            <w:r/>
            <w:r>
              <w:rPr>
                <w:rFonts w:ascii="Times New Roman" w:hAnsi="Times New Roman" w:eastAsia="宋体"/>
                <w:b w:val="0"/>
                <w:sz w:val="21"/>
              </w:rPr>
              <w:t>哲学学院</w:t>
            </w:r>
          </w:p>
        </w:tc>
        <w:tc>
          <w:tcPr>
            <w:tcW w:type="dxa" w:w="2158"/>
          </w:tcPr>
          <w:p>
            <w:pPr>
              <w:spacing w:after="20" w:before="20"/>
            </w:pPr>
            <w:r/>
            <w:r>
              <w:rPr>
                <w:rFonts w:ascii="Times New Roman" w:hAnsi="Times New Roman" w:eastAsia="宋体"/>
                <w:b w:val="0"/>
                <w:sz w:val="21"/>
              </w:rPr>
              <w:t>浙江大学哲学学院2025年优秀大学生夏令营通知</w:t>
            </w:r>
          </w:p>
        </w:tc>
        <w:tc>
          <w:tcPr>
            <w:tcW w:type="dxa" w:w="2158"/>
          </w:tcPr>
          <w:p>
            <w:pPr>
              <w:spacing w:after="20" w:before="20"/>
            </w:pPr>
            <w:r/>
            <w:r>
              <w:rPr>
                <w:rFonts w:ascii="Times New Roman" w:hAnsi="Times New Roman" w:eastAsia="宋体"/>
                <w:b w:val="0"/>
                <w:sz w:val="21"/>
              </w:rPr>
              <w:t>http://www.philosophy.zju.edu.cn/2025/0528/c64613a3056205/page.htm</w:t>
            </w:r>
          </w:p>
        </w:tc>
      </w:tr>
      <w:tr>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地球科学学院</w:t>
            </w:r>
          </w:p>
        </w:tc>
        <w:tc>
          <w:tcPr>
            <w:tcW w:type="dxa" w:w="2158"/>
          </w:tcPr>
          <w:p>
            <w:pPr>
              <w:spacing w:after="20" w:before="20"/>
            </w:pPr>
            <w:r/>
            <w:r>
              <w:rPr>
                <w:rFonts w:ascii="Times New Roman" w:hAnsi="Times New Roman" w:eastAsia="宋体"/>
                <w:b w:val="0"/>
                <w:sz w:val="21"/>
              </w:rPr>
              <w:t>地球科学学院2025年全国优秀大学生夏令营通知</w:t>
            </w:r>
          </w:p>
        </w:tc>
        <w:tc>
          <w:tcPr>
            <w:tcW w:type="dxa" w:w="2158"/>
          </w:tcPr>
          <w:p>
            <w:pPr>
              <w:spacing w:after="20" w:before="20"/>
            </w:pPr>
            <w:r/>
            <w:r>
              <w:rPr>
                <w:rFonts w:ascii="Times New Roman" w:hAnsi="Times New Roman" w:eastAsia="宋体"/>
                <w:b w:val="0"/>
                <w:sz w:val="21"/>
              </w:rPr>
              <w:t>http://gs.zju.edu.cn/2025/0519/c35088a3052763/page.htm</w:t>
            </w:r>
          </w:p>
        </w:tc>
      </w:tr>
      <w:tr>
        <w:tc>
          <w:tcPr>
            <w:tcW w:type="dxa" w:w="2158"/>
          </w:tcPr>
          <w:p>
            <w:pPr>
              <w:spacing w:after="20" w:before="20"/>
            </w:pPr>
            <w:r/>
            <w:r>
              <w:rPr>
                <w:rFonts w:ascii="Times New Roman" w:hAnsi="Times New Roman" w:eastAsia="宋体"/>
                <w:b w:val="0"/>
                <w:sz w:val="21"/>
              </w:rPr>
              <w:t>7</w:t>
            </w:r>
          </w:p>
        </w:tc>
        <w:tc>
          <w:tcPr>
            <w:tcW w:type="dxa" w:w="2158"/>
          </w:tcPr>
          <w:p>
            <w:pPr>
              <w:spacing w:after="20" w:before="20"/>
            </w:pPr>
            <w:r/>
            <w:r>
              <w:rPr>
                <w:rFonts w:ascii="Times New Roman" w:hAnsi="Times New Roman" w:eastAsia="宋体"/>
                <w:b w:val="0"/>
                <w:sz w:val="21"/>
              </w:rPr>
              <w:t>材料学院</w:t>
            </w:r>
          </w:p>
        </w:tc>
        <w:tc>
          <w:tcPr>
            <w:tcW w:type="dxa" w:w="2158"/>
          </w:tcPr>
          <w:p>
            <w:pPr>
              <w:spacing w:after="20" w:before="20"/>
            </w:pPr>
            <w:r/>
            <w:r>
              <w:rPr>
                <w:rFonts w:ascii="Times New Roman" w:hAnsi="Times New Roman" w:eastAsia="宋体"/>
                <w:b w:val="0"/>
                <w:sz w:val="21"/>
              </w:rPr>
              <w:t>材料学院关于举办2025年优秀大学生暑期学术夏令营的通知</w:t>
            </w:r>
          </w:p>
        </w:tc>
        <w:tc>
          <w:tcPr>
            <w:tcW w:type="dxa" w:w="2158"/>
          </w:tcPr>
          <w:p>
            <w:pPr>
              <w:spacing w:after="20" w:before="20"/>
            </w:pPr>
            <w:r/>
            <w:r>
              <w:rPr>
                <w:rFonts w:ascii="Times New Roman" w:hAnsi="Times New Roman" w:eastAsia="宋体"/>
                <w:b w:val="0"/>
                <w:sz w:val="21"/>
              </w:rPr>
              <w:t>https://mse.zju.edu.cn/2025/0528/c51673a3056386/page.htm</w:t>
            </w:r>
          </w:p>
        </w:tc>
      </w:tr>
      <w:tr>
        <w:tc>
          <w:tcPr>
            <w:tcW w:type="dxa" w:w="2158"/>
          </w:tcPr>
          <w:p>
            <w:pPr>
              <w:spacing w:after="20" w:before="20"/>
            </w:pPr>
            <w:r/>
            <w:r>
              <w:rPr>
                <w:rFonts w:ascii="Times New Roman" w:hAnsi="Times New Roman" w:eastAsia="宋体"/>
                <w:b w:val="0"/>
                <w:sz w:val="21"/>
              </w:rPr>
              <w:t>8</w:t>
            </w:r>
          </w:p>
        </w:tc>
        <w:tc>
          <w:tcPr>
            <w:tcW w:type="dxa" w:w="2158"/>
          </w:tcPr>
          <w:p>
            <w:pPr>
              <w:spacing w:after="20" w:before="20"/>
            </w:pPr>
            <w:r/>
            <w:r>
              <w:rPr>
                <w:rFonts w:ascii="Times New Roman" w:hAnsi="Times New Roman" w:eastAsia="宋体"/>
                <w:b w:val="0"/>
                <w:sz w:val="21"/>
              </w:rPr>
              <w:t>传媒学院</w:t>
            </w:r>
          </w:p>
        </w:tc>
        <w:tc>
          <w:tcPr>
            <w:tcW w:type="dxa" w:w="2158"/>
          </w:tcPr>
          <w:p>
            <w:pPr>
              <w:spacing w:after="20" w:before="20"/>
            </w:pPr>
            <w:r/>
            <w:r>
              <w:rPr>
                <w:rFonts w:ascii="Times New Roman" w:hAnsi="Times New Roman" w:eastAsia="宋体"/>
                <w:b w:val="0"/>
                <w:sz w:val="21"/>
              </w:rPr>
              <w:t>浙江大学传媒与国际文化学院2025年优秀大学生夏令营活动通知</w:t>
            </w:r>
          </w:p>
        </w:tc>
        <w:tc>
          <w:tcPr>
            <w:tcW w:type="dxa" w:w="2158"/>
          </w:tcPr>
          <w:p>
            <w:pPr>
              <w:spacing w:after="20" w:before="20"/>
            </w:pPr>
            <w:r/>
            <w:r>
              <w:rPr>
                <w:rFonts w:ascii="Times New Roman" w:hAnsi="Times New Roman" w:eastAsia="宋体"/>
                <w:b w:val="0"/>
                <w:sz w:val="21"/>
              </w:rPr>
              <w:t>http://www.cmic.zju.edu.cn/2025/0527/c35565a3055494/page.htm</w:t>
            </w:r>
          </w:p>
        </w:tc>
      </w:tr>
      <w:tr>
        <w:tc>
          <w:tcPr>
            <w:tcW w:type="dxa" w:w="2158"/>
          </w:tcPr>
          <w:p>
            <w:pPr>
              <w:spacing w:after="20" w:before="20"/>
            </w:pPr>
            <w:r/>
            <w:r>
              <w:rPr>
                <w:rFonts w:ascii="Times New Roman" w:hAnsi="Times New Roman" w:eastAsia="宋体"/>
                <w:b w:val="0"/>
                <w:sz w:val="21"/>
              </w:rPr>
              <w:t>9</w:t>
            </w:r>
          </w:p>
        </w:tc>
        <w:tc>
          <w:tcPr>
            <w:tcW w:type="dxa" w:w="2158"/>
          </w:tcPr>
          <w:p>
            <w:pPr>
              <w:spacing w:after="20" w:before="20"/>
            </w:pPr>
            <w:r/>
            <w:r>
              <w:rPr>
                <w:rFonts w:ascii="Times New Roman" w:hAnsi="Times New Roman" w:eastAsia="宋体"/>
                <w:b w:val="0"/>
                <w:sz w:val="21"/>
              </w:rPr>
              <w:t>医学院</w:t>
            </w:r>
          </w:p>
        </w:tc>
        <w:tc>
          <w:tcPr>
            <w:tcW w:type="dxa" w:w="2158"/>
          </w:tcPr>
          <w:p>
            <w:pPr>
              <w:spacing w:after="20" w:before="20"/>
            </w:pPr>
            <w:r/>
            <w:r>
              <w:rPr>
                <w:rFonts w:ascii="Times New Roman" w:hAnsi="Times New Roman" w:eastAsia="宋体"/>
                <w:b w:val="0"/>
                <w:sz w:val="21"/>
              </w:rPr>
              <w:t>浙江大学医学院关于举办2025年优秀大学生夏令营的通知</w:t>
            </w:r>
          </w:p>
        </w:tc>
        <w:tc>
          <w:tcPr>
            <w:tcW w:type="dxa" w:w="2158"/>
          </w:tcPr>
          <w:p>
            <w:pPr>
              <w:spacing w:after="20" w:before="20"/>
            </w:pPr>
            <w:r/>
            <w:r>
              <w:rPr>
                <w:rFonts w:ascii="Times New Roman" w:hAnsi="Times New Roman" w:eastAsia="宋体"/>
                <w:b w:val="0"/>
                <w:sz w:val="21"/>
              </w:rPr>
              <w:t>http://www.cmm.zju.edu.cn/2025/0529/c58749a3056627/page.htm</w:t>
            </w:r>
          </w:p>
        </w:tc>
      </w:tr>
      <w:tr>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社会学系</w:t>
            </w:r>
          </w:p>
        </w:tc>
        <w:tc>
          <w:tcPr>
            <w:tcW w:type="dxa" w:w="2158"/>
          </w:tcPr>
          <w:p>
            <w:pPr>
              <w:spacing w:after="20" w:before="20"/>
            </w:pPr>
            <w:r/>
            <w:r>
              <w:rPr>
                <w:rFonts w:ascii="Times New Roman" w:hAnsi="Times New Roman" w:eastAsia="宋体"/>
                <w:b w:val="0"/>
                <w:sz w:val="21"/>
              </w:rPr>
              <w:t>浙江大学社会学系2025年大学生“群学肄言”夏令营活动通知</w:t>
            </w:r>
          </w:p>
        </w:tc>
        <w:tc>
          <w:tcPr>
            <w:tcW w:type="dxa" w:w="2158"/>
          </w:tcPr>
          <w:p>
            <w:pPr>
              <w:spacing w:after="20" w:before="20"/>
            </w:pPr>
            <w:r/>
            <w:r>
              <w:rPr>
                <w:rFonts w:ascii="Times New Roman" w:hAnsi="Times New Roman" w:eastAsia="宋体"/>
                <w:b w:val="0"/>
                <w:sz w:val="21"/>
              </w:rPr>
              <w:t>http://sociology.zju.edu.cn/index.php/News/details.html?id=849&amp;sid=2</w:t>
            </w:r>
          </w:p>
        </w:tc>
      </w:tr>
      <w:tr>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管理学院</w:t>
            </w:r>
          </w:p>
        </w:tc>
        <w:tc>
          <w:tcPr>
            <w:tcW w:type="dxa" w:w="2158"/>
          </w:tcPr>
          <w:p>
            <w:pPr>
              <w:spacing w:after="20" w:before="20"/>
            </w:pPr>
            <w:r/>
            <w:r>
              <w:rPr>
                <w:rFonts w:ascii="Times New Roman" w:hAnsi="Times New Roman" w:eastAsia="宋体"/>
                <w:b w:val="0"/>
                <w:sz w:val="21"/>
              </w:rPr>
              <w:t>浙江大学管理学院IPhD2025夏令营活动通知</w:t>
            </w:r>
          </w:p>
        </w:tc>
        <w:tc>
          <w:tcPr>
            <w:tcW w:type="dxa" w:w="2158"/>
          </w:tcPr>
          <w:p>
            <w:pPr>
              <w:spacing w:after="20" w:before="20"/>
            </w:pPr>
            <w:r/>
            <w:r>
              <w:rPr>
                <w:rFonts w:ascii="Times New Roman" w:hAnsi="Times New Roman" w:eastAsia="宋体"/>
                <w:b w:val="0"/>
                <w:sz w:val="21"/>
              </w:rPr>
              <w:t>http://www.som.zju.edu.cn/2025/0506/c63512a3045953/page.htm</w:t>
            </w:r>
          </w:p>
        </w:tc>
      </w:tr>
      <w:tr>
        <w:tc>
          <w:tcPr>
            <w:tcW w:type="dxa" w:w="2158"/>
          </w:tcPr>
          <w:p>
            <w:pPr>
              <w:spacing w:after="20" w:before="20"/>
            </w:pPr>
            <w:r/>
            <w:r>
              <w:rPr>
                <w:rFonts w:ascii="Times New Roman" w:hAnsi="Times New Roman" w:eastAsia="宋体"/>
                <w:b w:val="0"/>
                <w:sz w:val="21"/>
              </w:rPr>
              <w:t>12</w:t>
            </w:r>
          </w:p>
        </w:tc>
        <w:tc>
          <w:tcPr>
            <w:tcW w:type="dxa" w:w="2158"/>
          </w:tcPr>
          <w:p>
            <w:pPr>
              <w:spacing w:after="20" w:before="20"/>
            </w:pPr>
            <w:r/>
            <w:r>
              <w:rPr>
                <w:rFonts w:ascii="Times New Roman" w:hAnsi="Times New Roman" w:eastAsia="宋体"/>
                <w:b w:val="0"/>
                <w:sz w:val="21"/>
              </w:rPr>
              <w:t>建筑工程学院</w:t>
            </w:r>
          </w:p>
        </w:tc>
        <w:tc>
          <w:tcPr>
            <w:tcW w:type="dxa" w:w="2158"/>
          </w:tcPr>
          <w:p>
            <w:pPr>
              <w:spacing w:after="20" w:before="20"/>
            </w:pPr>
            <w:r/>
            <w:r>
              <w:rPr>
                <w:rFonts w:ascii="Times New Roman" w:hAnsi="Times New Roman" w:eastAsia="宋体"/>
                <w:b w:val="0"/>
                <w:sz w:val="21"/>
              </w:rPr>
              <w:t>浙江大学建筑工程学院2025年全国优秀大学生暑期夏令营活动的通知</w:t>
            </w:r>
          </w:p>
        </w:tc>
        <w:tc>
          <w:tcPr>
            <w:tcW w:type="dxa" w:w="2158"/>
          </w:tcPr>
          <w:p>
            <w:pPr>
              <w:spacing w:after="20" w:before="20"/>
            </w:pPr>
            <w:r/>
            <w:r>
              <w:rPr>
                <w:rFonts w:ascii="Times New Roman" w:hAnsi="Times New Roman" w:eastAsia="宋体"/>
                <w:b w:val="0"/>
                <w:sz w:val="21"/>
              </w:rPr>
              <w:t>http://www.ccea.zju.edu.cn/2025/0513/c18473a3048755/page.htm</w:t>
            </w:r>
          </w:p>
        </w:tc>
      </w:tr>
      <w:tr>
        <w:tc>
          <w:tcPr>
            <w:tcW w:type="dxa" w:w="2158"/>
          </w:tcPr>
          <w:p>
            <w:pPr>
              <w:spacing w:after="20" w:before="20"/>
            </w:pPr>
            <w:r/>
            <w:r>
              <w:rPr>
                <w:rFonts w:ascii="Times New Roman" w:hAnsi="Times New Roman" w:eastAsia="宋体"/>
                <w:b w:val="0"/>
                <w:sz w:val="21"/>
              </w:rPr>
              <w:t>13</w:t>
            </w:r>
          </w:p>
        </w:tc>
        <w:tc>
          <w:tcPr>
            <w:tcW w:type="dxa" w:w="2158"/>
          </w:tcPr>
          <w:p>
            <w:pPr>
              <w:spacing w:after="20" w:before="20"/>
            </w:pPr>
            <w:r/>
            <w:r>
              <w:rPr>
                <w:rFonts w:ascii="Times New Roman" w:hAnsi="Times New Roman" w:eastAsia="宋体"/>
                <w:b w:val="0"/>
                <w:sz w:val="21"/>
              </w:rPr>
              <w:t>数学科学学院</w:t>
            </w:r>
          </w:p>
        </w:tc>
        <w:tc>
          <w:tcPr>
            <w:tcW w:type="dxa" w:w="2158"/>
          </w:tcPr>
          <w:p>
            <w:pPr>
              <w:spacing w:after="20" w:before="20"/>
            </w:pPr>
            <w:r/>
            <w:r>
              <w:rPr>
                <w:rFonts w:ascii="Times New Roman" w:hAnsi="Times New Roman" w:eastAsia="宋体"/>
                <w:b w:val="0"/>
                <w:sz w:val="21"/>
              </w:rPr>
              <w:t>浙江大学数学科学学院2025年全国优秀大学生夏令营报名通知</w:t>
            </w:r>
          </w:p>
        </w:tc>
        <w:tc>
          <w:tcPr>
            <w:tcW w:type="dxa" w:w="2158"/>
          </w:tcPr>
          <w:p>
            <w:pPr>
              <w:spacing w:after="20" w:before="20"/>
            </w:pPr>
            <w:r/>
            <w:r>
              <w:rPr>
                <w:rFonts w:ascii="Times New Roman" w:hAnsi="Times New Roman" w:eastAsia="宋体"/>
                <w:b w:val="0"/>
                <w:sz w:val="21"/>
              </w:rPr>
              <w:t>http://www.math.zju.edu.cn/2025/0430/c38087a3044822/page.htm</w:t>
            </w:r>
          </w:p>
        </w:tc>
      </w:tr>
      <w:tr>
        <w:tc>
          <w:tcPr>
            <w:tcW w:type="dxa" w:w="2158"/>
          </w:tcPr>
          <w:p>
            <w:pPr>
              <w:spacing w:after="20" w:before="20"/>
            </w:pPr>
            <w:r/>
            <w:r>
              <w:rPr>
                <w:rFonts w:ascii="Times New Roman" w:hAnsi="Times New Roman" w:eastAsia="宋体"/>
                <w:b w:val="0"/>
                <w:sz w:val="21"/>
              </w:rPr>
              <w:t>14</w:t>
            </w:r>
          </w:p>
        </w:tc>
        <w:tc>
          <w:tcPr>
            <w:tcW w:type="dxa" w:w="2158"/>
          </w:tcPr>
          <w:p>
            <w:pPr>
              <w:spacing w:after="20" w:before="20"/>
            </w:pPr>
            <w:r/>
            <w:r>
              <w:rPr>
                <w:rFonts w:ascii="Times New Roman" w:hAnsi="Times New Roman" w:eastAsia="宋体"/>
                <w:b w:val="0"/>
                <w:sz w:val="21"/>
              </w:rPr>
              <w:t>生工食品学院</w:t>
            </w:r>
          </w:p>
        </w:tc>
        <w:tc>
          <w:tcPr>
            <w:tcW w:type="dxa" w:w="2158"/>
          </w:tcPr>
          <w:p>
            <w:pPr>
              <w:spacing w:after="20" w:before="20"/>
            </w:pPr>
            <w:r/>
            <w:r>
              <w:rPr>
                <w:rFonts w:ascii="Times New Roman" w:hAnsi="Times New Roman" w:eastAsia="宋体"/>
                <w:b w:val="0"/>
                <w:sz w:val="21"/>
              </w:rPr>
              <w:t>ABE在中国——第十六届全国农业工程优秀大学生西湖夏令营活动通知</w:t>
            </w:r>
          </w:p>
        </w:tc>
        <w:tc>
          <w:tcPr>
            <w:tcW w:type="dxa" w:w="2158"/>
          </w:tcPr>
          <w:p>
            <w:pPr>
              <w:spacing w:after="20" w:before="20"/>
            </w:pPr>
            <w:r/>
            <w:r>
              <w:rPr>
                <w:rFonts w:ascii="Times New Roman" w:hAnsi="Times New Roman" w:eastAsia="宋体"/>
                <w:b w:val="0"/>
                <w:sz w:val="21"/>
              </w:rPr>
              <w:t>http://www.caefs.zju.edu.cn/2025/0508/c68202a3046985/page.htm</w:t>
            </w:r>
          </w:p>
        </w:tc>
      </w:tr>
      <w:tr>
        <w:tc>
          <w:tcPr>
            <w:tcW w:type="dxa" w:w="2158"/>
          </w:tcPr>
          <w:p>
            <w:pPr>
              <w:spacing w:after="20" w:before="20"/>
            </w:pPr>
            <w:r/>
            <w:r>
              <w:rPr>
                <w:rFonts w:ascii="Times New Roman" w:hAnsi="Times New Roman" w:eastAsia="宋体"/>
                <w:b w:val="0"/>
                <w:sz w:val="21"/>
              </w:rPr>
              <w:t>15</w:t>
            </w:r>
          </w:p>
        </w:tc>
        <w:tc>
          <w:tcPr>
            <w:tcW w:type="dxa" w:w="2158"/>
          </w:tcPr>
          <w:p>
            <w:pPr>
              <w:spacing w:after="20" w:before="20"/>
            </w:pPr>
            <w:r/>
            <w:r>
              <w:rPr>
                <w:rFonts w:ascii="Times New Roman" w:hAnsi="Times New Roman" w:eastAsia="宋体"/>
                <w:b w:val="0"/>
                <w:sz w:val="21"/>
              </w:rPr>
              <w:t>生命科学学院</w:t>
            </w:r>
          </w:p>
        </w:tc>
        <w:tc>
          <w:tcPr>
            <w:tcW w:type="dxa" w:w="2158"/>
          </w:tcPr>
          <w:p>
            <w:pPr>
              <w:spacing w:after="20" w:before="20"/>
            </w:pPr>
            <w:r/>
            <w:r>
              <w:rPr>
                <w:rFonts w:ascii="Times New Roman" w:hAnsi="Times New Roman" w:eastAsia="宋体"/>
                <w:b w:val="0"/>
                <w:sz w:val="21"/>
              </w:rPr>
              <w:t>关于举办2025年学术夏令营的通知；浙江大学生命科学学院2025年全国优秀大学生夏令营活动报名的通知</w:t>
            </w:r>
          </w:p>
        </w:tc>
        <w:tc>
          <w:tcPr>
            <w:tcW w:type="dxa" w:w="2158"/>
          </w:tcPr>
          <w:p>
            <w:pPr>
              <w:spacing w:after="20" w:before="20"/>
            </w:pPr>
            <w:r/>
            <w:r>
              <w:rPr>
                <w:rFonts w:ascii="Times New Roman" w:hAnsi="Times New Roman" w:eastAsia="宋体"/>
                <w:b w:val="0"/>
                <w:sz w:val="21"/>
              </w:rPr>
              <w:t>http://lsi.zju.edu.cn/2025/0521/c25130a3053556/page.htm；http://www.cls.zju.edu.cn/clscn/2025/0530/c79319a3057340/page.htm</w:t>
            </w:r>
          </w:p>
        </w:tc>
      </w:tr>
      <w:tr>
        <w:tc>
          <w:tcPr>
            <w:tcW w:type="dxa" w:w="2158"/>
          </w:tcPr>
          <w:p>
            <w:pPr>
              <w:spacing w:after="20" w:before="20"/>
            </w:pPr>
            <w:r/>
            <w:r>
              <w:rPr>
                <w:rFonts w:ascii="Times New Roman" w:hAnsi="Times New Roman" w:eastAsia="宋体"/>
                <w:b w:val="0"/>
                <w:sz w:val="21"/>
              </w:rPr>
              <w:t>16</w:t>
            </w:r>
          </w:p>
        </w:tc>
        <w:tc>
          <w:tcPr>
            <w:tcW w:type="dxa" w:w="2158"/>
          </w:tcPr>
          <w:p>
            <w:pPr>
              <w:spacing w:after="20" w:before="20"/>
            </w:pPr>
            <w:r/>
            <w:r>
              <w:rPr>
                <w:rFonts w:ascii="Times New Roman" w:hAnsi="Times New Roman" w:eastAsia="宋体"/>
                <w:b w:val="0"/>
                <w:sz w:val="21"/>
              </w:rPr>
              <w:t>光电科学与工程学院</w:t>
            </w:r>
          </w:p>
        </w:tc>
        <w:tc>
          <w:tcPr>
            <w:tcW w:type="dxa" w:w="2158"/>
          </w:tcPr>
          <w:p>
            <w:pPr>
              <w:spacing w:after="20" w:before="20"/>
            </w:pPr>
            <w:r/>
            <w:r>
              <w:rPr>
                <w:rFonts w:ascii="Times New Roman" w:hAnsi="Times New Roman" w:eastAsia="宋体"/>
                <w:b w:val="0"/>
                <w:sz w:val="21"/>
              </w:rPr>
              <w:t>关于举办2025年浙大光电全国优秀大学生暑期学术夏令营的通知</w:t>
            </w:r>
          </w:p>
        </w:tc>
        <w:tc>
          <w:tcPr>
            <w:tcW w:type="dxa" w:w="2158"/>
          </w:tcPr>
          <w:p>
            <w:pPr>
              <w:spacing w:after="20" w:before="20"/>
            </w:pPr>
            <w:r/>
            <w:r>
              <w:rPr>
                <w:rFonts w:ascii="Times New Roman" w:hAnsi="Times New Roman" w:eastAsia="宋体"/>
                <w:b w:val="0"/>
                <w:sz w:val="21"/>
              </w:rPr>
              <w:t>http://opt.zju.edu.cn/2025/0529/c72768a3056916/page.htm</w:t>
            </w:r>
          </w:p>
        </w:tc>
      </w:tr>
      <w:tr>
        <w:tc>
          <w:tcPr>
            <w:tcW w:type="dxa" w:w="2158"/>
          </w:tcPr>
          <w:p>
            <w:pPr>
              <w:spacing w:after="20" w:before="20"/>
            </w:pPr>
            <w:r/>
            <w:r>
              <w:rPr>
                <w:rFonts w:ascii="Times New Roman" w:hAnsi="Times New Roman" w:eastAsia="宋体"/>
                <w:b w:val="0"/>
                <w:sz w:val="21"/>
              </w:rPr>
              <w:t>17</w:t>
            </w:r>
          </w:p>
        </w:tc>
        <w:tc>
          <w:tcPr>
            <w:tcW w:type="dxa" w:w="2158"/>
          </w:tcPr>
          <w:p>
            <w:pPr>
              <w:spacing w:after="20" w:before="20"/>
            </w:pPr>
            <w:r/>
            <w:r>
              <w:rPr>
                <w:rFonts w:ascii="Times New Roman" w:hAnsi="Times New Roman" w:eastAsia="宋体"/>
                <w:b w:val="0"/>
                <w:sz w:val="21"/>
              </w:rPr>
              <w:t>计算机科学与技术学院</w:t>
            </w:r>
          </w:p>
        </w:tc>
        <w:tc>
          <w:tcPr>
            <w:tcW w:type="dxa" w:w="2158"/>
          </w:tcPr>
          <w:p>
            <w:pPr>
              <w:spacing w:after="20" w:before="20"/>
            </w:pPr>
            <w:r/>
            <w:r>
              <w:rPr>
                <w:rFonts w:ascii="Times New Roman" w:hAnsi="Times New Roman" w:eastAsia="宋体"/>
                <w:b w:val="0"/>
                <w:sz w:val="21"/>
              </w:rPr>
              <w:t>浙江大学计算机学院招收2025年暑期实习生计划</w:t>
            </w:r>
          </w:p>
        </w:tc>
        <w:tc>
          <w:tcPr>
            <w:tcW w:type="dxa" w:w="2158"/>
          </w:tcPr>
          <w:p>
            <w:pPr>
              <w:spacing w:after="20" w:before="20"/>
            </w:pPr>
            <w:r/>
            <w:r>
              <w:rPr>
                <w:rFonts w:ascii="Times New Roman" w:hAnsi="Times New Roman" w:eastAsia="宋体"/>
                <w:b w:val="0"/>
                <w:sz w:val="21"/>
              </w:rPr>
              <w:t>http://www.cs.zju.edu.cn/csen/2025/0528/c27011a3056015/page.htm</w:t>
            </w:r>
          </w:p>
        </w:tc>
      </w:tr>
      <w:tr>
        <w:tc>
          <w:tcPr>
            <w:tcW w:type="dxa" w:w="2158"/>
          </w:tcPr>
          <w:p>
            <w:pPr>
              <w:spacing w:after="20" w:before="20"/>
            </w:pPr>
            <w:r/>
            <w:r>
              <w:rPr>
                <w:rFonts w:ascii="Times New Roman" w:hAnsi="Times New Roman" w:eastAsia="宋体"/>
                <w:b w:val="0"/>
                <w:sz w:val="21"/>
              </w:rPr>
              <w:t>18</w:t>
            </w:r>
          </w:p>
        </w:tc>
        <w:tc>
          <w:tcPr>
            <w:tcW w:type="dxa" w:w="2158"/>
          </w:tcPr>
          <w:p>
            <w:pPr>
              <w:spacing w:after="20" w:before="20"/>
            </w:pPr>
            <w:r/>
            <w:r>
              <w:rPr>
                <w:rFonts w:ascii="Times New Roman" w:hAnsi="Times New Roman" w:eastAsia="宋体"/>
                <w:b w:val="0"/>
                <w:sz w:val="21"/>
              </w:rPr>
              <w:t>生物医学工程与仪器科学学院</w:t>
            </w:r>
          </w:p>
        </w:tc>
        <w:tc>
          <w:tcPr>
            <w:tcW w:type="dxa" w:w="2158"/>
          </w:tcPr>
          <w:p>
            <w:pPr>
              <w:spacing w:after="20" w:before="20"/>
            </w:pPr>
            <w:r/>
            <w:r>
              <w:rPr>
                <w:rFonts w:ascii="Times New Roman" w:hAnsi="Times New Roman" w:eastAsia="宋体"/>
                <w:b w:val="0"/>
                <w:sz w:val="21"/>
              </w:rPr>
              <w:t>生仪学院2025年优秀大学生夏令营活动通知</w:t>
            </w:r>
          </w:p>
        </w:tc>
        <w:tc>
          <w:tcPr>
            <w:tcW w:type="dxa" w:w="2158"/>
          </w:tcPr>
          <w:p>
            <w:pPr>
              <w:spacing w:after="20" w:before="20"/>
            </w:pPr>
            <w:r/>
            <w:r>
              <w:rPr>
                <w:rFonts w:ascii="Times New Roman" w:hAnsi="Times New Roman" w:eastAsia="宋体"/>
                <w:b w:val="0"/>
                <w:sz w:val="21"/>
              </w:rPr>
              <w:t>http://www.cbeis.zju.edu.cn/2025/0524/c65358a3054767/page.htm</w:t>
            </w:r>
          </w:p>
        </w:tc>
      </w:tr>
      <w:tr>
        <w:tc>
          <w:tcPr>
            <w:tcW w:type="dxa" w:w="2158"/>
          </w:tcPr>
          <w:p>
            <w:pPr>
              <w:spacing w:after="20" w:before="20"/>
            </w:pPr>
            <w:r/>
            <w:r>
              <w:rPr>
                <w:rFonts w:ascii="Times New Roman" w:hAnsi="Times New Roman" w:eastAsia="宋体"/>
                <w:b w:val="0"/>
                <w:sz w:val="21"/>
              </w:rPr>
              <w:t>19</w:t>
            </w:r>
          </w:p>
        </w:tc>
        <w:tc>
          <w:tcPr>
            <w:tcW w:type="dxa" w:w="2158"/>
          </w:tcPr>
          <w:p>
            <w:pPr>
              <w:spacing w:after="20" w:before="20"/>
            </w:pPr>
            <w:r/>
            <w:r>
              <w:rPr>
                <w:rFonts w:ascii="Times New Roman" w:hAnsi="Times New Roman" w:eastAsia="宋体"/>
                <w:b w:val="0"/>
                <w:sz w:val="21"/>
              </w:rPr>
              <w:t>外国语学院</w:t>
            </w:r>
          </w:p>
        </w:tc>
        <w:tc>
          <w:tcPr>
            <w:tcW w:type="dxa" w:w="2158"/>
          </w:tcPr>
          <w:p>
            <w:pPr>
              <w:spacing w:after="20" w:before="20"/>
            </w:pPr>
            <w:r/>
            <w:r>
              <w:rPr>
                <w:rFonts w:ascii="Times New Roman" w:hAnsi="Times New Roman" w:eastAsia="宋体"/>
                <w:b w:val="0"/>
                <w:sz w:val="21"/>
              </w:rPr>
              <w:t>浙江大学外国语学院2025年优秀大学生夏令营招生简章</w:t>
            </w:r>
          </w:p>
        </w:tc>
        <w:tc>
          <w:tcPr>
            <w:tcW w:type="dxa" w:w="2158"/>
          </w:tcPr>
          <w:p>
            <w:pPr>
              <w:spacing w:after="20" w:before="20"/>
            </w:pPr>
            <w:r/>
            <w:r>
              <w:rPr>
                <w:rFonts w:ascii="Times New Roman" w:hAnsi="Times New Roman" w:eastAsia="宋体"/>
                <w:b w:val="0"/>
                <w:sz w:val="21"/>
              </w:rPr>
              <w:t>http://www.sis.zju.edu.cn/sischinese/2025/0514/c12585a3049294/page.htm</w:t>
            </w:r>
          </w:p>
        </w:tc>
      </w:tr>
      <w:tr>
        <w:tc>
          <w:tcPr>
            <w:tcW w:type="dxa" w:w="2158"/>
          </w:tcPr>
          <w:p>
            <w:pPr>
              <w:spacing w:after="20" w:before="20"/>
            </w:pPr>
            <w:r/>
            <w:r>
              <w:rPr>
                <w:rFonts w:ascii="Times New Roman" w:hAnsi="Times New Roman" w:eastAsia="宋体"/>
                <w:b w:val="0"/>
                <w:sz w:val="21"/>
              </w:rPr>
              <w:t>20</w:t>
            </w:r>
          </w:p>
        </w:tc>
        <w:tc>
          <w:tcPr>
            <w:tcW w:type="dxa" w:w="2158"/>
          </w:tcPr>
          <w:p>
            <w:pPr>
              <w:spacing w:after="20" w:before="20"/>
            </w:pPr>
            <w:r/>
            <w:r>
              <w:rPr>
                <w:rFonts w:ascii="Times New Roman" w:hAnsi="Times New Roman" w:eastAsia="宋体"/>
                <w:b w:val="0"/>
                <w:sz w:val="21"/>
              </w:rPr>
              <w:t>化学系</w:t>
            </w:r>
          </w:p>
        </w:tc>
        <w:tc>
          <w:tcPr>
            <w:tcW w:type="dxa" w:w="2158"/>
          </w:tcPr>
          <w:p>
            <w:pPr>
              <w:spacing w:after="20" w:before="20"/>
            </w:pPr>
            <w:r/>
            <w:r>
              <w:rPr>
                <w:rFonts w:ascii="Times New Roman" w:hAnsi="Times New Roman" w:eastAsia="宋体"/>
                <w:b w:val="0"/>
                <w:sz w:val="21"/>
              </w:rPr>
              <w:t>浙江大学化学系关于举办2025年暑期优秀大学生夏令营的通知</w:t>
            </w:r>
          </w:p>
        </w:tc>
        <w:tc>
          <w:tcPr>
            <w:tcW w:type="dxa" w:w="2158"/>
          </w:tcPr>
          <w:p>
            <w:pPr>
              <w:spacing w:after="20" w:before="20"/>
            </w:pPr>
            <w:r/>
            <w:r>
              <w:rPr>
                <w:rFonts w:ascii="Times New Roman" w:hAnsi="Times New Roman" w:eastAsia="宋体"/>
                <w:b w:val="0"/>
                <w:sz w:val="21"/>
              </w:rPr>
              <w:t>http://www.chem.zju.edu.cn/chemcn/2025/0527/c34725a3055858/page.htm</w:t>
            </w:r>
          </w:p>
        </w:tc>
      </w:tr>
      <w:tr>
        <w:tc>
          <w:tcPr>
            <w:tcW w:type="dxa" w:w="2158"/>
          </w:tcPr>
          <w:p>
            <w:pPr>
              <w:spacing w:after="20" w:before="20"/>
            </w:pPr>
            <w:r/>
            <w:r>
              <w:rPr>
                <w:rFonts w:ascii="Times New Roman" w:hAnsi="Times New Roman" w:eastAsia="宋体"/>
                <w:b w:val="0"/>
                <w:sz w:val="21"/>
              </w:rPr>
              <w:t>21</w:t>
            </w:r>
          </w:p>
        </w:tc>
        <w:tc>
          <w:tcPr>
            <w:tcW w:type="dxa" w:w="2158"/>
          </w:tcPr>
          <w:p>
            <w:pPr>
              <w:spacing w:after="20" w:before="20"/>
            </w:pPr>
            <w:r/>
            <w:r>
              <w:rPr>
                <w:rFonts w:ascii="Times New Roman" w:hAnsi="Times New Roman" w:eastAsia="宋体"/>
                <w:b w:val="0"/>
                <w:sz w:val="21"/>
              </w:rPr>
              <w:t>药学院</w:t>
            </w:r>
          </w:p>
        </w:tc>
        <w:tc>
          <w:tcPr>
            <w:tcW w:type="dxa" w:w="2158"/>
          </w:tcPr>
          <w:p>
            <w:pPr>
              <w:spacing w:after="20" w:before="20"/>
            </w:pPr>
            <w:r/>
            <w:r>
              <w:rPr>
                <w:rFonts w:ascii="Times New Roman" w:hAnsi="Times New Roman" w:eastAsia="宋体"/>
                <w:b w:val="0"/>
                <w:sz w:val="21"/>
              </w:rPr>
              <w:t>2025年药学院暑期优秀大学生夏令营报名通知</w:t>
            </w:r>
          </w:p>
        </w:tc>
        <w:tc>
          <w:tcPr>
            <w:tcW w:type="dxa" w:w="2158"/>
          </w:tcPr>
          <w:p>
            <w:pPr>
              <w:spacing w:after="20" w:before="20"/>
            </w:pPr>
            <w:r/>
            <w:r>
              <w:rPr>
                <w:rFonts w:ascii="Times New Roman" w:hAnsi="Times New Roman" w:eastAsia="宋体"/>
                <w:b w:val="0"/>
                <w:sz w:val="21"/>
              </w:rPr>
              <w:t>http://www.cps.zju.edu.cn/2025/0519/c59212a3052513/page.htm</w:t>
            </w:r>
          </w:p>
        </w:tc>
      </w:tr>
      <w:tr>
        <w:tc>
          <w:tcPr>
            <w:tcW w:type="dxa" w:w="2158"/>
          </w:tcPr>
          <w:p>
            <w:pPr>
              <w:spacing w:after="20" w:before="20"/>
            </w:pPr>
            <w:r/>
            <w:r>
              <w:rPr>
                <w:rFonts w:ascii="Times New Roman" w:hAnsi="Times New Roman" w:eastAsia="宋体"/>
                <w:b w:val="0"/>
                <w:sz w:val="21"/>
              </w:rPr>
              <w:t>22</w:t>
            </w:r>
          </w:p>
        </w:tc>
        <w:tc>
          <w:tcPr>
            <w:tcW w:type="dxa" w:w="2158"/>
          </w:tcPr>
          <w:p>
            <w:pPr>
              <w:spacing w:after="20" w:before="20"/>
            </w:pPr>
            <w:r/>
            <w:r>
              <w:rPr>
                <w:rFonts w:ascii="Times New Roman" w:hAnsi="Times New Roman" w:eastAsia="宋体"/>
                <w:b w:val="0"/>
                <w:sz w:val="21"/>
              </w:rPr>
              <w:t>化工学院</w:t>
            </w:r>
          </w:p>
        </w:tc>
        <w:tc>
          <w:tcPr>
            <w:tcW w:type="dxa" w:w="2158"/>
          </w:tcPr>
          <w:p>
            <w:pPr>
              <w:spacing w:after="20" w:before="20"/>
            </w:pPr>
            <w:r/>
            <w:r>
              <w:rPr>
                <w:rFonts w:ascii="Times New Roman" w:hAnsi="Times New Roman" w:eastAsia="宋体"/>
                <w:b w:val="0"/>
                <w:sz w:val="21"/>
              </w:rPr>
              <w:t>浙江大学化学工程与生物工程学院2025年优秀大学生暑期夏令营活动通知</w:t>
            </w:r>
          </w:p>
        </w:tc>
        <w:tc>
          <w:tcPr>
            <w:tcW w:type="dxa" w:w="2158"/>
          </w:tcPr>
          <w:p>
            <w:pPr>
              <w:spacing w:after="20" w:before="20"/>
            </w:pPr>
            <w:r/>
            <w:r>
              <w:rPr>
                <w:rFonts w:ascii="Times New Roman" w:hAnsi="Times New Roman" w:eastAsia="宋体"/>
                <w:b w:val="0"/>
                <w:sz w:val="21"/>
              </w:rPr>
              <w:t>http://che.zju.edu.cn/checn/2025/0525/c15798a3054834/page.htm</w:t>
            </w:r>
          </w:p>
        </w:tc>
      </w:tr>
      <w:tr>
        <w:tc>
          <w:tcPr>
            <w:tcW w:type="dxa" w:w="2158"/>
          </w:tcPr>
          <w:p>
            <w:pPr>
              <w:spacing w:after="20" w:before="20"/>
            </w:pPr>
            <w:r/>
            <w:r>
              <w:rPr>
                <w:rFonts w:ascii="Times New Roman" w:hAnsi="Times New Roman" w:eastAsia="宋体"/>
                <w:b w:val="0"/>
                <w:sz w:val="21"/>
              </w:rPr>
              <w:t>23</w:t>
            </w:r>
          </w:p>
        </w:tc>
        <w:tc>
          <w:tcPr>
            <w:tcW w:type="dxa" w:w="2158"/>
          </w:tcPr>
          <w:p>
            <w:pPr>
              <w:spacing w:after="20" w:before="20"/>
            </w:pPr>
            <w:r/>
            <w:r>
              <w:rPr>
                <w:rFonts w:ascii="Times New Roman" w:hAnsi="Times New Roman" w:eastAsia="宋体"/>
                <w:b w:val="0"/>
                <w:sz w:val="21"/>
              </w:rPr>
              <w:t>国际联合学院ZJUI学院</w:t>
            </w:r>
          </w:p>
        </w:tc>
        <w:tc>
          <w:tcPr>
            <w:tcW w:type="dxa" w:w="2158"/>
          </w:tcPr>
          <w:p>
            <w:pPr>
              <w:spacing w:after="20" w:before="20"/>
            </w:pPr>
            <w:r/>
            <w:r>
              <w:rPr>
                <w:rFonts w:ascii="Times New Roman" w:hAnsi="Times New Roman" w:eastAsia="宋体"/>
                <w:b w:val="0"/>
                <w:sz w:val="21"/>
              </w:rPr>
              <w:t>2025年浙江大学伊利诺伊大学厄巴纳香槟校区联合学院优秀大学生夏令营报名通知</w:t>
            </w:r>
          </w:p>
        </w:tc>
        <w:tc>
          <w:tcPr>
            <w:tcW w:type="dxa" w:w="2158"/>
          </w:tcPr>
          <w:p>
            <w:pPr>
              <w:spacing w:after="20" w:before="20"/>
            </w:pPr>
            <w:r/>
            <w:r>
              <w:rPr>
                <w:rFonts w:ascii="Times New Roman" w:hAnsi="Times New Roman" w:eastAsia="宋体"/>
                <w:b w:val="0"/>
                <w:sz w:val="21"/>
              </w:rPr>
              <w:t>https://zjui.intl.zju.edu.cn/node/3061</w:t>
            </w:r>
          </w:p>
        </w:tc>
      </w:tr>
      <w:tr>
        <w:tc>
          <w:tcPr>
            <w:tcW w:type="dxa" w:w="2158"/>
          </w:tcPr>
          <w:p>
            <w:pPr>
              <w:spacing w:after="20" w:before="20"/>
            </w:pPr>
            <w:r/>
            <w:r>
              <w:rPr>
                <w:rFonts w:ascii="Times New Roman" w:hAnsi="Times New Roman" w:eastAsia="宋体"/>
                <w:b w:val="0"/>
                <w:sz w:val="21"/>
              </w:rPr>
              <w:t>24</w:t>
            </w:r>
          </w:p>
        </w:tc>
        <w:tc>
          <w:tcPr>
            <w:tcW w:type="dxa" w:w="2158"/>
          </w:tcPr>
          <w:p>
            <w:pPr>
              <w:spacing w:after="20" w:before="20"/>
            </w:pPr>
            <w:r/>
            <w:r>
              <w:rPr>
                <w:rFonts w:ascii="Times New Roman" w:hAnsi="Times New Roman" w:eastAsia="宋体"/>
                <w:b w:val="0"/>
                <w:sz w:val="21"/>
              </w:rPr>
              <w:t>航空航天学院</w:t>
            </w:r>
          </w:p>
        </w:tc>
        <w:tc>
          <w:tcPr>
            <w:tcW w:type="dxa" w:w="2158"/>
          </w:tcPr>
          <w:p>
            <w:pPr>
              <w:spacing w:after="20" w:before="20"/>
            </w:pPr>
            <w:r/>
            <w:r>
              <w:rPr>
                <w:rFonts w:ascii="Times New Roman" w:hAnsi="Times New Roman" w:eastAsia="宋体"/>
                <w:b w:val="0"/>
                <w:sz w:val="21"/>
              </w:rPr>
              <w:t>浙江大学航空航天学院关于举办2025年优秀大学生暑期夏令营的通知</w:t>
            </w:r>
          </w:p>
        </w:tc>
        <w:tc>
          <w:tcPr>
            <w:tcW w:type="dxa" w:w="2158"/>
          </w:tcPr>
          <w:p>
            <w:pPr>
              <w:spacing w:after="20" w:before="20"/>
            </w:pPr>
            <w:r/>
            <w:r>
              <w:rPr>
                <w:rFonts w:ascii="Times New Roman" w:hAnsi="Times New Roman" w:eastAsia="宋体"/>
                <w:b w:val="0"/>
                <w:sz w:val="21"/>
              </w:rPr>
              <w:t>http://saa.zju.edu.cn/2025/0530/c67589a3057159/page.htm</w:t>
            </w:r>
          </w:p>
        </w:tc>
      </w:tr>
      <w:tr>
        <w:tc>
          <w:tcPr>
            <w:tcW w:type="dxa" w:w="2158"/>
          </w:tcPr>
          <w:p>
            <w:pPr>
              <w:spacing w:after="20" w:before="20"/>
            </w:pPr>
            <w:r/>
            <w:r>
              <w:rPr>
                <w:rFonts w:ascii="Times New Roman" w:hAnsi="Times New Roman" w:eastAsia="宋体"/>
                <w:b w:val="0"/>
                <w:sz w:val="21"/>
              </w:rPr>
              <w:t>25</w:t>
            </w:r>
          </w:p>
        </w:tc>
        <w:tc>
          <w:tcPr>
            <w:tcW w:type="dxa" w:w="2158"/>
          </w:tcPr>
          <w:p>
            <w:pPr>
              <w:spacing w:after="20" w:before="20"/>
            </w:pPr>
            <w:r/>
            <w:r>
              <w:rPr>
                <w:rFonts w:ascii="Times New Roman" w:hAnsi="Times New Roman" w:eastAsia="宋体"/>
                <w:b w:val="0"/>
                <w:sz w:val="21"/>
              </w:rPr>
              <w:t>环境与资源学院</w:t>
            </w:r>
          </w:p>
        </w:tc>
        <w:tc>
          <w:tcPr>
            <w:tcW w:type="dxa" w:w="2158"/>
          </w:tcPr>
          <w:p>
            <w:pPr>
              <w:spacing w:after="20" w:before="20"/>
            </w:pPr>
            <w:r/>
            <w:r>
              <w:rPr>
                <w:rFonts w:ascii="Times New Roman" w:hAnsi="Times New Roman" w:eastAsia="宋体"/>
                <w:b w:val="0"/>
                <w:sz w:val="21"/>
              </w:rPr>
              <w:t>浙江大学环境与资源学院关于举办2025年全国优秀大学生学术夏令营的通知</w:t>
            </w:r>
          </w:p>
        </w:tc>
        <w:tc>
          <w:tcPr>
            <w:tcW w:type="dxa" w:w="2158"/>
          </w:tcPr>
          <w:p>
            <w:pPr>
              <w:spacing w:after="20" w:before="20"/>
            </w:pPr>
            <w:r/>
            <w:r>
              <w:rPr>
                <w:rFonts w:ascii="Times New Roman" w:hAnsi="Times New Roman" w:eastAsia="宋体"/>
                <w:b w:val="0"/>
                <w:sz w:val="21"/>
              </w:rPr>
              <w:t>http://www.cers.zju.edu.cn/cercn/2025/0609/c38990a3060098/page.htm</w:t>
            </w:r>
          </w:p>
        </w:tc>
      </w:tr>
      <w:tr>
        <w:tc>
          <w:tcPr>
            <w:tcW w:type="dxa" w:w="2158"/>
          </w:tcPr>
          <w:p>
            <w:pPr>
              <w:spacing w:after="20" w:before="20"/>
            </w:pPr>
            <w:r/>
            <w:r>
              <w:rPr>
                <w:rFonts w:ascii="Times New Roman" w:hAnsi="Times New Roman" w:eastAsia="宋体"/>
                <w:b w:val="0"/>
                <w:sz w:val="21"/>
              </w:rPr>
              <w:t>26</w:t>
            </w:r>
          </w:p>
        </w:tc>
        <w:tc>
          <w:tcPr>
            <w:tcW w:type="dxa" w:w="2158"/>
          </w:tcPr>
          <w:p>
            <w:pPr>
              <w:spacing w:after="20" w:before="20"/>
            </w:pPr>
            <w:r/>
            <w:r>
              <w:rPr>
                <w:rFonts w:ascii="Times New Roman" w:hAnsi="Times New Roman" w:eastAsia="宋体"/>
                <w:b w:val="0"/>
                <w:sz w:val="21"/>
              </w:rPr>
              <w:t>软件学院</w:t>
            </w:r>
          </w:p>
        </w:tc>
        <w:tc>
          <w:tcPr>
            <w:tcW w:type="dxa" w:w="2158"/>
          </w:tcPr>
          <w:p>
            <w:pPr>
              <w:spacing w:after="20" w:before="20"/>
            </w:pPr>
            <w:r/>
            <w:r>
              <w:rPr>
                <w:rFonts w:ascii="Times New Roman" w:hAnsi="Times New Roman" w:eastAsia="宋体"/>
                <w:b w:val="0"/>
                <w:sz w:val="21"/>
              </w:rPr>
              <w:t>软件学院关于举办2025年优秀大学生夏令营活动的通知</w:t>
            </w:r>
          </w:p>
        </w:tc>
        <w:tc>
          <w:tcPr>
            <w:tcW w:type="dxa" w:w="2158"/>
          </w:tcPr>
          <w:p>
            <w:pPr>
              <w:spacing w:after="20" w:before="20"/>
            </w:pPr>
            <w:r/>
            <w:r>
              <w:rPr>
                <w:rFonts w:ascii="Times New Roman" w:hAnsi="Times New Roman" w:eastAsia="宋体"/>
                <w:b w:val="0"/>
                <w:sz w:val="21"/>
              </w:rPr>
              <w:t>http://www.cst.zju.edu.cn/2025/0606/c36207a3059270/page.htm</w:t>
            </w:r>
          </w:p>
        </w:tc>
      </w:tr>
      <w:tr>
        <w:tc>
          <w:tcPr>
            <w:tcW w:type="dxa" w:w="2158"/>
          </w:tcPr>
          <w:p>
            <w:pPr>
              <w:spacing w:after="20" w:before="20"/>
            </w:pPr>
            <w:r/>
            <w:r>
              <w:rPr>
                <w:rFonts w:ascii="Times New Roman" w:hAnsi="Times New Roman" w:eastAsia="宋体"/>
                <w:b w:val="0"/>
                <w:sz w:val="21"/>
              </w:rPr>
              <w:t>27</w:t>
            </w:r>
          </w:p>
        </w:tc>
        <w:tc>
          <w:tcPr>
            <w:tcW w:type="dxa" w:w="2158"/>
          </w:tcPr>
          <w:p>
            <w:pPr>
              <w:spacing w:after="20" w:before="20"/>
            </w:pPr>
            <w:r/>
            <w:r>
              <w:rPr>
                <w:rFonts w:ascii="Times New Roman" w:hAnsi="Times New Roman" w:eastAsia="宋体"/>
                <w:b w:val="0"/>
                <w:sz w:val="21"/>
              </w:rPr>
              <w:t>能源工程学院</w:t>
            </w:r>
          </w:p>
        </w:tc>
        <w:tc>
          <w:tcPr>
            <w:tcW w:type="dxa" w:w="2158"/>
          </w:tcPr>
          <w:p>
            <w:pPr>
              <w:spacing w:after="20" w:before="20"/>
            </w:pPr>
            <w:r/>
            <w:r>
              <w:rPr>
                <w:rFonts w:ascii="Times New Roman" w:hAnsi="Times New Roman" w:eastAsia="宋体"/>
                <w:b w:val="0"/>
                <w:sz w:val="21"/>
              </w:rPr>
              <w:t>浙江大学能源工程学院2025年全国优秀大学生暑期学术夏令营活动通知</w:t>
            </w:r>
          </w:p>
        </w:tc>
        <w:tc>
          <w:tcPr>
            <w:tcW w:type="dxa" w:w="2158"/>
          </w:tcPr>
          <w:p>
            <w:pPr>
              <w:spacing w:after="20" w:before="20"/>
            </w:pPr>
            <w:r/>
            <w:r>
              <w:rPr>
                <w:rFonts w:ascii="Times New Roman" w:hAnsi="Times New Roman" w:eastAsia="宋体"/>
                <w:b w:val="0"/>
                <w:sz w:val="21"/>
              </w:rPr>
              <w:t>http://www.doe.zju.edu.cn/2025/0613/c73361a3061281/page.htm</w:t>
            </w:r>
          </w:p>
        </w:tc>
      </w:tr>
      <w:tr>
        <w:tc>
          <w:tcPr>
            <w:tcW w:type="dxa" w:w="2158"/>
          </w:tcPr>
          <w:p>
            <w:pPr>
              <w:spacing w:after="20" w:before="20"/>
            </w:pPr>
            <w:r/>
            <w:r>
              <w:rPr>
                <w:rFonts w:ascii="Times New Roman" w:hAnsi="Times New Roman" w:eastAsia="宋体"/>
                <w:b w:val="0"/>
                <w:sz w:val="21"/>
              </w:rPr>
              <w:t>28</w:t>
            </w:r>
          </w:p>
        </w:tc>
        <w:tc>
          <w:tcPr>
            <w:tcW w:type="dxa" w:w="2158"/>
          </w:tcPr>
          <w:p>
            <w:pPr>
              <w:spacing w:after="20" w:before="20"/>
            </w:pPr>
            <w:r/>
            <w:r>
              <w:rPr>
                <w:rFonts w:ascii="Times New Roman" w:hAnsi="Times New Roman" w:eastAsia="宋体"/>
                <w:b w:val="0"/>
                <w:sz w:val="21"/>
              </w:rPr>
              <w:t>国际联合学院ZIBS学院</w:t>
            </w:r>
          </w:p>
        </w:tc>
        <w:tc>
          <w:tcPr>
            <w:tcW w:type="dxa" w:w="2158"/>
          </w:tcPr>
          <w:p>
            <w:pPr>
              <w:spacing w:after="20" w:before="20"/>
            </w:pPr>
            <w:r/>
            <w:r>
              <w:rPr>
                <w:rFonts w:ascii="Times New Roman" w:hAnsi="Times New Roman" w:eastAsia="宋体"/>
                <w:b w:val="0"/>
                <w:sz w:val="21"/>
              </w:rPr>
              <w:t>2025年ZIBS Open Day暨优秀大学生夏令营活动申请正式开启</w:t>
            </w:r>
          </w:p>
        </w:tc>
        <w:tc>
          <w:tcPr>
            <w:tcW w:type="dxa" w:w="2158"/>
          </w:tcPr>
          <w:p>
            <w:pPr>
              <w:spacing w:after="20" w:before="20"/>
            </w:pPr>
            <w:r/>
            <w:r>
              <w:rPr>
                <w:rFonts w:ascii="Times New Roman" w:hAnsi="Times New Roman" w:eastAsia="宋体"/>
                <w:b w:val="0"/>
                <w:sz w:val="21"/>
              </w:rPr>
              <w:t>https://zibs.zju.edu.cn/2025/0618/c83662a3062777/page.psp</w:t>
            </w:r>
          </w:p>
        </w:tc>
      </w:tr>
      <w:tr>
        <w:tc>
          <w:tcPr>
            <w:tcW w:type="dxa" w:w="2158"/>
          </w:tcPr>
          <w:p>
            <w:pPr>
              <w:spacing w:after="20" w:before="20"/>
            </w:pPr>
            <w:r/>
            <w:r>
              <w:rPr>
                <w:rFonts w:ascii="Times New Roman" w:hAnsi="Times New Roman" w:eastAsia="宋体"/>
                <w:b w:val="0"/>
                <w:sz w:val="21"/>
              </w:rPr>
              <w:t>29</w:t>
            </w:r>
          </w:p>
        </w:tc>
        <w:tc>
          <w:tcPr>
            <w:tcW w:type="dxa" w:w="2158"/>
          </w:tcPr>
          <w:p>
            <w:pPr>
              <w:spacing w:after="20" w:before="20"/>
            </w:pPr>
            <w:r/>
            <w:r>
              <w:rPr>
                <w:rFonts w:ascii="Times New Roman" w:hAnsi="Times New Roman" w:eastAsia="宋体"/>
                <w:b w:val="0"/>
                <w:sz w:val="21"/>
              </w:rPr>
              <w:t>电气工程学院</w:t>
            </w:r>
          </w:p>
        </w:tc>
        <w:tc>
          <w:tcPr>
            <w:tcW w:type="dxa" w:w="2158"/>
          </w:tcPr>
          <w:p>
            <w:pPr>
              <w:spacing w:after="20" w:before="20"/>
            </w:pPr>
            <w:r/>
            <w:r>
              <w:rPr>
                <w:rFonts w:ascii="Times New Roman" w:hAnsi="Times New Roman" w:eastAsia="宋体"/>
                <w:b w:val="0"/>
                <w:sz w:val="21"/>
              </w:rPr>
              <w:t>浙江大学电气工程学院2025年全国优秀大学生招生宣传（暑期学术夏令营）活动（专题）</w:t>
            </w:r>
          </w:p>
        </w:tc>
        <w:tc>
          <w:tcPr>
            <w:tcW w:type="dxa" w:w="2158"/>
          </w:tcPr>
          <w:p>
            <w:pPr>
              <w:spacing w:after="20" w:before="20"/>
            </w:pPr>
            <w:r/>
            <w:r>
              <w:rPr>
                <w:rFonts w:ascii="Times New Roman" w:hAnsi="Times New Roman" w:eastAsia="宋体"/>
                <w:b w:val="0"/>
                <w:sz w:val="21"/>
              </w:rPr>
              <w:t>http://ee.zju.edu.cn/2025/0530/c32469a3057237/page.htm</w:t>
            </w:r>
          </w:p>
        </w:tc>
      </w:tr>
      <w:tr>
        <w:tc>
          <w:tcPr>
            <w:tcW w:type="dxa" w:w="2158"/>
          </w:tcPr>
          <w:p>
            <w:pPr>
              <w:spacing w:after="20" w:before="20"/>
            </w:pPr>
            <w:r/>
            <w:r>
              <w:rPr>
                <w:rFonts w:ascii="Times New Roman" w:hAnsi="Times New Roman" w:eastAsia="宋体"/>
                <w:b w:val="0"/>
                <w:sz w:val="21"/>
              </w:rPr>
              <w:t>30</w:t>
            </w:r>
          </w:p>
        </w:tc>
        <w:tc>
          <w:tcPr>
            <w:tcW w:type="dxa" w:w="2158"/>
          </w:tcPr>
          <w:p>
            <w:pPr>
              <w:spacing w:after="20" w:before="20"/>
            </w:pPr>
            <w:r/>
            <w:r>
              <w:rPr>
                <w:rFonts w:ascii="Times New Roman" w:hAnsi="Times New Roman" w:eastAsia="宋体"/>
                <w:b w:val="0"/>
                <w:sz w:val="21"/>
              </w:rPr>
              <w:t>历史学院</w:t>
            </w:r>
          </w:p>
        </w:tc>
        <w:tc>
          <w:tcPr>
            <w:tcW w:type="dxa" w:w="2158"/>
          </w:tcPr>
          <w:p>
            <w:pPr>
              <w:spacing w:after="20" w:before="20"/>
            </w:pPr>
            <w:r/>
            <w:r>
              <w:rPr>
                <w:rFonts w:ascii="Times New Roman" w:hAnsi="Times New Roman" w:eastAsia="宋体"/>
                <w:b w:val="0"/>
                <w:sz w:val="21"/>
              </w:rPr>
              <w:t>浙江大学历史学院2025优秀大学生云夏令营招生简章</w:t>
            </w:r>
          </w:p>
        </w:tc>
        <w:tc>
          <w:tcPr>
            <w:tcW w:type="dxa" w:w="2158"/>
          </w:tcPr>
          <w:p>
            <w:pPr>
              <w:spacing w:after="20" w:before="20"/>
            </w:pPr>
            <w:r/>
            <w:r>
              <w:rPr>
                <w:rFonts w:ascii="Times New Roman" w:hAnsi="Times New Roman" w:eastAsia="宋体"/>
                <w:b w:val="0"/>
                <w:sz w:val="21"/>
              </w:rPr>
              <w:t>https://ls.zju.edu.cn/2025/0623/c64807a3063920/page.htm</w:t>
            </w:r>
          </w:p>
        </w:tc>
      </w:tr>
      <w:tr>
        <w:tc>
          <w:tcPr>
            <w:tcW w:type="dxa" w:w="2158"/>
          </w:tcPr>
          <w:p>
            <w:pPr>
              <w:spacing w:after="20" w:before="20"/>
            </w:pPr>
            <w:r/>
            <w:r>
              <w:rPr>
                <w:rFonts w:ascii="Times New Roman" w:hAnsi="Times New Roman" w:eastAsia="宋体"/>
                <w:b w:val="0"/>
                <w:sz w:val="21"/>
              </w:rPr>
              <w:t>31</w:t>
            </w:r>
          </w:p>
        </w:tc>
        <w:tc>
          <w:tcPr>
            <w:tcW w:type="dxa" w:w="2158"/>
          </w:tcPr>
          <w:p>
            <w:pPr>
              <w:spacing w:after="20" w:before="20"/>
            </w:pPr>
            <w:r/>
            <w:r>
              <w:rPr>
                <w:rFonts w:ascii="Times New Roman" w:hAnsi="Times New Roman" w:eastAsia="宋体"/>
                <w:b w:val="0"/>
                <w:sz w:val="21"/>
              </w:rPr>
              <w:t>集成电路学院</w:t>
            </w:r>
          </w:p>
        </w:tc>
        <w:tc>
          <w:tcPr>
            <w:tcW w:type="dxa" w:w="2158"/>
          </w:tcPr>
          <w:p>
            <w:pPr>
              <w:spacing w:after="20" w:before="20"/>
            </w:pPr>
            <w:r/>
            <w:r>
              <w:rPr>
                <w:rFonts w:ascii="Times New Roman" w:hAnsi="Times New Roman" w:eastAsia="宋体"/>
                <w:b w:val="0"/>
                <w:sz w:val="21"/>
              </w:rPr>
              <w:t>浙江大学集成电路学院2025年全国优秀大学生暑期学术夏令营活动通知</w:t>
            </w:r>
          </w:p>
        </w:tc>
        <w:tc>
          <w:tcPr>
            <w:tcW w:type="dxa" w:w="2158"/>
          </w:tcPr>
          <w:p>
            <w:pPr>
              <w:spacing w:after="20" w:before="20"/>
            </w:pPr>
            <w:r/>
            <w:r>
              <w:rPr>
                <w:rFonts w:ascii="Times New Roman" w:hAnsi="Times New Roman" w:eastAsia="宋体"/>
                <w:b w:val="0"/>
                <w:sz w:val="21"/>
              </w:rPr>
              <w:t>https://ic.zju.edu.cn/2025/0522/c54023a3054130/page.htm</w:t>
            </w:r>
          </w:p>
        </w:tc>
      </w:tr>
    </w:tbl>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1. 地址：浙江省杭州市余杭塘路866号 浙江大学紫金港校区研究生教育综合楼7楼</w:t>
      </w:r>
    </w:p>
    <w:p>
      <w:pPr>
        <w:spacing w:after="80" w:lineRule="auto" w:line="360"/>
        <w:ind w:firstLine="482"/>
        <w:jc w:val="both"/>
      </w:pPr>
      <w:r>
        <w:rPr>
          <w:rFonts w:ascii="Times New Roman" w:hAnsi="Times New Roman" w:eastAsia="宋体"/>
          <w:b w:val="0"/>
          <w:sz w:val="24"/>
        </w:rPr>
        <w:t>2. 联系电话：0571-87951349</w:t>
      </w:r>
    </w:p>
    <w:p>
      <w:pPr>
        <w:spacing w:after="80" w:lineRule="auto" w:line="360"/>
        <w:ind w:firstLine="482"/>
        <w:jc w:val="both"/>
      </w:pPr>
      <w:r>
        <w:rPr>
          <w:rFonts w:ascii="Times New Roman" w:hAnsi="Times New Roman" w:eastAsia="宋体"/>
          <w:b w:val="0"/>
          <w:sz w:val="24"/>
        </w:rPr>
        <w:t>3. 邮箱：yjsy-zsb@zju.edu.cn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