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吉首大学2026年硕士研究生招生简章-硕士招生-吉首大学研究生院</w:t>
      </w:r>
    </w:p>
    <w:p>
      <w:pPr>
        <w:spacing w:after="80" w:lineRule="auto" w:line="360"/>
        <w:ind w:firstLine="482"/>
        <w:jc w:val="both"/>
      </w:pPr>
      <w:r>
        <w:rPr>
          <w:rFonts w:ascii="Times New Roman" w:hAnsi="Times New Roman" w:eastAsia="宋体"/>
          <w:b w:val="0"/>
          <w:sz w:val="24"/>
        </w:rPr>
        <w:t>吉首大学2026年硕士研究生招生简章。学校以习近平新时代中国特色社会主义思想为指导，坚持社会主义办学方向，全面贯彻党的教育方针，以立德树人、服务需求、提高质量、追求卓越为主线，着力培养热爱祖国，拥护中国共产党的领导，拥护社会主义制度，具有坚定的理想信念，高尚的道德情操，高度的社会责任感，具备较强的创新精神、创新能力和良好职业素养，专业过硬、视野开阔，能够从事科研、教学、管理等工作，“品德好，能力强，吃得苦，后劲足”德智体美劳全面发展的高层次应用性创新人才。</w:t>
      </w:r>
    </w:p>
    <w:p>
      <w:pPr>
        <w:spacing w:after="80" w:lineRule="auto" w:line="360"/>
        <w:ind w:firstLine="482"/>
        <w:jc w:val="both"/>
      </w:pPr>
      <w:r>
        <w:rPr>
          <w:rFonts w:ascii="Times New Roman" w:hAnsi="Times New Roman" w:eastAsia="宋体"/>
          <w:b w:val="0"/>
          <w:sz w:val="24"/>
        </w:rPr>
        <w:t>发布日期（推定）：2025年9月29日</w:t>
      </w:r>
    </w:p>
    <w:p>
      <w:pPr>
        <w:spacing w:before="160" w:after="80" w:lineRule="auto" w:line="360"/>
        <w:jc w:val="left"/>
      </w:pPr>
      <w:r>
        <w:rPr>
          <w:rFonts w:ascii="Times New Roman" w:hAnsi="Times New Roman" w:eastAsia="宋体"/>
          <w:b/>
          <w:sz w:val="28"/>
        </w:rPr>
        <w:t>一、招生计划</w:t>
      </w:r>
    </w:p>
    <w:p>
      <w:pPr>
        <w:spacing w:after="80" w:lineRule="auto" w:line="360"/>
        <w:ind w:firstLine="482"/>
        <w:jc w:val="both"/>
      </w:pPr>
      <w:r>
        <w:rPr>
          <w:rFonts w:ascii="Times New Roman" w:hAnsi="Times New Roman" w:eastAsia="宋体"/>
          <w:b w:val="0"/>
          <w:sz w:val="24"/>
        </w:rPr>
        <w:t>学校2026年硕士研究生招生规模950人左右（含“大学生退役士兵”专项招生计划约7人），具体招生学科、专业、研究方向和招生名额详见《吉首大学2026年硕士研究生招生专业目录》，最终录取名额以教育部下达的招生计划为准。根据国家下达的实际招生计划、推免生实际录取情况和生源状况，学校保留对各专业招生人数进行调整的权利。</w:t>
      </w:r>
    </w:p>
    <w:p>
      <w:pPr>
        <w:spacing w:before="160" w:after="80" w:lineRule="auto" w:line="360"/>
        <w:jc w:val="left"/>
      </w:pPr>
      <w:r>
        <w:rPr>
          <w:rFonts w:ascii="Times New Roman" w:hAnsi="Times New Roman" w:eastAsia="宋体"/>
          <w:b/>
          <w:sz w:val="28"/>
        </w:rPr>
        <w:t>二、学习形式及学制</w:t>
      </w:r>
    </w:p>
    <w:p>
      <w:pPr>
        <w:spacing w:after="80" w:lineRule="auto" w:line="360"/>
        <w:ind w:firstLine="482"/>
        <w:jc w:val="both"/>
      </w:pPr>
      <w:r>
        <w:rPr>
          <w:rFonts w:ascii="Times New Roman" w:hAnsi="Times New Roman" w:eastAsia="宋体"/>
          <w:b w:val="0"/>
          <w:sz w:val="24"/>
        </w:rPr>
        <w:t>1. 我校招收的硕士研究生学习形式均为全日制脱产学习。</w:t>
      </w:r>
    </w:p>
    <w:p>
      <w:pPr>
        <w:spacing w:after="80" w:lineRule="auto" w:line="360"/>
        <w:ind w:firstLine="482"/>
        <w:jc w:val="both"/>
      </w:pPr>
      <w:r>
        <w:rPr>
          <w:rFonts w:ascii="Times New Roman" w:hAnsi="Times New Roman" w:eastAsia="宋体"/>
          <w:b w:val="0"/>
          <w:sz w:val="24"/>
        </w:rPr>
        <w:t>2. 研究生教育实行弹性学制。学制3年，学习年限3-5年。</w:t>
      </w:r>
    </w:p>
    <w:p>
      <w:pPr>
        <w:spacing w:before="160" w:after="80" w:lineRule="auto" w:line="360"/>
        <w:jc w:val="left"/>
      </w:pPr>
      <w:r>
        <w:rPr>
          <w:rFonts w:ascii="Times New Roman" w:hAnsi="Times New Roman" w:eastAsia="宋体"/>
          <w:b/>
          <w:sz w:val="28"/>
        </w:rPr>
        <w:t>三、报名参加我校硕士研究生招生考试的人员，须符合下列条件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身体健康状况符合国家和学校规定的体检要求。</w:t>
      </w:r>
    </w:p>
    <w:p>
      <w:pPr>
        <w:spacing w:after="80" w:lineRule="auto" w:line="360"/>
        <w:ind w:firstLine="482"/>
        <w:jc w:val="both"/>
      </w:pPr>
      <w:r>
        <w:rPr>
          <w:rFonts w:ascii="Times New Roman" w:hAnsi="Times New Roman" w:eastAsia="宋体"/>
          <w:b w:val="0"/>
          <w:sz w:val="24"/>
        </w:rPr>
        <w:t>4. 考生学业水平必须符合下列条件之一：</w:t>
      </w:r>
    </w:p>
    <w:p>
      <w:pPr>
        <w:spacing w:after="80" w:lineRule="auto" w:line="360"/>
        <w:ind w:firstLine="482"/>
        <w:jc w:val="both"/>
      </w:pPr>
      <w:r>
        <w:rPr>
          <w:rFonts w:ascii="Times New Roman" w:hAnsi="Times New Roman" w:eastAsia="宋体"/>
          <w:b w:val="0"/>
          <w:sz w:val="24"/>
        </w:rPr>
        <w:t>（1）国家承认学历的应届本科毕业生（含普通高校、成人高校、普通高校举办的成人高等学历教育等应届本科毕业生）及自学考试和网络教育届时可毕业本科生。考生录取当年入学前必须取得国家承认的本科毕业证书或教育部留学服务中心出具的《国（境）外学历学位认证书》，否则录取资格无效。</w:t>
      </w:r>
    </w:p>
    <w:p>
      <w:pPr>
        <w:spacing w:after="80" w:lineRule="auto" w:line="360"/>
        <w:ind w:firstLine="482"/>
        <w:jc w:val="both"/>
      </w:pPr>
      <w:r>
        <w:rPr>
          <w:rFonts w:ascii="Times New Roman" w:hAnsi="Times New Roman" w:eastAsia="宋体"/>
          <w:b w:val="0"/>
          <w:sz w:val="24"/>
        </w:rPr>
        <w:t>（2）具有国家承认的本科毕业学历的人员。</w:t>
      </w:r>
    </w:p>
    <w:p>
      <w:pPr>
        <w:spacing w:after="80" w:lineRule="auto" w:line="360"/>
        <w:ind w:firstLine="482"/>
        <w:jc w:val="both"/>
      </w:pPr>
      <w:r>
        <w:rPr>
          <w:rFonts w:ascii="Times New Roman" w:hAnsi="Times New Roman" w:eastAsia="宋体"/>
          <w:b w:val="0"/>
          <w:sz w:val="24"/>
        </w:rPr>
        <w:t>（3）获得国家承认的高职（专科）毕业学历后满2年及以上人员（毕业后到录取当年入学前，下同）或国家承认学历的本科结业生，且符合招生单位提出的具体学业要求的，按本科毕业同等学力身份报考。</w:t>
      </w:r>
    </w:p>
    <w:p>
      <w:pPr>
        <w:spacing w:after="80" w:lineRule="auto" w:line="360"/>
        <w:ind w:firstLine="482"/>
        <w:jc w:val="both"/>
      </w:pPr>
      <w:r>
        <w:rPr>
          <w:rFonts w:ascii="Times New Roman" w:hAnsi="Times New Roman" w:eastAsia="宋体"/>
          <w:b w:val="0"/>
          <w:sz w:val="24"/>
        </w:rPr>
        <w:t>（4）已获硕士、博士研究生学历或学位的人员。</w:t>
      </w:r>
    </w:p>
    <w:p>
      <w:pPr>
        <w:spacing w:after="80" w:lineRule="auto" w:line="360"/>
        <w:ind w:firstLine="482"/>
        <w:jc w:val="both"/>
      </w:pPr>
      <w:r>
        <w:rPr>
          <w:rFonts w:ascii="Times New Roman" w:hAnsi="Times New Roman" w:eastAsia="宋体"/>
          <w:b w:val="0"/>
          <w:sz w:val="24"/>
        </w:rPr>
        <w:t>（5）我校部分专业对考生学历、学位等方面提出了详细要求，请考生网报时认真查看报考条件，凡不符合要求的考生，一律不得报考。否则责任自负。</w:t>
      </w:r>
    </w:p>
    <w:p>
      <w:pPr>
        <w:spacing w:before="160" w:after="80" w:lineRule="auto" w:line="360"/>
        <w:jc w:val="left"/>
      </w:pPr>
      <w:r>
        <w:rPr>
          <w:rFonts w:ascii="Times New Roman" w:hAnsi="Times New Roman" w:eastAsia="宋体"/>
          <w:b/>
          <w:sz w:val="28"/>
        </w:rPr>
        <w:t>四、报名参加以下专业学位全国硕士研究生招生考试的人员，按下列规定执行</w:t>
      </w:r>
    </w:p>
    <w:p>
      <w:pPr>
        <w:spacing w:after="80" w:lineRule="auto" w:line="360"/>
        <w:ind w:firstLine="482"/>
        <w:jc w:val="both"/>
      </w:pPr>
      <w:r>
        <w:rPr>
          <w:rFonts w:ascii="Times New Roman" w:hAnsi="Times New Roman" w:eastAsia="宋体"/>
          <w:b w:val="0"/>
          <w:sz w:val="24"/>
        </w:rPr>
        <w:t>1. 报考法律（法学）专业学位的考生，须符合下列条件：</w:t>
      </w:r>
    </w:p>
    <w:p>
      <w:pPr>
        <w:spacing w:after="80" w:lineRule="auto" w:line="360"/>
        <w:ind w:firstLine="482"/>
        <w:jc w:val="both"/>
      </w:pPr>
      <w:r>
        <w:rPr>
          <w:rFonts w:ascii="Times New Roman" w:hAnsi="Times New Roman" w:eastAsia="宋体"/>
          <w:b w:val="0"/>
          <w:sz w:val="24"/>
        </w:rPr>
        <w:t>（1）符合第三条中的各项要求。</w:t>
      </w:r>
    </w:p>
    <w:p>
      <w:pPr>
        <w:spacing w:after="80" w:lineRule="auto" w:line="360"/>
        <w:ind w:firstLine="482"/>
        <w:jc w:val="both"/>
      </w:pPr>
      <w:r>
        <w:rPr>
          <w:rFonts w:ascii="Times New Roman" w:hAnsi="Times New Roman" w:eastAsia="宋体"/>
          <w:b w:val="0"/>
          <w:sz w:val="24"/>
        </w:rPr>
        <w:t>（2）报名前所学专业为法学专业（获得法学第二学士学位的人员可报考）。</w:t>
      </w:r>
    </w:p>
    <w:p>
      <w:pPr>
        <w:spacing w:after="80" w:lineRule="auto" w:line="360"/>
        <w:ind w:firstLine="482"/>
        <w:jc w:val="both"/>
      </w:pPr>
      <w:r>
        <w:rPr>
          <w:rFonts w:ascii="Times New Roman" w:hAnsi="Times New Roman" w:eastAsia="宋体"/>
          <w:b w:val="0"/>
          <w:sz w:val="24"/>
        </w:rPr>
        <w:t>2. 报考法律（非法学）专业学位的考生，须符合下列条件：</w:t>
      </w:r>
    </w:p>
    <w:p>
      <w:pPr>
        <w:spacing w:after="80" w:lineRule="auto" w:line="360"/>
        <w:ind w:firstLine="482"/>
        <w:jc w:val="both"/>
      </w:pPr>
      <w:r>
        <w:rPr>
          <w:rFonts w:ascii="Times New Roman" w:hAnsi="Times New Roman" w:eastAsia="宋体"/>
          <w:b w:val="0"/>
          <w:sz w:val="24"/>
        </w:rPr>
        <w:t>（1）符合第三条中的各项要求。</w:t>
      </w:r>
    </w:p>
    <w:p>
      <w:pPr>
        <w:spacing w:after="80" w:lineRule="auto" w:line="360"/>
        <w:ind w:firstLine="482"/>
        <w:jc w:val="both"/>
      </w:pPr>
      <w:r>
        <w:rPr>
          <w:rFonts w:ascii="Times New Roman" w:hAnsi="Times New Roman" w:eastAsia="宋体"/>
          <w:b w:val="0"/>
          <w:sz w:val="24"/>
        </w:rPr>
        <w:t>（2）报考前所学专业为非法学专业。</w:t>
      </w:r>
    </w:p>
    <w:p>
      <w:pPr>
        <w:spacing w:after="80" w:lineRule="auto" w:line="360"/>
        <w:ind w:firstLine="482"/>
        <w:jc w:val="both"/>
      </w:pPr>
      <w:r>
        <w:rPr>
          <w:rFonts w:ascii="Times New Roman" w:hAnsi="Times New Roman" w:eastAsia="宋体"/>
          <w:b w:val="0"/>
          <w:sz w:val="24"/>
        </w:rPr>
        <w:t>3. 报考工商管理、公共管理、旅游管理、教育硕士中的教育管理专业学位的考生，须符合下列条件：</w:t>
      </w:r>
    </w:p>
    <w:p>
      <w:pPr>
        <w:spacing w:after="80" w:lineRule="auto" w:line="360"/>
        <w:ind w:firstLine="482"/>
        <w:jc w:val="both"/>
      </w:pPr>
      <w:r>
        <w:rPr>
          <w:rFonts w:ascii="Times New Roman" w:hAnsi="Times New Roman" w:eastAsia="宋体"/>
          <w:b w:val="0"/>
          <w:sz w:val="24"/>
        </w:rPr>
        <w:t>（1）符合第三条中第（一）、（二）、（三）各项的要求。</w:t>
      </w:r>
    </w:p>
    <w:p>
      <w:pPr>
        <w:spacing w:after="80" w:lineRule="auto" w:line="360"/>
        <w:ind w:firstLine="482"/>
        <w:jc w:val="both"/>
      </w:pPr>
      <w:r>
        <w:rPr>
          <w:rFonts w:ascii="Times New Roman" w:hAnsi="Times New Roman" w:eastAsia="宋体"/>
          <w:b w:val="0"/>
          <w:sz w:val="24"/>
        </w:rPr>
        <w:t>（2）本科毕业后有3年以上工作经验；或获得国家承认的高职（专科）毕业学历或本科结业后，符合招生单位提出的相关学业要求，达到本科毕业同等学力并有5年以上工作经验；或获得硕士、博士研究生学历或学位后有2年以上工作经验。</w:t>
      </w:r>
    </w:p>
    <w:p>
      <w:pPr>
        <w:spacing w:after="80" w:lineRule="auto" w:line="360"/>
        <w:ind w:firstLine="482"/>
        <w:jc w:val="both"/>
      </w:pPr>
      <w:r>
        <w:rPr>
          <w:rFonts w:ascii="Times New Roman" w:hAnsi="Times New Roman" w:eastAsia="宋体"/>
          <w:b w:val="0"/>
          <w:sz w:val="24"/>
        </w:rPr>
        <w:t>4. 报考临床医学专业学位的考生，必须是临床医学类专业五年制的全日制本科生。对于已获住院医师规范化培训合格证人员、已进入住院医师规范化培训系统人员及同等学力的人员不得报考临床医学硕士专业学位研究生。农村订单定向临床专业本科毕业生报考临床医学硕士专业学位研究生须以卫健委文件为准。</w:t>
      </w:r>
    </w:p>
    <w:p>
      <w:pPr>
        <w:spacing w:before="160" w:after="80" w:lineRule="auto" w:line="360"/>
        <w:jc w:val="left"/>
      </w:pPr>
      <w:r>
        <w:rPr>
          <w:rFonts w:ascii="Times New Roman" w:hAnsi="Times New Roman" w:eastAsia="宋体"/>
          <w:b/>
          <w:sz w:val="28"/>
        </w:rPr>
        <w:t>五、关于推荐免试资格的考生，按下列规定执行</w:t>
      </w:r>
    </w:p>
    <w:p>
      <w:pPr>
        <w:spacing w:after="80" w:lineRule="auto" w:line="360"/>
        <w:ind w:firstLine="482"/>
        <w:jc w:val="both"/>
      </w:pPr>
      <w:r>
        <w:rPr>
          <w:rFonts w:ascii="Times New Roman" w:hAnsi="Times New Roman" w:eastAsia="宋体"/>
          <w:b w:val="0"/>
          <w:sz w:val="24"/>
        </w:rPr>
        <w:t>1. 除工商管理、公共管理、旅游管理、教育硕士中的教育管理专业学位以外，其他专业均接收推免研究生。</w:t>
      </w:r>
    </w:p>
    <w:p>
      <w:pPr>
        <w:spacing w:after="80" w:lineRule="auto" w:line="360"/>
        <w:ind w:firstLine="482"/>
        <w:jc w:val="both"/>
      </w:pPr>
      <w:r>
        <w:rPr>
          <w:rFonts w:ascii="Times New Roman" w:hAnsi="Times New Roman" w:eastAsia="宋体"/>
          <w:b w:val="0"/>
          <w:sz w:val="24"/>
        </w:rPr>
        <w:t>2. 符合免初试资格的考生，应在教育部规定的全国统考报名时间内登录“全国推荐免试攻读研究生（免初试、转段）信息公开暨管理服务系统”（网址：https://yz.chsi.com.cn/tm）报名，逾期不得补报。对审核通过的考生组织复试，复试合格者即可予以拟录取。已被招生单位录取的推免生，不得再报名参加当年全国统一考试、单独考试。截止规定日期未被招生单位录取的推免生，其推免资格自动失效。</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其他符合免初试资格（如在部队荣立二等功以上退役人员等）的考生，应在国家规定的全国统考报名时间内登录“全国推荐免试攻读研究生（免初试、转段）信息公开暨管理服务系统”报名。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推免生的接收办法另行规定。</w:t>
      </w:r>
    </w:p>
    <w:p>
      <w:pPr>
        <w:spacing w:before="160" w:after="80" w:lineRule="auto" w:line="360"/>
        <w:jc w:val="left"/>
      </w:pPr>
      <w:r>
        <w:rPr>
          <w:rFonts w:ascii="Times New Roman" w:hAnsi="Times New Roman" w:eastAsia="宋体"/>
          <w:b/>
          <w:sz w:val="28"/>
        </w:rPr>
        <w:t>六、关于“退役大学生士兵计划”的考生，按下列规定执行</w:t>
      </w:r>
    </w:p>
    <w:p>
      <w:pPr>
        <w:spacing w:after="80" w:lineRule="auto" w:line="360"/>
        <w:ind w:firstLine="482"/>
        <w:jc w:val="both"/>
      </w:pPr>
      <w:r>
        <w:rPr>
          <w:rFonts w:ascii="Times New Roman" w:hAnsi="Times New Roman" w:eastAsia="宋体"/>
          <w:b w:val="0"/>
          <w:sz w:val="24"/>
        </w:rPr>
        <w:t>我校2026年招收“退役大学生士兵计划”指标约7名，具体招生专业见招生专业目录。当所公布的招生专业未招满时，学校可调整该专项计划指标至其他专业。</w:t>
      </w:r>
    </w:p>
    <w:p>
      <w:pPr>
        <w:spacing w:after="80" w:lineRule="auto" w:line="360"/>
        <w:ind w:firstLine="482"/>
        <w:jc w:val="both"/>
      </w:pPr>
      <w:r>
        <w:rPr>
          <w:rFonts w:ascii="Times New Roman" w:hAnsi="Times New Roman" w:eastAsia="宋体"/>
          <w:b w:val="0"/>
          <w:sz w:val="24"/>
        </w:rPr>
        <w:t>报考“退役大学生士兵计划”的考生，应为高校学生应征入伍退出现役且符合全国硕士研究生招生考试报考条件〔高校学生指全日制普通本专科（含高职）、研究生、第二学士学位的应（往）届毕业生、在校生和入学新生，以及成人高校招收的普通本专科（含高职）应（往）届毕业生、在校生和入学新生，下同〕。考生报名时应当选择填报“退役大学生士兵计划”，并按要求填报本人入伍前的入学信息以及入伍、退役等相关信息，在复试前向学校提供《入伍批准书》和《退出现役证》（限士兵）进行复核。审核或复核未通过的，不得按照“退役大学生士兵计划”参加复试，仅可在调剂阶段按规定申请调剂到普通计划。报考普通计划的考生，若报名时申请退役大学生士兵初试加分并审核通过，调剂阶段可按规定申请调剂“退役大学生士兵计划”；若报名时未申请退役大学生士兵初试加分的，不可参加“退役大学生士兵计划”调剂。</w:t>
      </w:r>
    </w:p>
    <w:p>
      <w:pPr>
        <w:spacing w:before="160" w:after="80" w:lineRule="auto" w:line="360"/>
        <w:jc w:val="left"/>
      </w:pPr>
      <w:r>
        <w:rPr>
          <w:rFonts w:ascii="Times New Roman" w:hAnsi="Times New Roman" w:eastAsia="宋体"/>
          <w:b/>
          <w:sz w:val="28"/>
        </w:rPr>
        <w:t>七、报名</w:t>
      </w:r>
    </w:p>
    <w:p>
      <w:pPr>
        <w:spacing w:after="80" w:lineRule="auto" w:line="360"/>
        <w:ind w:firstLine="482"/>
        <w:jc w:val="both"/>
      </w:pPr>
      <w:r>
        <w:rPr>
          <w:rFonts w:ascii="Times New Roman" w:hAnsi="Times New Roman" w:eastAsia="宋体"/>
          <w:b w:val="0"/>
          <w:sz w:val="24"/>
        </w:rPr>
        <w:t>报名包括网上报名和网上确认两个阶段。所有考生均须参加网上报名和网上确认，积极配合签署《考生诚信考试承诺书》并遵守相关约定，认真核对并确认本人报名信息，根据核验工作要求提交补充材料，逾期不得补办。在读研究生报考须在报名前征得所在培养单位同意。考生因网报信息填写错误、填报虚假信息而造成不能考试（含初试、复试）或录取的，后果由考生本人承担。</w:t>
      </w:r>
    </w:p>
    <w:p>
      <w:pPr>
        <w:spacing w:after="80" w:lineRule="auto" w:line="360"/>
        <w:ind w:firstLine="482"/>
        <w:jc w:val="both"/>
      </w:pPr>
      <w:r>
        <w:rPr>
          <w:rFonts w:ascii="Times New Roman" w:hAnsi="Times New Roman" w:eastAsia="宋体"/>
          <w:b w:val="0"/>
          <w:sz w:val="24"/>
        </w:rPr>
        <w:t>（一）网上报名要求</w:t>
      </w:r>
    </w:p>
    <w:p>
      <w:pPr>
        <w:spacing w:after="80" w:lineRule="auto" w:line="360"/>
        <w:ind w:firstLine="482"/>
        <w:jc w:val="both"/>
      </w:pPr>
      <w:r>
        <w:rPr>
          <w:rFonts w:ascii="Times New Roman" w:hAnsi="Times New Roman" w:eastAsia="宋体"/>
          <w:b w:val="0"/>
          <w:sz w:val="24"/>
        </w:rPr>
        <w:t>1. 网上报名时间为2025年10月16日至10月27日（网上预报名时间为2025年10月10日至10月13日），每日9:00—22:00。</w:t>
      </w:r>
    </w:p>
    <w:p>
      <w:pPr>
        <w:spacing w:after="80" w:lineRule="auto" w:line="360"/>
        <w:ind w:firstLine="482"/>
        <w:jc w:val="both"/>
      </w:pPr>
      <w:r>
        <w:rPr>
          <w:rFonts w:ascii="Times New Roman" w:hAnsi="Times New Roman" w:eastAsia="宋体"/>
          <w:b w:val="0"/>
          <w:sz w:val="24"/>
        </w:rPr>
        <w:t>2. 考生应在规定时间登录“中国研究生招生信息网”（网址：https://yz.chsi.com.cn，以下简称“研招网”）参加报名，并按省级教育招生考试机构、报考点以及报考招生单位的网上公告要求报名。报名期间，考生可自行修改网上报名信息或重新填报报名信息，但每位考生只能保留一条有效报名信息。逾期不得修改报名信息。</w:t>
      </w:r>
    </w:p>
    <w:p>
      <w:pPr>
        <w:spacing w:after="80" w:lineRule="auto" w:line="360"/>
        <w:ind w:firstLine="482"/>
        <w:jc w:val="both"/>
      </w:pPr>
      <w:r>
        <w:rPr>
          <w:rFonts w:ascii="Times New Roman" w:hAnsi="Times New Roman" w:eastAsia="宋体"/>
          <w:b w:val="0"/>
          <w:sz w:val="24"/>
        </w:rPr>
        <w:t>3. 考生报名时只能填报一个招生单位的一个专业。</w:t>
      </w:r>
    </w:p>
    <w:p>
      <w:pPr>
        <w:spacing w:after="80" w:lineRule="auto" w:line="360"/>
        <w:ind w:firstLine="482"/>
        <w:jc w:val="both"/>
      </w:pPr>
      <w:r>
        <w:rPr>
          <w:rFonts w:ascii="Times New Roman" w:hAnsi="Times New Roman" w:eastAsia="宋体"/>
          <w:b w:val="0"/>
          <w:sz w:val="24"/>
        </w:rPr>
        <w:t>4. 考生应按学校要求如实填写并提供真实材料。</w:t>
      </w:r>
    </w:p>
    <w:p>
      <w:pPr>
        <w:spacing w:after="80" w:lineRule="auto" w:line="360"/>
        <w:ind w:firstLine="482"/>
        <w:jc w:val="both"/>
      </w:pPr>
      <w:r>
        <w:rPr>
          <w:rFonts w:ascii="Times New Roman" w:hAnsi="Times New Roman" w:eastAsia="宋体"/>
          <w:b w:val="0"/>
          <w:sz w:val="24"/>
        </w:rPr>
        <w:t>5. 考生要如实填写本人所受奖惩情况，特别是在参加普通和成人高等学校招生考试、全国硕士研究生招生考试、高等教育自学考试等国家教育考试过程中因违纪、作弊所受处罚情况。对弄虚作假者，将按照《国家教育考试违规处理办法》《普通高等学校招生违规行为处理暂行办法》严肃处理。</w:t>
      </w:r>
    </w:p>
    <w:p>
      <w:pPr>
        <w:spacing w:after="80" w:lineRule="auto" w:line="360"/>
        <w:ind w:firstLine="482"/>
        <w:jc w:val="both"/>
      </w:pPr>
      <w:r>
        <w:rPr>
          <w:rFonts w:ascii="Times New Roman" w:hAnsi="Times New Roman" w:eastAsia="宋体"/>
          <w:b w:val="0"/>
          <w:sz w:val="24"/>
        </w:rPr>
        <w:t>6. 报名期间将对考生学历（学籍）信息进行网上校验，考生可上网查看学历（学籍）校验结果。考生在报名前或报名期间自行登录“中国高等教育学生信息网”（网址：https://www.chsi.com.cn）查询本人学历（学籍）信息。未能通过学历（学籍）网上校验的考生，应在我校规定时间内按要求完成学历（学籍）核验。</w:t>
      </w:r>
    </w:p>
    <w:p>
      <w:pPr>
        <w:spacing w:after="80" w:lineRule="auto" w:line="360"/>
        <w:ind w:firstLine="482"/>
        <w:jc w:val="both"/>
      </w:pPr>
      <w:r>
        <w:rPr>
          <w:rFonts w:ascii="Times New Roman" w:hAnsi="Times New Roman" w:eastAsia="宋体"/>
          <w:b w:val="0"/>
          <w:sz w:val="24"/>
        </w:rPr>
        <w:t>7. 申请“享受少数民族照顾政策”的考生，须在网上报名时按要求填报相关信息，并如实填写少数民族身份及定向就业少数民族地区。只有报考地处二区招生单位且毕业后在国务院公布的民族区域自治地方定向就业的少数民族普通高校应届本科毕业生；或者报名时工作单位和户籍在国务院公布的民族区域自治地方，且定向就业单位为原单位的少数民族在职人员考生，可按规定享受少数民族照顾政策。申请享受少数民族照顾政策的考生，不再享受初试加分政策。报考点对相关考生资格进行初审，我校在复试（含调剂）前进行复审。</w:t>
      </w:r>
    </w:p>
    <w:p>
      <w:pPr>
        <w:spacing w:after="80" w:lineRule="auto" w:line="360"/>
        <w:ind w:firstLine="482"/>
        <w:jc w:val="both"/>
      </w:pPr>
      <w:r>
        <w:rPr>
          <w:rFonts w:ascii="Times New Roman" w:hAnsi="Times New Roman" w:eastAsia="宋体"/>
          <w:b w:val="0"/>
          <w:sz w:val="24"/>
        </w:rPr>
        <w:t>8. 符合规定条件并申请享受初试加分政策的考生，须在网上报名时按要求填报相关信息。有关部门、报考点对相关考生资格进行初审，我校在复试前进行复审，确定考生的相应资格。</w:t>
      </w:r>
    </w:p>
    <w:p>
      <w:pPr>
        <w:spacing w:after="80" w:lineRule="auto" w:line="360"/>
        <w:ind w:firstLine="482"/>
        <w:jc w:val="both"/>
      </w:pPr>
      <w:r>
        <w:rPr>
          <w:rFonts w:ascii="Times New Roman" w:hAnsi="Times New Roman" w:eastAsia="宋体"/>
          <w:b w:val="0"/>
          <w:sz w:val="24"/>
        </w:rPr>
        <w:t>9. 未按规定申报或审核（含复审）未通过的，不享受相应的加分、照顾、免初试政策，或不得参加有关专项计划初、复试。</w:t>
      </w:r>
    </w:p>
    <w:p>
      <w:pPr>
        <w:spacing w:after="80" w:lineRule="auto" w:line="360"/>
        <w:ind w:firstLine="482"/>
        <w:jc w:val="both"/>
      </w:pPr>
      <w:r>
        <w:rPr>
          <w:rFonts w:ascii="Times New Roman" w:hAnsi="Times New Roman" w:eastAsia="宋体"/>
          <w:b w:val="0"/>
          <w:sz w:val="24"/>
        </w:rPr>
        <w:t>10. 考生应当认真了解并严格按照报考条件及相关政策要求填报志愿并选择报考点。因不符合报考条件及相关政策要求，造成后续不能网上确认、考试（含初试和复试）或录取的，后果由考生本人承担。</w:t>
      </w:r>
    </w:p>
    <w:p>
      <w:pPr>
        <w:spacing w:after="80" w:lineRule="auto" w:line="360"/>
        <w:ind w:firstLine="482"/>
        <w:jc w:val="both"/>
      </w:pPr>
      <w:r>
        <w:rPr>
          <w:rFonts w:ascii="Times New Roman" w:hAnsi="Times New Roman" w:eastAsia="宋体"/>
          <w:b w:val="0"/>
          <w:sz w:val="24"/>
        </w:rPr>
        <w:t>11. 考生应当按要求准确填写个人网上报名信息并提供真实材料。考生因网报信息填写错误、填报虚假信息而造成不能考试（含初试和复试）或录取的，后果由考生本人承担。</w:t>
      </w:r>
    </w:p>
    <w:p>
      <w:pPr>
        <w:spacing w:after="80" w:lineRule="auto" w:line="360"/>
        <w:ind w:firstLine="482"/>
        <w:jc w:val="both"/>
      </w:pPr>
      <w:r>
        <w:rPr>
          <w:rFonts w:ascii="Times New Roman" w:hAnsi="Times New Roman" w:eastAsia="宋体"/>
          <w:b w:val="0"/>
          <w:sz w:val="24"/>
        </w:rPr>
        <w:t>12. 考生网上报名成功后，应通过定期查阅省级教育招生考试机构、报考点、招生单位官方网站等方式，主动了解网上确认、考试安排及注意事项等，积极配合完成相关工作。</w:t>
      </w:r>
    </w:p>
    <w:p>
      <w:pPr>
        <w:spacing w:after="80" w:lineRule="auto" w:line="360"/>
        <w:ind w:firstLine="482"/>
        <w:jc w:val="both"/>
      </w:pPr>
      <w:r>
        <w:rPr>
          <w:rFonts w:ascii="Times New Roman" w:hAnsi="Times New Roman" w:eastAsia="宋体"/>
          <w:b w:val="0"/>
          <w:sz w:val="24"/>
        </w:rPr>
        <w:t>（二）网上确认要求</w:t>
      </w:r>
    </w:p>
    <w:p>
      <w:pPr>
        <w:spacing w:after="80" w:lineRule="auto" w:line="360"/>
        <w:ind w:firstLine="482"/>
        <w:jc w:val="both"/>
      </w:pPr>
      <w:r>
        <w:rPr>
          <w:rFonts w:ascii="Times New Roman" w:hAnsi="Times New Roman" w:eastAsia="宋体"/>
          <w:b w:val="0"/>
          <w:sz w:val="24"/>
        </w:rPr>
        <w:t>1. 所有考生（不含推免生）均应当在规定时间内在网上核对并确认其网上报名信息，逾期不再补办。网上确认时间由省级教育招生考试机构根据国家招生工作安排和本地区报考组织情况自行确定和公布，具体确认工作由相关报考点组织实施。</w:t>
      </w:r>
    </w:p>
    <w:p>
      <w:pPr>
        <w:spacing w:after="80" w:lineRule="auto" w:line="360"/>
        <w:ind w:firstLine="482"/>
        <w:jc w:val="both"/>
      </w:pPr>
      <w:r>
        <w:rPr>
          <w:rFonts w:ascii="Times New Roman" w:hAnsi="Times New Roman" w:eastAsia="宋体"/>
          <w:b w:val="0"/>
          <w:sz w:val="24"/>
        </w:rPr>
        <w:t>2. 考生网上确认时应当积极配合报考点，根据核验工作要求提交有关补充材料。</w:t>
      </w:r>
    </w:p>
    <w:p>
      <w:pPr>
        <w:spacing w:after="80" w:lineRule="auto" w:line="360"/>
        <w:ind w:firstLine="482"/>
        <w:jc w:val="both"/>
      </w:pPr>
      <w:r>
        <w:rPr>
          <w:rFonts w:ascii="Times New Roman" w:hAnsi="Times New Roman" w:eastAsia="宋体"/>
          <w:b w:val="0"/>
          <w:sz w:val="24"/>
        </w:rPr>
        <w:t>3. 所有考生均应当对本人网上报名信息进行认真核对并确认。报名信息经考生确认后一律不作修改，因考生填写错误引起的一切后果自行承担。</w:t>
      </w:r>
    </w:p>
    <w:p>
      <w:pPr>
        <w:spacing w:after="80" w:lineRule="auto" w:line="360"/>
        <w:ind w:firstLine="482"/>
        <w:jc w:val="both"/>
      </w:pPr>
      <w:r>
        <w:rPr>
          <w:rFonts w:ascii="Times New Roman" w:hAnsi="Times New Roman" w:eastAsia="宋体"/>
          <w:b w:val="0"/>
          <w:sz w:val="24"/>
        </w:rPr>
        <w:t>4. 考生应当按规定缴纳报考费。</w:t>
      </w:r>
    </w:p>
    <w:p>
      <w:pPr>
        <w:spacing w:after="80" w:lineRule="auto" w:line="360"/>
        <w:ind w:firstLine="482"/>
        <w:jc w:val="both"/>
      </w:pPr>
      <w:r>
        <w:rPr>
          <w:rFonts w:ascii="Times New Roman" w:hAnsi="Times New Roman" w:eastAsia="宋体"/>
          <w:b w:val="0"/>
          <w:sz w:val="24"/>
        </w:rPr>
        <w:t>5. 考生应当按报考点规定配合采集本人图像等相关电子信息。</w:t>
      </w:r>
    </w:p>
    <w:p>
      <w:pPr>
        <w:spacing w:after="80" w:lineRule="auto" w:line="360"/>
        <w:ind w:firstLine="482"/>
        <w:jc w:val="both"/>
      </w:pPr>
      <w:r>
        <w:rPr>
          <w:rFonts w:ascii="Times New Roman" w:hAnsi="Times New Roman" w:eastAsia="宋体"/>
          <w:b w:val="0"/>
          <w:sz w:val="24"/>
        </w:rPr>
        <w:t>6. 考生填报的报名信息与报考条件不符的，不得准予考试。</w:t>
      </w:r>
    </w:p>
    <w:p>
      <w:pPr>
        <w:spacing w:before="160" w:after="80" w:lineRule="auto" w:line="360"/>
        <w:jc w:val="left"/>
      </w:pPr>
      <w:r>
        <w:rPr>
          <w:rFonts w:ascii="Times New Roman" w:hAnsi="Times New Roman" w:eastAsia="宋体"/>
          <w:b/>
          <w:sz w:val="28"/>
        </w:rPr>
        <w:t>八、初试及复试</w:t>
      </w:r>
    </w:p>
    <w:p>
      <w:pPr>
        <w:spacing w:after="80" w:lineRule="auto" w:line="360"/>
        <w:ind w:firstLine="482"/>
        <w:jc w:val="both"/>
      </w:pPr>
      <w:r>
        <w:rPr>
          <w:rFonts w:ascii="Times New Roman" w:hAnsi="Times New Roman" w:eastAsia="宋体"/>
          <w:b w:val="0"/>
          <w:sz w:val="24"/>
        </w:rPr>
        <w:t>（一）初试</w:t>
      </w:r>
    </w:p>
    <w:p>
      <w:pPr>
        <w:spacing w:after="80" w:lineRule="auto" w:line="360"/>
        <w:ind w:firstLine="482"/>
        <w:jc w:val="both"/>
      </w:pPr>
      <w:r>
        <w:rPr>
          <w:rFonts w:ascii="Times New Roman" w:hAnsi="Times New Roman" w:eastAsia="宋体"/>
          <w:b w:val="0"/>
          <w:sz w:val="24"/>
        </w:rPr>
        <w:t>1. 初试方式均为笔试。</w:t>
      </w:r>
    </w:p>
    <w:p>
      <w:pPr>
        <w:spacing w:after="80" w:lineRule="auto" w:line="360"/>
        <w:ind w:firstLine="482"/>
        <w:jc w:val="both"/>
      </w:pPr>
      <w:r>
        <w:rPr>
          <w:rFonts w:ascii="Times New Roman" w:hAnsi="Times New Roman" w:eastAsia="宋体"/>
          <w:b w:val="0"/>
          <w:sz w:val="24"/>
        </w:rPr>
        <w:t>2. 初试时间：2025年12月20日至21日。其中，12月20日上午8:30—11:30，思想政治理论或管理类综合能力；12月20日下午14:00—17:00，外国语；12月21日上午8:30—11:30，业务课（一）或专业基础综合；12月21日14:00开始，业务课（二）。考试时间以北京时间为准。</w:t>
      </w:r>
    </w:p>
    <w:p>
      <w:pPr>
        <w:spacing w:after="80" w:lineRule="auto" w:line="360"/>
        <w:ind w:firstLine="482"/>
        <w:jc w:val="both"/>
      </w:pPr>
      <w:r>
        <w:rPr>
          <w:rFonts w:ascii="Times New Roman" w:hAnsi="Times New Roman" w:eastAsia="宋体"/>
          <w:b w:val="0"/>
          <w:sz w:val="24"/>
        </w:rPr>
        <w:t>3. 初试科目：详见招生专业目录。各科考试时间均为3小时。</w:t>
      </w:r>
    </w:p>
    <w:p>
      <w:pPr>
        <w:spacing w:after="80" w:lineRule="auto" w:line="360"/>
        <w:ind w:firstLine="482"/>
        <w:jc w:val="both"/>
      </w:pPr>
      <w:r>
        <w:rPr>
          <w:rFonts w:ascii="Times New Roman" w:hAnsi="Times New Roman" w:eastAsia="宋体"/>
          <w:b w:val="0"/>
          <w:sz w:val="24"/>
        </w:rPr>
        <w:t>4. 初试地点：考生在报名点指定的地点参加考试，详见考生准考证。</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1. 复试一般在2026年4月底前完成，具体工作安排以国家分数线公布后学校网站公告为准。</w:t>
      </w:r>
    </w:p>
    <w:p>
      <w:pPr>
        <w:spacing w:after="80" w:lineRule="auto" w:line="360"/>
        <w:ind w:firstLine="482"/>
        <w:jc w:val="both"/>
      </w:pPr>
      <w:r>
        <w:rPr>
          <w:rFonts w:ascii="Times New Roman" w:hAnsi="Times New Roman" w:eastAsia="宋体"/>
          <w:b w:val="0"/>
          <w:sz w:val="24"/>
        </w:rPr>
        <w:t>2. 学校按照教育部有关规定制定本单位的复试录取办法和各学院实施细则，并提前在我校研究生院等网站向社会公布。复试内容包括专业课笔试、外语听力与口语、专业综合面试。复试成绩和初试成绩按权重相加，得出入学考试总成绩。</w:t>
      </w:r>
    </w:p>
    <w:p>
      <w:pPr>
        <w:spacing w:after="80" w:lineRule="auto" w:line="360"/>
        <w:ind w:firstLine="482"/>
        <w:jc w:val="both"/>
      </w:pPr>
      <w:r>
        <w:rPr>
          <w:rFonts w:ascii="Times New Roman" w:hAnsi="Times New Roman" w:eastAsia="宋体"/>
          <w:b w:val="0"/>
          <w:sz w:val="24"/>
        </w:rPr>
        <w:t>3. 学校复试阶段将再次对参加复试考生进行资格审查，届时考生须出示下列材料：</w:t>
      </w:r>
    </w:p>
    <w:p>
      <w:pPr>
        <w:spacing w:after="80" w:lineRule="auto" w:line="360"/>
        <w:ind w:firstLine="482"/>
        <w:jc w:val="both"/>
      </w:pPr>
      <w:r>
        <w:rPr>
          <w:rFonts w:ascii="Times New Roman" w:hAnsi="Times New Roman" w:eastAsia="宋体"/>
          <w:b w:val="0"/>
          <w:sz w:val="24"/>
        </w:rPr>
        <w:t>（1）本人有效身份证原件及复印件；</w:t>
      </w:r>
    </w:p>
    <w:p>
      <w:pPr>
        <w:spacing w:after="80" w:lineRule="auto" w:line="360"/>
        <w:ind w:firstLine="482"/>
        <w:jc w:val="both"/>
      </w:pPr>
      <w:r>
        <w:rPr>
          <w:rFonts w:ascii="Times New Roman" w:hAnsi="Times New Roman" w:eastAsia="宋体"/>
          <w:b w:val="0"/>
          <w:sz w:val="24"/>
        </w:rPr>
        <w:t>（2）学历证书、学位证书原件及复印件（应届本科毕业生持学生证原件及复印件）；</w:t>
      </w:r>
    </w:p>
    <w:p>
      <w:pPr>
        <w:spacing w:after="80" w:lineRule="auto" w:line="360"/>
        <w:ind w:firstLine="482"/>
        <w:jc w:val="both"/>
      </w:pPr>
      <w:r>
        <w:rPr>
          <w:rFonts w:ascii="Times New Roman" w:hAnsi="Times New Roman" w:eastAsia="宋体"/>
          <w:b w:val="0"/>
          <w:sz w:val="24"/>
        </w:rPr>
        <w:t>（3）档案所在单位政审材料；</w:t>
      </w:r>
    </w:p>
    <w:p>
      <w:pPr>
        <w:spacing w:after="80" w:lineRule="auto" w:line="360"/>
        <w:ind w:firstLine="482"/>
        <w:jc w:val="both"/>
      </w:pPr>
      <w:r>
        <w:rPr>
          <w:rFonts w:ascii="Times New Roman" w:hAnsi="Times New Roman" w:eastAsia="宋体"/>
          <w:b w:val="0"/>
          <w:sz w:val="24"/>
        </w:rPr>
        <w:t>（4）考生学历（学籍）信息核验未通过的考生，在复试报到时应当提交学历（学籍）认证报告，以供核验。国内学历未通过考生提供在教育部学信网下载的《教育部学历证书电子注册备案表》或《中国高等教育学历认证报告》原件和复印件；持国外学历未通过考生提供教育部留学服务中心开具留学认证材料原件和复印件。</w:t>
      </w:r>
    </w:p>
    <w:p>
      <w:pPr>
        <w:spacing w:after="80" w:lineRule="auto" w:line="360"/>
        <w:ind w:firstLine="482"/>
        <w:jc w:val="both"/>
      </w:pPr>
      <w:r>
        <w:rPr>
          <w:rFonts w:ascii="Times New Roman" w:hAnsi="Times New Roman" w:eastAsia="宋体"/>
          <w:b w:val="0"/>
          <w:sz w:val="24"/>
        </w:rPr>
        <w:t>（5）凡未毕业自学考试考生，需持本人身份证确认，要求注册学籍在2023年12月以前，提供全国自学考试6科以上（含6科）成绩合格证明；成人高校专升本在读考生持《教育部学籍在线验证报告》，方可参加复试。</w:t>
      </w:r>
    </w:p>
    <w:p>
      <w:pPr>
        <w:spacing w:before="160" w:after="80" w:lineRule="auto" w:line="360"/>
        <w:jc w:val="left"/>
      </w:pPr>
      <w:r>
        <w:rPr>
          <w:rFonts w:ascii="Times New Roman" w:hAnsi="Times New Roman" w:eastAsia="宋体"/>
          <w:b/>
          <w:sz w:val="28"/>
        </w:rPr>
        <w:t>九、体格检查</w:t>
      </w:r>
    </w:p>
    <w:p>
      <w:pPr>
        <w:spacing w:after="80" w:lineRule="auto" w:line="360"/>
        <w:ind w:firstLine="482"/>
        <w:jc w:val="both"/>
      </w:pPr>
      <w:r>
        <w:rPr>
          <w:rFonts w:ascii="Times New Roman" w:hAnsi="Times New Roman" w:eastAsia="宋体"/>
          <w:b w:val="0"/>
          <w:sz w:val="24"/>
        </w:rPr>
        <w:t>体检时间：考生在拟录取后须参加体检，具体时间、要求由我校另行通知。</w:t>
      </w:r>
    </w:p>
    <w:p>
      <w:pPr>
        <w:spacing w:after="80" w:lineRule="auto" w:line="360"/>
        <w:ind w:firstLine="482"/>
        <w:jc w:val="both"/>
      </w:pPr>
      <w:r>
        <w:rPr>
          <w:rFonts w:ascii="Times New Roman" w:hAnsi="Times New Roman" w:eastAsia="宋体"/>
          <w:b w:val="0"/>
          <w:sz w:val="24"/>
        </w:rPr>
        <w:t>体检要求：根据《残疾人教育条例》和《教育部办公厅 卫生部办公厅关于普通高等学校招生学生入学身体检查取消乙肝项目检测有关问题的通知》（教学厅〔2010〕2号）等文件规定，参照《教育部 卫生部 中国残疾人联合会关于印发〈普通高等学校招生体检工作指导意见〉的通知》（教学〔2003〕3号）要求，结合招生专业实际情况，提出体检要求。</w:t>
      </w:r>
    </w:p>
    <w:p>
      <w:pPr>
        <w:spacing w:before="160" w:after="80" w:lineRule="auto" w:line="360"/>
        <w:jc w:val="left"/>
      </w:pPr>
      <w:r>
        <w:rPr>
          <w:rFonts w:ascii="Times New Roman" w:hAnsi="Times New Roman" w:eastAsia="宋体"/>
          <w:b/>
          <w:sz w:val="28"/>
        </w:rPr>
        <w:t>十、录取</w:t>
      </w:r>
    </w:p>
    <w:p>
      <w:pPr>
        <w:spacing w:after="80" w:lineRule="auto" w:line="360"/>
        <w:ind w:firstLine="482"/>
        <w:jc w:val="both"/>
      </w:pPr>
      <w:r>
        <w:rPr>
          <w:rFonts w:ascii="Times New Roman" w:hAnsi="Times New Roman" w:eastAsia="宋体"/>
          <w:b w:val="0"/>
          <w:sz w:val="24"/>
        </w:rPr>
        <w:t>我校根据国家下达的招生计划、复试录取办法以及考生考试综合成绩、思想政治素质和品德考核情况、身心健康状况等择优确定拟录取名单。</w:t>
      </w:r>
    </w:p>
    <w:p>
      <w:pPr>
        <w:spacing w:after="80" w:lineRule="auto" w:line="360"/>
        <w:ind w:firstLine="482"/>
        <w:jc w:val="both"/>
      </w:pPr>
      <w:r>
        <w:rPr>
          <w:rFonts w:ascii="Times New Roman" w:hAnsi="Times New Roman" w:eastAsia="宋体"/>
          <w:b w:val="0"/>
          <w:sz w:val="24"/>
        </w:rPr>
        <w:t>我校将考生考试诚信状况作为思想品德考核的重要内容和录取的重要依据，对于思想品德考核不合格者，将不予录取。</w:t>
      </w:r>
    </w:p>
    <w:p>
      <w:pPr>
        <w:spacing w:after="80" w:lineRule="auto" w:line="360"/>
        <w:ind w:firstLine="482"/>
        <w:jc w:val="both"/>
      </w:pPr>
      <w:r>
        <w:rPr>
          <w:rFonts w:ascii="Times New Roman" w:hAnsi="Times New Roman" w:eastAsia="宋体"/>
          <w:b w:val="0"/>
          <w:sz w:val="24"/>
        </w:rPr>
        <w:t>定向就业的硕士研究生均须在被录取前与招生单位、用人单位一同签订定向就业合同。</w:t>
      </w:r>
    </w:p>
    <w:p>
      <w:pPr>
        <w:spacing w:after="80" w:lineRule="auto" w:line="360"/>
        <w:ind w:firstLine="482"/>
        <w:jc w:val="both"/>
      </w:pPr>
      <w:r>
        <w:rPr>
          <w:rFonts w:ascii="Times New Roman" w:hAnsi="Times New Roman" w:eastAsia="宋体"/>
          <w:b w:val="0"/>
          <w:sz w:val="24"/>
        </w:rPr>
        <w:t>拟录取的考生如保留入学资格，须在录取前由本人提出申请，经学校同意，可以参加工作1至2年，再入学学习。</w:t>
      </w:r>
    </w:p>
    <w:p>
      <w:pPr>
        <w:spacing w:after="80" w:lineRule="auto" w:line="360"/>
        <w:ind w:firstLine="482"/>
        <w:jc w:val="both"/>
      </w:pPr>
      <w:r>
        <w:rPr>
          <w:rFonts w:ascii="Times New Roman" w:hAnsi="Times New Roman" w:eastAsia="宋体"/>
          <w:b w:val="0"/>
          <w:sz w:val="24"/>
        </w:rPr>
        <w:t>应届本科毕业生及自学考试和网络教育届时可毕业本科生考生，在录取当年入学前须取得国家承认的国（境）内高校本科毕业证书或教育部留学服务中心出具的《国（境）外学历学位认证书》，否则其录取资格无效。</w:t>
      </w:r>
    </w:p>
    <w:p>
      <w:pPr>
        <w:spacing w:before="160" w:after="80" w:lineRule="auto" w:line="360"/>
        <w:jc w:val="left"/>
      </w:pPr>
      <w:r>
        <w:rPr>
          <w:rFonts w:ascii="Times New Roman" w:hAnsi="Times New Roman" w:eastAsia="宋体"/>
          <w:b/>
          <w:sz w:val="28"/>
        </w:rPr>
        <w:t>十一、违纪处罚</w:t>
      </w:r>
    </w:p>
    <w:p>
      <w:pPr>
        <w:spacing w:after="80" w:lineRule="auto" w:line="360"/>
        <w:ind w:firstLine="482"/>
        <w:jc w:val="both"/>
      </w:pPr>
      <w:r>
        <w:rPr>
          <w:rFonts w:ascii="Times New Roman" w:hAnsi="Times New Roman" w:eastAsia="宋体"/>
          <w:b w:val="0"/>
          <w:sz w:val="24"/>
        </w:rPr>
        <w:t>考生应自觉树立遵章守纪、诚实考试的意识。初试期间，考生应自觉遵守《全国硕士研究生招生考试考场规则》及各考点考场纪律；复试期间，考生应自觉遵守招生单位考场规则及考生所签署的《诚信复试承诺书》等内容，在学校复试工作结束前不得对外透露或传播复试试题内容等有关情况。对在研究生考试招生中违反考试管理规定和考场纪律，影响考试公平、公正的考生、考试工作人员及其他相关人员，一律按《中华人民共和国刑法》《中华人民共和国教育法》《最高人民法院 最高人民检察院关于办理组织考试作弊等刑事案件适用法律若干问题的解释》及《国家教育考试违规处理办法》（教育部令第33号）严肃处理。对在校生，由其所在学校按有关规定给予处分，直至开除学籍；对在职考生，通知考生所在单位，由考生所在单位视情节给予党纪或政纪处分；对考试工作人员，由教育招生考试机构或其所在单位视情节给予相应的行政处分；构成违法的，依法追究法律责任，其中构成犯罪的，依法追究刑事责任。</w:t>
      </w:r>
    </w:p>
    <w:p>
      <w:pPr>
        <w:spacing w:before="160" w:after="80" w:lineRule="auto" w:line="360"/>
        <w:jc w:val="left"/>
      </w:pPr>
      <w:r>
        <w:rPr>
          <w:rFonts w:ascii="Times New Roman" w:hAnsi="Times New Roman" w:eastAsia="宋体"/>
          <w:b/>
          <w:sz w:val="28"/>
        </w:rPr>
        <w:t>十二、其他注意事项</w:t>
      </w:r>
    </w:p>
    <w:p>
      <w:pPr>
        <w:spacing w:after="80" w:lineRule="auto" w:line="360"/>
        <w:ind w:firstLine="482"/>
        <w:jc w:val="both"/>
      </w:pPr>
      <w:r>
        <w:rPr>
          <w:rFonts w:ascii="Times New Roman" w:hAnsi="Times New Roman" w:eastAsia="宋体"/>
          <w:b w:val="0"/>
          <w:sz w:val="24"/>
        </w:rPr>
        <w:t>1. 上述说明如与教育部2026年招生文件精神不符，以教育部招生文件为准。</w:t>
      </w:r>
    </w:p>
    <w:p>
      <w:pPr>
        <w:spacing w:after="80" w:lineRule="auto" w:line="360"/>
        <w:ind w:firstLine="482"/>
        <w:jc w:val="both"/>
      </w:pPr>
      <w:r>
        <w:rPr>
          <w:rFonts w:ascii="Times New Roman" w:hAnsi="Times New Roman" w:eastAsia="宋体"/>
          <w:b w:val="0"/>
          <w:sz w:val="24"/>
        </w:rPr>
        <w:t>2. 所有考生均要对本人网上报名信息进行认真核对并确认。经考生确认的报名信息在考试、复试及录取阶段一律不作修改，因考生填写错误引起的一切后果自行承担。</w:t>
      </w:r>
    </w:p>
    <w:p>
      <w:pPr>
        <w:spacing w:after="80" w:lineRule="auto" w:line="360"/>
        <w:ind w:firstLine="482"/>
        <w:jc w:val="both"/>
      </w:pPr>
      <w:r>
        <w:rPr>
          <w:rFonts w:ascii="Times New Roman" w:hAnsi="Times New Roman" w:eastAsia="宋体"/>
          <w:b w:val="0"/>
          <w:sz w:val="24"/>
        </w:rPr>
        <w:t>3. 我校自命题考试科目一律不提供往年真题，考试内容范围按公布的考试大纲执行。</w:t>
      </w:r>
    </w:p>
    <w:p>
      <w:pPr>
        <w:spacing w:after="80" w:lineRule="auto" w:line="360"/>
        <w:ind w:firstLine="482"/>
        <w:jc w:val="both"/>
      </w:pPr>
      <w:r>
        <w:rPr>
          <w:rFonts w:ascii="Times New Roman" w:hAnsi="Times New Roman" w:eastAsia="宋体"/>
          <w:b w:val="0"/>
          <w:sz w:val="24"/>
        </w:rPr>
        <w:t>4. 为方便我校与考生联系，考生通过网上报名填写信息时，一定要认真填写详细地址及长期使用的联系电话（手机及固定电话），以便开展复试及录取相关工作。</w:t>
      </w:r>
    </w:p>
    <w:p>
      <w:pPr>
        <w:spacing w:after="80" w:lineRule="auto" w:line="360"/>
        <w:ind w:firstLine="482"/>
        <w:jc w:val="both"/>
      </w:pPr>
      <w:r>
        <w:rPr>
          <w:rFonts w:ascii="Times New Roman" w:hAnsi="Times New Roman" w:eastAsia="宋体"/>
          <w:b w:val="0"/>
          <w:sz w:val="24"/>
        </w:rPr>
        <w:t>5. 我校研究生招生工作有关动态将及时在网上公布，请考生随时关注我校网站及“研究生招生信息网”。</w:t>
      </w:r>
    </w:p>
    <w:p>
      <w:pPr>
        <w:spacing w:before="160" w:after="80" w:lineRule="auto" w:line="360"/>
        <w:jc w:val="left"/>
      </w:pPr>
      <w:r>
        <w:rPr>
          <w:rFonts w:ascii="Times New Roman" w:hAnsi="Times New Roman" w:eastAsia="宋体"/>
          <w:b/>
          <w:sz w:val="28"/>
        </w:rPr>
        <w:t>一、其他注意事项</w:t>
      </w:r>
    </w:p>
    <w:p>
      <w:pPr>
        <w:spacing w:after="80" w:lineRule="auto" w:line="360"/>
        <w:ind w:firstLine="482"/>
        <w:jc w:val="both"/>
      </w:pPr>
      <w:r>
        <w:rPr>
          <w:rFonts w:ascii="Times New Roman" w:hAnsi="Times New Roman" w:eastAsia="宋体"/>
          <w:b w:val="0"/>
          <w:sz w:val="24"/>
        </w:rPr>
        <w:t>1. 上述说明如与教育部2026年招生文件精神不符，以教育部招生文件为准。</w:t>
      </w:r>
    </w:p>
    <w:p>
      <w:pPr>
        <w:spacing w:after="80" w:lineRule="auto" w:line="360"/>
        <w:ind w:firstLine="482"/>
        <w:jc w:val="both"/>
      </w:pPr>
      <w:r>
        <w:rPr>
          <w:rFonts w:ascii="Times New Roman" w:hAnsi="Times New Roman" w:eastAsia="宋体"/>
          <w:b w:val="0"/>
          <w:sz w:val="24"/>
        </w:rPr>
        <w:t>2. 所有考生均要对本人网上报名信息进行认真核对并确认。经考生确认的报名信息在考试、复试及录取阶段一律不作修改，因考生填写错误引起的一切后果自行承担。</w:t>
      </w:r>
    </w:p>
    <w:p>
      <w:pPr>
        <w:spacing w:after="80" w:lineRule="auto" w:line="360"/>
        <w:ind w:firstLine="482"/>
        <w:jc w:val="both"/>
      </w:pPr>
      <w:r>
        <w:rPr>
          <w:rFonts w:ascii="Times New Roman" w:hAnsi="Times New Roman" w:eastAsia="宋体"/>
          <w:b w:val="0"/>
          <w:sz w:val="24"/>
        </w:rPr>
        <w:t>3. 我校自命题考试科目一律不提供往年真题，考试内容范围按公布的考试大纲执行。</w:t>
      </w:r>
    </w:p>
    <w:p>
      <w:pPr>
        <w:spacing w:after="80" w:lineRule="auto" w:line="360"/>
        <w:ind w:firstLine="482"/>
        <w:jc w:val="both"/>
      </w:pPr>
      <w:r>
        <w:rPr>
          <w:rFonts w:ascii="Times New Roman" w:hAnsi="Times New Roman" w:eastAsia="宋体"/>
          <w:b w:val="0"/>
          <w:sz w:val="24"/>
        </w:rPr>
        <w:t>4. 为方便我校与考生联系，考生通过网上报名填写信息时，一定要认真填写详细地址及长期使用的联系电话（手机及固定电话），以便开展复试及录取相关工作。</w:t>
      </w:r>
    </w:p>
    <w:p>
      <w:pPr>
        <w:spacing w:after="80" w:lineRule="auto" w:line="360"/>
        <w:ind w:firstLine="482"/>
        <w:jc w:val="both"/>
      </w:pPr>
      <w:r>
        <w:rPr>
          <w:rFonts w:ascii="Times New Roman" w:hAnsi="Times New Roman" w:eastAsia="宋体"/>
          <w:b w:val="0"/>
          <w:sz w:val="24"/>
        </w:rPr>
        <w:t>5. 我校研究生招生工作有关动态将及时在网上公布，请考生随时关注我校网站及“研究生招生信息网”。</w:t>
      </w:r>
    </w:p>
    <w:p>
      <w:pPr>
        <w:spacing w:after="80" w:lineRule="auto" w:line="360"/>
        <w:ind w:firstLine="482"/>
        <w:jc w:val="both"/>
      </w:pPr>
      <w:r>
        <w:rPr>
          <w:rFonts w:ascii="Times New Roman" w:hAnsi="Times New Roman" w:eastAsia="宋体"/>
          <w:b w:val="0"/>
          <w:sz w:val="24"/>
        </w:rPr>
        <w:t>6.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7. 本简章中未明确的其他相关事宜，按照教育部相关文件执行。</w:t>
      </w:r>
    </w:p>
    <w:p>
      <w:pPr>
        <w:spacing w:before="160" w:after="80" w:lineRule="auto" w:line="360"/>
        <w:jc w:val="left"/>
      </w:pPr>
      <w:r>
        <w:rPr>
          <w:rFonts w:ascii="Times New Roman" w:hAnsi="Times New Roman" w:eastAsia="宋体"/>
          <w:b/>
          <w:sz w:val="28"/>
        </w:rPr>
        <w:t>二、招生咨询及联系办法</w:t>
      </w:r>
    </w:p>
    <w:p>
      <w:pPr>
        <w:spacing w:after="80" w:lineRule="auto" w:line="360"/>
        <w:ind w:firstLine="482"/>
        <w:jc w:val="both"/>
      </w:pPr>
      <w:r>
        <w:rPr>
          <w:rFonts w:ascii="Times New Roman" w:hAnsi="Times New Roman" w:eastAsia="宋体"/>
          <w:b w:val="0"/>
          <w:sz w:val="24"/>
        </w:rPr>
        <w:t>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网址：http://yjsc.jsu.edu.cn</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after="80" w:lineRule="auto" w:line="360"/>
        <w:ind w:firstLine="482"/>
        <w:jc w:val="both"/>
      </w:pPr>
      <w:r>
        <w:rPr>
          <w:rFonts w:ascii="Times New Roman" w:hAnsi="Times New Roman" w:eastAsia="宋体"/>
          <w:b w:val="0"/>
          <w:sz w:val="24"/>
        </w:rPr>
        <w:t>网上公布，请考生随时关注我校网站及“研究生招生信息网”。</w:t>
      </w:r>
    </w:p>
    <w:p>
      <w:pPr>
        <w:spacing w:after="80" w:lineRule="auto" w:line="360"/>
        <w:ind w:firstLine="482"/>
        <w:jc w:val="both"/>
      </w:pPr>
      <w:r>
        <w:rPr>
          <w:rFonts w:ascii="Times New Roman" w:hAnsi="Times New Roman" w:eastAsia="宋体"/>
          <w:b w:val="0"/>
          <w:sz w:val="24"/>
        </w:rPr>
        <w:t>6.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7. 本简章中未明确的其他相关事宜，按照教育部相关文件执行。</w:t>
      </w:r>
    </w:p>
    <w:p>
      <w:pPr>
        <w:spacing w:before="160" w:after="80" w:lineRule="auto" w:line="360"/>
        <w:jc w:val="left"/>
      </w:pPr>
      <w:r>
        <w:rPr>
          <w:rFonts w:ascii="Times New Roman" w:hAnsi="Times New Roman" w:eastAsia="宋体"/>
          <w:b/>
          <w:sz w:val="28"/>
        </w:rPr>
        <w:t>一、招生咨询及联系办法</w:t>
      </w:r>
    </w:p>
    <w:p>
      <w:pPr>
        <w:spacing w:after="80" w:lineRule="auto" w:line="360"/>
        <w:ind w:firstLine="482"/>
        <w:jc w:val="both"/>
      </w:pPr>
      <w:r>
        <w:rPr>
          <w:rFonts w:ascii="Times New Roman" w:hAnsi="Times New Roman" w:eastAsia="宋体"/>
          <w:b w:val="0"/>
          <w:sz w:val="24"/>
        </w:rPr>
        <w:t>1. 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2. 邮编：416000</w:t>
      </w:r>
    </w:p>
    <w:p>
      <w:pPr>
        <w:spacing w:after="80" w:lineRule="auto" w:line="360"/>
        <w:ind w:firstLine="482"/>
        <w:jc w:val="both"/>
      </w:pPr>
      <w:r>
        <w:rPr>
          <w:rFonts w:ascii="Times New Roman" w:hAnsi="Times New Roman" w:eastAsia="宋体"/>
          <w:b w:val="0"/>
          <w:sz w:val="24"/>
        </w:rPr>
        <w:t>3. 电话：0743-8561096</w:t>
      </w:r>
    </w:p>
    <w:p>
      <w:pPr>
        <w:spacing w:after="80" w:lineRule="auto" w:line="360"/>
        <w:ind w:firstLine="482"/>
        <w:jc w:val="both"/>
      </w:pPr>
      <w:r>
        <w:rPr>
          <w:rFonts w:ascii="Times New Roman" w:hAnsi="Times New Roman" w:eastAsia="宋体"/>
          <w:b w:val="0"/>
          <w:sz w:val="24"/>
        </w:rPr>
        <w:t>4. 传真：0743-8563623</w:t>
      </w:r>
    </w:p>
    <w:p>
      <w:pPr>
        <w:spacing w:after="80" w:lineRule="auto" w:line="360"/>
        <w:ind w:firstLine="482"/>
        <w:jc w:val="both"/>
      </w:pPr>
      <w:r>
        <w:rPr>
          <w:rFonts w:ascii="Times New Roman" w:hAnsi="Times New Roman" w:eastAsia="宋体"/>
          <w:b w:val="0"/>
          <w:sz w:val="24"/>
        </w:rPr>
        <w:t>5. 网址：http://yjsc.jsu.edu.cn</w:t>
      </w:r>
    </w:p>
    <w:p>
      <w:pPr>
        <w:spacing w:after="80" w:lineRule="auto" w:line="360"/>
        <w:ind w:firstLine="482"/>
        <w:jc w:val="both"/>
      </w:pPr>
      <w:r>
        <w:rPr>
          <w:rFonts w:ascii="Times New Roman" w:hAnsi="Times New Roman" w:eastAsia="宋体"/>
          <w:b w:val="0"/>
          <w:sz w:val="24"/>
        </w:rPr>
        <w:t>6. 联系人：宋老师</w:t>
      </w:r>
    </w:p>
    <w:p>
      <w:pPr>
        <w:spacing w:before="160" w:after="80" w:lineRule="auto" w:line="360"/>
        <w:jc w:val="left"/>
      </w:pPr>
      <w:r>
        <w:rPr>
          <w:rFonts w:ascii="Times New Roman" w:hAnsi="Times New Roman" w:eastAsia="宋体"/>
          <w:b/>
          <w:sz w:val="28"/>
        </w:rPr>
        <w:t>二、相关附件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before="160" w:after="80" w:lineRule="auto" w:line="360"/>
        <w:jc w:val="left"/>
      </w:pPr>
      <w:r>
        <w:rPr>
          <w:rFonts w:ascii="Times New Roman" w:hAnsi="Times New Roman" w:eastAsia="宋体"/>
          <w:b/>
          <w:sz w:val="28"/>
        </w:rPr>
        <w:t>一、其他说明</w:t>
      </w:r>
    </w:p>
    <w:p>
      <w:pPr>
        <w:spacing w:after="80" w:lineRule="auto" w:line="360"/>
        <w:ind w:firstLine="482"/>
        <w:jc w:val="both"/>
      </w:pPr>
      <w:r>
        <w:rPr>
          <w:rFonts w:ascii="Times New Roman" w:hAnsi="Times New Roman" w:eastAsia="宋体"/>
          <w:b w:val="0"/>
          <w:sz w:val="24"/>
        </w:rPr>
        <w:t>1. 招生过程中，如上级部门出台新的政策，我校将做相应调整并及时公告。</w:t>
      </w:r>
    </w:p>
    <w:p>
      <w:pPr>
        <w:spacing w:after="80" w:lineRule="auto" w:line="360"/>
        <w:ind w:firstLine="482"/>
        <w:jc w:val="both"/>
      </w:pPr>
      <w:r>
        <w:rPr>
          <w:rFonts w:ascii="Times New Roman" w:hAnsi="Times New Roman" w:eastAsia="宋体"/>
          <w:b w:val="0"/>
          <w:sz w:val="24"/>
        </w:rPr>
        <w:t>2. 本简章中未明确的其他相关事宜，按照教育部相关文件执行。</w:t>
      </w:r>
    </w:p>
    <w:p>
      <w:pPr>
        <w:spacing w:before="160" w:after="80" w:lineRule="auto" w:line="360"/>
        <w:jc w:val="left"/>
      </w:pPr>
      <w:r>
        <w:rPr>
          <w:rFonts w:ascii="Times New Roman" w:hAnsi="Times New Roman" w:eastAsia="宋体"/>
          <w:b/>
          <w:sz w:val="28"/>
        </w:rPr>
        <w:t>二、招生咨询及联系办法</w:t>
      </w:r>
    </w:p>
    <w:p>
      <w:pPr>
        <w:spacing w:after="80" w:lineRule="auto" w:line="360"/>
        <w:ind w:firstLine="482"/>
        <w:jc w:val="both"/>
      </w:pPr>
      <w:r>
        <w:rPr>
          <w:rFonts w:ascii="Times New Roman" w:hAnsi="Times New Roman" w:eastAsia="宋体"/>
          <w:b w:val="0"/>
          <w:sz w:val="24"/>
        </w:rPr>
        <w:t>1. 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2. 邮编：416000</w:t>
      </w:r>
    </w:p>
    <w:p>
      <w:pPr>
        <w:spacing w:after="80" w:lineRule="auto" w:line="360"/>
        <w:ind w:firstLine="482"/>
        <w:jc w:val="both"/>
      </w:pPr>
      <w:r>
        <w:rPr>
          <w:rFonts w:ascii="Times New Roman" w:hAnsi="Times New Roman" w:eastAsia="宋体"/>
          <w:b w:val="0"/>
          <w:sz w:val="24"/>
        </w:rPr>
        <w:t>3. 电话：0743-8561096</w:t>
      </w:r>
    </w:p>
    <w:p>
      <w:pPr>
        <w:spacing w:after="80" w:lineRule="auto" w:line="360"/>
        <w:ind w:firstLine="482"/>
        <w:jc w:val="both"/>
      </w:pPr>
      <w:r>
        <w:rPr>
          <w:rFonts w:ascii="Times New Roman" w:hAnsi="Times New Roman" w:eastAsia="宋体"/>
          <w:b w:val="0"/>
          <w:sz w:val="24"/>
        </w:rPr>
        <w:t>4. 传真：0743-8563623</w:t>
      </w:r>
    </w:p>
    <w:p>
      <w:pPr>
        <w:spacing w:after="80" w:lineRule="auto" w:line="360"/>
        <w:ind w:firstLine="482"/>
        <w:jc w:val="both"/>
      </w:pPr>
      <w:r>
        <w:rPr>
          <w:rFonts w:ascii="Times New Roman" w:hAnsi="Times New Roman" w:eastAsia="宋体"/>
          <w:b w:val="0"/>
          <w:sz w:val="24"/>
        </w:rPr>
        <w:t>5. 网址：http://yjsc.jsu.edu.cn</w:t>
      </w:r>
    </w:p>
    <w:p>
      <w:pPr>
        <w:spacing w:after="80" w:lineRule="auto" w:line="360"/>
        <w:ind w:firstLine="482"/>
        <w:jc w:val="both"/>
      </w:pPr>
      <w:r>
        <w:rPr>
          <w:rFonts w:ascii="Times New Roman" w:hAnsi="Times New Roman" w:eastAsia="宋体"/>
          <w:b w:val="0"/>
          <w:sz w:val="24"/>
        </w:rPr>
        <w:t>6. 联系人：宋老师</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after="80" w:lineRule="auto" w:line="360"/>
        <w:ind w:firstLine="482"/>
        <w:jc w:val="both"/>
      </w:pPr>
      <w:r>
        <w:rPr>
          <w:rFonts w:ascii="Times New Roman" w:hAnsi="Times New Roman" w:eastAsia="宋体"/>
          <w:b w:val="0"/>
          <w:sz w:val="24"/>
        </w:rPr>
        <w:t>公布，请考生随时关注我校网站及“研究生招生信息网”。</w:t>
      </w:r>
    </w:p>
    <w:p>
      <w:pPr>
        <w:spacing w:after="80" w:lineRule="auto" w:line="360"/>
        <w:ind w:firstLine="482"/>
        <w:jc w:val="both"/>
      </w:pPr>
      <w:r>
        <w:rPr>
          <w:rFonts w:ascii="Times New Roman" w:hAnsi="Times New Roman" w:eastAsia="宋体"/>
          <w:b w:val="0"/>
          <w:sz w:val="24"/>
        </w:rPr>
        <w:t>6.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7. 本简章中未明确的其他相关事宜，按照教育部相关文件执行。</w:t>
      </w:r>
    </w:p>
    <w:p>
      <w:pPr>
        <w:spacing w:before="160" w:after="80" w:lineRule="auto" w:line="360"/>
        <w:jc w:val="left"/>
      </w:pPr>
      <w:r>
        <w:rPr>
          <w:rFonts w:ascii="Times New Roman" w:hAnsi="Times New Roman" w:eastAsia="宋体"/>
          <w:b/>
          <w:sz w:val="28"/>
        </w:rPr>
        <w:t>一、招生咨询及联系办法</w:t>
      </w:r>
    </w:p>
    <w:p>
      <w:pPr>
        <w:spacing w:after="80" w:lineRule="auto" w:line="360"/>
        <w:ind w:firstLine="482"/>
        <w:jc w:val="both"/>
      </w:pPr>
      <w:r>
        <w:rPr>
          <w:rFonts w:ascii="Times New Roman" w:hAnsi="Times New Roman" w:eastAsia="宋体"/>
          <w:b w:val="0"/>
          <w:sz w:val="24"/>
        </w:rPr>
        <w:t>1. 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2. 邮编：416000</w:t>
      </w:r>
    </w:p>
    <w:p>
      <w:pPr>
        <w:spacing w:after="80" w:lineRule="auto" w:line="360"/>
        <w:ind w:firstLine="482"/>
        <w:jc w:val="both"/>
      </w:pPr>
      <w:r>
        <w:rPr>
          <w:rFonts w:ascii="Times New Roman" w:hAnsi="Times New Roman" w:eastAsia="宋体"/>
          <w:b w:val="0"/>
          <w:sz w:val="24"/>
        </w:rPr>
        <w:t>3. 电话：0743-8561096</w:t>
      </w:r>
    </w:p>
    <w:p>
      <w:pPr>
        <w:spacing w:after="80" w:lineRule="auto" w:line="360"/>
        <w:ind w:firstLine="482"/>
        <w:jc w:val="both"/>
      </w:pPr>
      <w:r>
        <w:rPr>
          <w:rFonts w:ascii="Times New Roman" w:hAnsi="Times New Roman" w:eastAsia="宋体"/>
          <w:b w:val="0"/>
          <w:sz w:val="24"/>
        </w:rPr>
        <w:t>4. 传真：0743-8563623</w:t>
      </w:r>
    </w:p>
    <w:p>
      <w:pPr>
        <w:spacing w:after="80" w:lineRule="auto" w:line="360"/>
        <w:ind w:firstLine="482"/>
        <w:jc w:val="both"/>
      </w:pPr>
      <w:r>
        <w:rPr>
          <w:rFonts w:ascii="Times New Roman" w:hAnsi="Times New Roman" w:eastAsia="宋体"/>
          <w:b w:val="0"/>
          <w:sz w:val="24"/>
        </w:rPr>
        <w:t>5. 网址：http://yjsc.jsu.edu.cn</w:t>
      </w:r>
    </w:p>
    <w:p>
      <w:pPr>
        <w:spacing w:after="80" w:lineRule="auto" w:line="360"/>
        <w:ind w:firstLine="482"/>
        <w:jc w:val="both"/>
      </w:pPr>
      <w:r>
        <w:rPr>
          <w:rFonts w:ascii="Times New Roman" w:hAnsi="Times New Roman" w:eastAsia="宋体"/>
          <w:b w:val="0"/>
          <w:sz w:val="24"/>
        </w:rPr>
        <w:t>6. 联系人：宋老师</w:t>
      </w:r>
    </w:p>
    <w:p>
      <w:pPr>
        <w:spacing w:before="160" w:after="80" w:lineRule="auto" w:line="360"/>
        <w:jc w:val="left"/>
      </w:pPr>
      <w:r>
        <w:rPr>
          <w:rFonts w:ascii="Times New Roman" w:hAnsi="Times New Roman" w:eastAsia="宋体"/>
          <w:b/>
          <w:sz w:val="28"/>
        </w:rPr>
        <w:t>二、相关附件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before="160" w:after="80" w:lineRule="auto" w:line="360"/>
        <w:jc w:val="left"/>
      </w:pPr>
      <w:r>
        <w:rPr>
          <w:rFonts w:ascii="Times New Roman" w:hAnsi="Times New Roman" w:eastAsia="宋体"/>
          <w:b/>
          <w:sz w:val="28"/>
        </w:rPr>
        <w:t>一、其他说明</w:t>
      </w:r>
    </w:p>
    <w:p>
      <w:pPr>
        <w:spacing w:after="80" w:lineRule="auto" w:line="360"/>
        <w:ind w:firstLine="482"/>
        <w:jc w:val="both"/>
      </w:pPr>
      <w:r>
        <w:rPr>
          <w:rFonts w:ascii="Times New Roman" w:hAnsi="Times New Roman" w:eastAsia="宋体"/>
          <w:b w:val="0"/>
          <w:sz w:val="24"/>
        </w:rPr>
        <w:t>1.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2. 本简章中未明确的其他相关事宜，按照教育部相关文件执行。</w:t>
      </w:r>
    </w:p>
    <w:p>
      <w:pPr>
        <w:spacing w:after="80" w:lineRule="auto" w:line="360"/>
        <w:ind w:firstLine="482"/>
        <w:jc w:val="both"/>
      </w:pPr>
      <w:r>
        <w:rPr>
          <w:rFonts w:ascii="Times New Roman" w:hAnsi="Times New Roman" w:eastAsia="宋体"/>
          <w:b w:val="0"/>
          <w:sz w:val="24"/>
        </w:rPr>
        <w:t>3. 请考生随时关注我校网站及“研究生招生信息网”。</w:t>
      </w:r>
    </w:p>
    <w:p>
      <w:pPr>
        <w:spacing w:before="160" w:after="80" w:lineRule="auto" w:line="360"/>
        <w:jc w:val="left"/>
      </w:pPr>
      <w:r>
        <w:rPr>
          <w:rFonts w:ascii="Times New Roman" w:hAnsi="Times New Roman" w:eastAsia="宋体"/>
          <w:b/>
          <w:sz w:val="28"/>
        </w:rPr>
        <w:t>二、招生咨询及联系办法</w:t>
      </w:r>
    </w:p>
    <w:p>
      <w:pPr>
        <w:spacing w:after="80" w:lineRule="auto" w:line="360"/>
        <w:ind w:firstLine="482"/>
        <w:jc w:val="both"/>
      </w:pPr>
      <w:r>
        <w:rPr>
          <w:rFonts w:ascii="Times New Roman" w:hAnsi="Times New Roman" w:eastAsia="宋体"/>
          <w:b w:val="0"/>
          <w:sz w:val="24"/>
        </w:rPr>
        <w:t>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网址：http://yjsc.jsu.edu.cn</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before="160" w:after="80" w:lineRule="auto" w:line="360"/>
        <w:jc w:val="left"/>
      </w:pPr>
      <w:r>
        <w:rPr>
          <w:rFonts w:ascii="Times New Roman" w:hAnsi="Times New Roman" w:eastAsia="宋体"/>
          <w:b/>
          <w:sz w:val="28"/>
        </w:rPr>
        <w:t>一、其他事项</w:t>
      </w:r>
    </w:p>
    <w:p>
      <w:pPr>
        <w:spacing w:after="80" w:lineRule="auto" w:line="360"/>
        <w:ind w:firstLine="482"/>
        <w:jc w:val="both"/>
      </w:pPr>
      <w:r>
        <w:rPr>
          <w:rFonts w:ascii="Times New Roman" w:hAnsi="Times New Roman" w:eastAsia="宋体"/>
          <w:b w:val="0"/>
          <w:sz w:val="24"/>
        </w:rPr>
        <w:t>1. 请考生随时关注我校网站及“研究生招生信息网”。</w:t>
      </w:r>
    </w:p>
    <w:p>
      <w:pPr>
        <w:spacing w:after="80" w:lineRule="auto" w:line="360"/>
        <w:ind w:firstLine="482"/>
        <w:jc w:val="both"/>
      </w:pPr>
      <w:r>
        <w:rPr>
          <w:rFonts w:ascii="Times New Roman" w:hAnsi="Times New Roman" w:eastAsia="宋体"/>
          <w:b w:val="0"/>
          <w:sz w:val="24"/>
        </w:rPr>
        <w:t>2.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3. 本简章中未明确的其他相关事宜，按照教育部相关文件执行。</w:t>
      </w:r>
    </w:p>
    <w:p>
      <w:pPr>
        <w:spacing w:before="160" w:after="80" w:lineRule="auto" w:line="360"/>
        <w:jc w:val="left"/>
      </w:pPr>
      <w:r>
        <w:rPr>
          <w:rFonts w:ascii="Times New Roman" w:hAnsi="Times New Roman" w:eastAsia="宋体"/>
          <w:b/>
          <w:sz w:val="28"/>
        </w:rPr>
        <w:t>二、招生咨询及联系办法</w:t>
      </w:r>
    </w:p>
    <w:p>
      <w:pPr>
        <w:spacing w:after="80" w:lineRule="auto" w:line="360"/>
        <w:ind w:firstLine="482"/>
        <w:jc w:val="both"/>
      </w:pPr>
      <w:r>
        <w:rPr>
          <w:rFonts w:ascii="Times New Roman" w:hAnsi="Times New Roman" w:eastAsia="宋体"/>
          <w:b w:val="0"/>
          <w:sz w:val="24"/>
        </w:rPr>
        <w:t>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网址：http://yjsc.jsu.edu.cn</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before="160" w:after="80" w:lineRule="auto" w:line="360"/>
        <w:jc w:val="left"/>
      </w:pPr>
      <w:r>
        <w:rPr>
          <w:rFonts w:ascii="Times New Roman" w:hAnsi="Times New Roman" w:eastAsia="宋体"/>
          <w:b/>
          <w:sz w:val="28"/>
        </w:rPr>
        <w:t>一、其他说明</w:t>
      </w:r>
    </w:p>
    <w:p>
      <w:pPr>
        <w:spacing w:after="80" w:lineRule="auto" w:line="360"/>
        <w:ind w:firstLine="482"/>
        <w:jc w:val="both"/>
      </w:pPr>
      <w:r>
        <w:rPr>
          <w:rFonts w:ascii="Times New Roman" w:hAnsi="Times New Roman" w:eastAsia="宋体"/>
          <w:b w:val="0"/>
          <w:sz w:val="24"/>
        </w:rPr>
        <w:t>1. 请考生随时关注我校网站及“研究生招生信息网”。</w:t>
      </w:r>
    </w:p>
    <w:p>
      <w:pPr>
        <w:spacing w:after="80" w:lineRule="auto" w:line="360"/>
        <w:ind w:firstLine="482"/>
        <w:jc w:val="both"/>
      </w:pPr>
      <w:r>
        <w:rPr>
          <w:rFonts w:ascii="Times New Roman" w:hAnsi="Times New Roman" w:eastAsia="宋体"/>
          <w:b w:val="0"/>
          <w:sz w:val="24"/>
        </w:rPr>
        <w:t>2.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3. 本简章中未明确的其他相关事宜，按照教育部相关文件执行。</w:t>
      </w:r>
    </w:p>
    <w:p>
      <w:pPr>
        <w:spacing w:before="160" w:after="80" w:lineRule="auto" w:line="360"/>
        <w:jc w:val="left"/>
      </w:pPr>
      <w:r>
        <w:rPr>
          <w:rFonts w:ascii="Times New Roman" w:hAnsi="Times New Roman" w:eastAsia="宋体"/>
          <w:b/>
          <w:sz w:val="28"/>
        </w:rPr>
        <w:t>二、招生咨询及联系办法</w:t>
      </w:r>
    </w:p>
    <w:p>
      <w:pPr>
        <w:spacing w:after="80" w:lineRule="auto" w:line="360"/>
        <w:ind w:firstLine="482"/>
        <w:jc w:val="both"/>
      </w:pPr>
      <w:r>
        <w:rPr>
          <w:rFonts w:ascii="Times New Roman" w:hAnsi="Times New Roman" w:eastAsia="宋体"/>
          <w:b w:val="0"/>
          <w:sz w:val="24"/>
        </w:rPr>
        <w:t>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网址：http://yjsc.jsu.edu.cn</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after="80" w:lineRule="auto" w:line="360"/>
        <w:ind w:firstLine="482"/>
        <w:jc w:val="both"/>
      </w:pPr>
      <w:r>
        <w:rPr>
          <w:rFonts w:ascii="Times New Roman" w:hAnsi="Times New Roman" w:eastAsia="宋体"/>
          <w:b w:val="0"/>
          <w:sz w:val="24"/>
        </w:rPr>
        <w:t>考生随时关注我校网站及“研究生招生信息网”。</w:t>
      </w:r>
    </w:p>
    <w:p>
      <w:pPr>
        <w:spacing w:after="80" w:lineRule="auto" w:line="360"/>
        <w:ind w:firstLine="482"/>
        <w:jc w:val="both"/>
      </w:pPr>
      <w:r>
        <w:rPr>
          <w:rFonts w:ascii="Times New Roman" w:hAnsi="Times New Roman" w:eastAsia="宋体"/>
          <w:b w:val="0"/>
          <w:sz w:val="24"/>
        </w:rPr>
        <w:t>1.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2. 本简章中未明确的其他相关事宜，按照教育部相关文件执行。</w:t>
      </w:r>
    </w:p>
    <w:p>
      <w:pPr>
        <w:spacing w:before="160" w:after="80" w:lineRule="auto" w:line="360"/>
        <w:jc w:val="left"/>
      </w:pPr>
      <w:r>
        <w:rPr>
          <w:rFonts w:ascii="Times New Roman" w:hAnsi="Times New Roman" w:eastAsia="宋体"/>
          <w:b/>
          <w:sz w:val="28"/>
        </w:rPr>
        <w:t>一、招生咨询及联系办法</w:t>
      </w:r>
    </w:p>
    <w:p>
      <w:pPr>
        <w:spacing w:after="80" w:lineRule="auto" w:line="360"/>
        <w:ind w:firstLine="482"/>
        <w:jc w:val="both"/>
      </w:pPr>
      <w:r>
        <w:rPr>
          <w:rFonts w:ascii="Times New Roman" w:hAnsi="Times New Roman" w:eastAsia="宋体"/>
          <w:b w:val="0"/>
          <w:sz w:val="24"/>
        </w:rPr>
        <w:t>1. 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2. 邮编：416000</w:t>
      </w:r>
    </w:p>
    <w:p>
      <w:pPr>
        <w:spacing w:after="80" w:lineRule="auto" w:line="360"/>
        <w:ind w:firstLine="482"/>
        <w:jc w:val="both"/>
      </w:pPr>
      <w:r>
        <w:rPr>
          <w:rFonts w:ascii="Times New Roman" w:hAnsi="Times New Roman" w:eastAsia="宋体"/>
          <w:b w:val="0"/>
          <w:sz w:val="24"/>
        </w:rPr>
        <w:t>3. 电话：0743-8561096</w:t>
      </w:r>
    </w:p>
    <w:p>
      <w:pPr>
        <w:spacing w:after="80" w:lineRule="auto" w:line="360"/>
        <w:ind w:firstLine="482"/>
        <w:jc w:val="both"/>
      </w:pPr>
      <w:r>
        <w:rPr>
          <w:rFonts w:ascii="Times New Roman" w:hAnsi="Times New Roman" w:eastAsia="宋体"/>
          <w:b w:val="0"/>
          <w:sz w:val="24"/>
        </w:rPr>
        <w:t>4. 传真：0743-8563623</w:t>
      </w:r>
    </w:p>
    <w:p>
      <w:pPr>
        <w:spacing w:after="80" w:lineRule="auto" w:line="360"/>
        <w:ind w:firstLine="482"/>
        <w:jc w:val="both"/>
      </w:pPr>
      <w:r>
        <w:rPr>
          <w:rFonts w:ascii="Times New Roman" w:hAnsi="Times New Roman" w:eastAsia="宋体"/>
          <w:b w:val="0"/>
          <w:sz w:val="24"/>
        </w:rPr>
        <w:t>5. 网址：http://yjsc.jsu.edu.cn</w:t>
      </w:r>
    </w:p>
    <w:p>
      <w:pPr>
        <w:spacing w:after="80" w:lineRule="auto" w:line="360"/>
        <w:ind w:firstLine="482"/>
        <w:jc w:val="both"/>
      </w:pPr>
      <w:r>
        <w:rPr>
          <w:rFonts w:ascii="Times New Roman" w:hAnsi="Times New Roman" w:eastAsia="宋体"/>
          <w:b w:val="0"/>
          <w:sz w:val="24"/>
        </w:rPr>
        <w:t>6. 联系人：宋老师</w:t>
      </w:r>
    </w:p>
    <w:p>
      <w:pPr>
        <w:spacing w:before="160" w:after="80" w:lineRule="auto" w:line="360"/>
        <w:jc w:val="left"/>
      </w:pPr>
      <w:r>
        <w:rPr>
          <w:rFonts w:ascii="Times New Roman" w:hAnsi="Times New Roman" w:eastAsia="宋体"/>
          <w:b/>
          <w:sz w:val="28"/>
        </w:rPr>
        <w:t>二、相关附件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before="160" w:after="80" w:lineRule="auto" w:line="360"/>
        <w:jc w:val="left"/>
      </w:pPr>
      <w:r>
        <w:rPr>
          <w:rFonts w:ascii="Times New Roman" w:hAnsi="Times New Roman" w:eastAsia="宋体"/>
          <w:b/>
          <w:sz w:val="28"/>
        </w:rPr>
        <w:t>一、其他相关事宜</w:t>
      </w:r>
    </w:p>
    <w:p>
      <w:pPr>
        <w:spacing w:after="80" w:lineRule="auto" w:line="360"/>
        <w:ind w:firstLine="482"/>
        <w:jc w:val="both"/>
      </w:pPr>
      <w:r>
        <w:rPr>
          <w:rFonts w:ascii="Times New Roman" w:hAnsi="Times New Roman" w:eastAsia="宋体"/>
          <w:b w:val="0"/>
          <w:sz w:val="24"/>
        </w:rPr>
        <w:t>1. 考生应随时关注我校网站及“研究生招生信息网”。</w:t>
      </w:r>
    </w:p>
    <w:p>
      <w:pPr>
        <w:spacing w:after="80" w:lineRule="auto" w:line="360"/>
        <w:ind w:firstLine="482"/>
        <w:jc w:val="both"/>
      </w:pPr>
      <w:r>
        <w:rPr>
          <w:rFonts w:ascii="Times New Roman" w:hAnsi="Times New Roman" w:eastAsia="宋体"/>
          <w:b w:val="0"/>
          <w:sz w:val="24"/>
        </w:rPr>
        <w:t>2.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3. 本简章中未明确的其他相关事宜，按照教育部相关文件执行。</w:t>
      </w:r>
    </w:p>
    <w:p>
      <w:pPr>
        <w:spacing w:before="160" w:after="80" w:lineRule="auto" w:line="360"/>
        <w:jc w:val="left"/>
      </w:pPr>
      <w:r>
        <w:rPr>
          <w:rFonts w:ascii="Times New Roman" w:hAnsi="Times New Roman" w:eastAsia="宋体"/>
          <w:b/>
          <w:sz w:val="28"/>
        </w:rPr>
        <w:t>二、招生咨询及联系办法</w:t>
      </w:r>
    </w:p>
    <w:p>
      <w:pPr>
        <w:spacing w:after="80" w:lineRule="auto" w:line="360"/>
        <w:ind w:firstLine="482"/>
        <w:jc w:val="both"/>
      </w:pPr>
      <w:r>
        <w:rPr>
          <w:rFonts w:ascii="Times New Roman" w:hAnsi="Times New Roman" w:eastAsia="宋体"/>
          <w:b w:val="0"/>
          <w:sz w:val="24"/>
        </w:rPr>
        <w:t>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网址：http://yjsc.jsu.edu.cn</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before="160" w:after="80" w:lineRule="auto" w:line="360"/>
        <w:jc w:val="left"/>
      </w:pPr>
      <w:r>
        <w:rPr>
          <w:rFonts w:ascii="Times New Roman" w:hAnsi="Times New Roman" w:eastAsia="宋体"/>
          <w:b/>
          <w:sz w:val="28"/>
        </w:rPr>
        <w:t>一、其他事项</w:t>
      </w:r>
    </w:p>
    <w:p>
      <w:pPr>
        <w:spacing w:after="80" w:lineRule="auto" w:line="360"/>
        <w:ind w:firstLine="482"/>
        <w:jc w:val="both"/>
      </w:pPr>
      <w:r>
        <w:rPr>
          <w:rFonts w:ascii="Times New Roman" w:hAnsi="Times New Roman" w:eastAsia="宋体"/>
          <w:b w:val="0"/>
          <w:sz w:val="24"/>
        </w:rPr>
        <w:t>1. 随时关注我校网站及“研究生招生信息网”。</w:t>
      </w:r>
    </w:p>
    <w:p>
      <w:pPr>
        <w:spacing w:after="80" w:lineRule="auto" w:line="360"/>
        <w:ind w:firstLine="482"/>
        <w:jc w:val="both"/>
      </w:pPr>
      <w:r>
        <w:rPr>
          <w:rFonts w:ascii="Times New Roman" w:hAnsi="Times New Roman" w:eastAsia="宋体"/>
          <w:b w:val="0"/>
          <w:sz w:val="24"/>
        </w:rPr>
        <w:t>2.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3. 本简章中未明确的其他相关事宜，按照教育部相关文件执行。</w:t>
      </w:r>
    </w:p>
    <w:p>
      <w:pPr>
        <w:spacing w:before="160" w:after="80" w:lineRule="auto" w:line="360"/>
        <w:jc w:val="left"/>
      </w:pPr>
      <w:r>
        <w:rPr>
          <w:rFonts w:ascii="Times New Roman" w:hAnsi="Times New Roman" w:eastAsia="宋体"/>
          <w:b/>
          <w:sz w:val="28"/>
        </w:rPr>
        <w:t>二、招生咨询及联系办法</w:t>
      </w:r>
    </w:p>
    <w:p>
      <w:pPr>
        <w:spacing w:after="80" w:lineRule="auto" w:line="360"/>
        <w:ind w:firstLine="482"/>
        <w:jc w:val="both"/>
      </w:pPr>
      <w:r>
        <w:rPr>
          <w:rFonts w:ascii="Times New Roman" w:hAnsi="Times New Roman" w:eastAsia="宋体"/>
          <w:b w:val="0"/>
          <w:sz w:val="24"/>
        </w:rPr>
        <w:t>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网址：http://yjsc.jsu.edu.cn</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after="80" w:lineRule="auto" w:line="360"/>
        <w:ind w:firstLine="482"/>
        <w:jc w:val="both"/>
      </w:pPr>
      <w:r>
        <w:rPr>
          <w:rFonts w:ascii="Times New Roman" w:hAnsi="Times New Roman" w:eastAsia="宋体"/>
          <w:b w:val="0"/>
          <w:sz w:val="24"/>
        </w:rPr>
        <w:t>6.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7. 本简章中未明确的其他相关事宜，按照教育部相关文件执行。</w:t>
      </w:r>
    </w:p>
    <w:p>
      <w:pPr>
        <w:spacing w:before="160" w:after="80" w:lineRule="auto" w:line="360"/>
        <w:jc w:val="left"/>
      </w:pPr>
      <w:r>
        <w:rPr>
          <w:rFonts w:ascii="Times New Roman" w:hAnsi="Times New Roman" w:eastAsia="宋体"/>
          <w:b/>
          <w:sz w:val="28"/>
        </w:rPr>
        <w:t>一、招生咨询及联系办法</w:t>
      </w:r>
    </w:p>
    <w:p>
      <w:pPr>
        <w:spacing w:after="80" w:lineRule="auto" w:line="360"/>
        <w:ind w:firstLine="482"/>
        <w:jc w:val="both"/>
      </w:pPr>
      <w:r>
        <w:rPr>
          <w:rFonts w:ascii="Times New Roman" w:hAnsi="Times New Roman" w:eastAsia="宋体"/>
          <w:b w:val="0"/>
          <w:sz w:val="24"/>
        </w:rPr>
        <w:t>1. 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2. 邮编：416000</w:t>
      </w:r>
    </w:p>
    <w:p>
      <w:pPr>
        <w:spacing w:after="80" w:lineRule="auto" w:line="360"/>
        <w:ind w:firstLine="482"/>
        <w:jc w:val="both"/>
      </w:pPr>
      <w:r>
        <w:rPr>
          <w:rFonts w:ascii="Times New Roman" w:hAnsi="Times New Roman" w:eastAsia="宋体"/>
          <w:b w:val="0"/>
          <w:sz w:val="24"/>
        </w:rPr>
        <w:t>3. 电话：0743-8561096</w:t>
      </w:r>
    </w:p>
    <w:p>
      <w:pPr>
        <w:spacing w:after="80" w:lineRule="auto" w:line="360"/>
        <w:ind w:firstLine="482"/>
        <w:jc w:val="both"/>
      </w:pPr>
      <w:r>
        <w:rPr>
          <w:rFonts w:ascii="Times New Roman" w:hAnsi="Times New Roman" w:eastAsia="宋体"/>
          <w:b w:val="0"/>
          <w:sz w:val="24"/>
        </w:rPr>
        <w:t>4. 传真：0743-8563623</w:t>
      </w:r>
    </w:p>
    <w:p>
      <w:pPr>
        <w:spacing w:after="80" w:lineRule="auto" w:line="360"/>
        <w:ind w:firstLine="482"/>
        <w:jc w:val="both"/>
      </w:pPr>
      <w:r>
        <w:rPr>
          <w:rFonts w:ascii="Times New Roman" w:hAnsi="Times New Roman" w:eastAsia="宋体"/>
          <w:b w:val="0"/>
          <w:sz w:val="24"/>
        </w:rPr>
        <w:t>5. 网址：http://yjsc.jsu.edu.cn</w:t>
      </w:r>
    </w:p>
    <w:p>
      <w:pPr>
        <w:spacing w:after="80" w:lineRule="auto" w:line="360"/>
        <w:ind w:firstLine="482"/>
        <w:jc w:val="both"/>
      </w:pPr>
      <w:r>
        <w:rPr>
          <w:rFonts w:ascii="Times New Roman" w:hAnsi="Times New Roman" w:eastAsia="宋体"/>
          <w:b w:val="0"/>
          <w:sz w:val="24"/>
        </w:rPr>
        <w:t>6. 联系人：宋老师</w:t>
      </w:r>
    </w:p>
    <w:p>
      <w:pPr>
        <w:spacing w:before="160" w:after="80" w:lineRule="auto" w:line="360"/>
        <w:jc w:val="left"/>
      </w:pPr>
      <w:r>
        <w:rPr>
          <w:rFonts w:ascii="Times New Roman" w:hAnsi="Times New Roman" w:eastAsia="宋体"/>
          <w:b/>
          <w:sz w:val="28"/>
        </w:rPr>
        <w:t>二、相关附件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before="160" w:after="80" w:lineRule="auto" w:line="360"/>
        <w:jc w:val="left"/>
      </w:pPr>
      <w:r>
        <w:rPr>
          <w:rFonts w:ascii="Times New Roman" w:hAnsi="Times New Roman" w:eastAsia="宋体"/>
          <w:b/>
          <w:sz w:val="28"/>
        </w:rPr>
        <w:t>一、其他说明</w:t>
      </w:r>
    </w:p>
    <w:p>
      <w:pPr>
        <w:spacing w:after="80" w:lineRule="auto" w:line="360"/>
        <w:ind w:firstLine="482"/>
        <w:jc w:val="both"/>
      </w:pPr>
      <w:r>
        <w:rPr>
          <w:rFonts w:ascii="Times New Roman" w:hAnsi="Times New Roman" w:eastAsia="宋体"/>
          <w:b w:val="0"/>
          <w:sz w:val="24"/>
        </w:rPr>
        <w:t>1. 关注我校网站及“研究生招生信息网”。</w:t>
      </w:r>
    </w:p>
    <w:p>
      <w:pPr>
        <w:spacing w:after="80" w:lineRule="auto" w:line="360"/>
        <w:ind w:firstLine="482"/>
        <w:jc w:val="both"/>
      </w:pPr>
      <w:r>
        <w:rPr>
          <w:rFonts w:ascii="Times New Roman" w:hAnsi="Times New Roman" w:eastAsia="宋体"/>
          <w:b w:val="0"/>
          <w:sz w:val="24"/>
        </w:rPr>
        <w:t>2.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3. 本简章中未明确的其他相关事宜，按照教育部相关文件执行。</w:t>
      </w:r>
    </w:p>
    <w:p>
      <w:pPr>
        <w:spacing w:before="160" w:after="80" w:lineRule="auto" w:line="360"/>
        <w:jc w:val="left"/>
      </w:pPr>
      <w:r>
        <w:rPr>
          <w:rFonts w:ascii="Times New Roman" w:hAnsi="Times New Roman" w:eastAsia="宋体"/>
          <w:b/>
          <w:sz w:val="28"/>
        </w:rPr>
        <w:t>二、招生咨询及联系办法</w:t>
      </w:r>
    </w:p>
    <w:p>
      <w:pPr>
        <w:spacing w:after="80" w:lineRule="auto" w:line="360"/>
        <w:ind w:firstLine="482"/>
        <w:jc w:val="both"/>
      </w:pPr>
      <w:r>
        <w:rPr>
          <w:rFonts w:ascii="Times New Roman" w:hAnsi="Times New Roman" w:eastAsia="宋体"/>
          <w:b w:val="0"/>
          <w:sz w:val="24"/>
        </w:rPr>
        <w:t>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网址：http://yjsc.jsu.edu.cn</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after="80" w:lineRule="auto" w:line="360"/>
        <w:ind w:firstLine="482"/>
        <w:jc w:val="both"/>
      </w:pPr>
      <w:r>
        <w:rPr>
          <w:rFonts w:ascii="Times New Roman" w:hAnsi="Times New Roman" w:eastAsia="宋体"/>
          <w:b w:val="0"/>
          <w:sz w:val="24"/>
        </w:rPr>
        <w:t>6.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7. 本简章中未明确的其他相关事宜，按照教育部相关文件执行。</w:t>
      </w:r>
    </w:p>
    <w:p>
      <w:pPr>
        <w:spacing w:before="160" w:after="80" w:lineRule="auto" w:line="360"/>
        <w:jc w:val="left"/>
      </w:pPr>
      <w:r>
        <w:rPr>
          <w:rFonts w:ascii="Times New Roman" w:hAnsi="Times New Roman" w:eastAsia="宋体"/>
          <w:b/>
          <w:sz w:val="28"/>
        </w:rPr>
        <w:t>一、招生咨询及联系办法</w:t>
      </w:r>
    </w:p>
    <w:p>
      <w:pPr>
        <w:spacing w:after="80" w:lineRule="auto" w:line="360"/>
        <w:ind w:firstLine="482"/>
        <w:jc w:val="both"/>
      </w:pPr>
      <w:r>
        <w:rPr>
          <w:rFonts w:ascii="Times New Roman" w:hAnsi="Times New Roman" w:eastAsia="宋体"/>
          <w:b w:val="0"/>
          <w:sz w:val="24"/>
        </w:rPr>
        <w:t>1. 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2. 邮编：416000</w:t>
      </w:r>
    </w:p>
    <w:p>
      <w:pPr>
        <w:spacing w:after="80" w:lineRule="auto" w:line="360"/>
        <w:ind w:firstLine="482"/>
        <w:jc w:val="both"/>
      </w:pPr>
      <w:r>
        <w:rPr>
          <w:rFonts w:ascii="Times New Roman" w:hAnsi="Times New Roman" w:eastAsia="宋体"/>
          <w:b w:val="0"/>
          <w:sz w:val="24"/>
        </w:rPr>
        <w:t>3. 电话：0743-8561096</w:t>
      </w:r>
    </w:p>
    <w:p>
      <w:pPr>
        <w:spacing w:after="80" w:lineRule="auto" w:line="360"/>
        <w:ind w:firstLine="482"/>
        <w:jc w:val="both"/>
      </w:pPr>
      <w:r>
        <w:rPr>
          <w:rFonts w:ascii="Times New Roman" w:hAnsi="Times New Roman" w:eastAsia="宋体"/>
          <w:b w:val="0"/>
          <w:sz w:val="24"/>
        </w:rPr>
        <w:t>4. 传真：0743-8563623</w:t>
      </w:r>
    </w:p>
    <w:p>
      <w:pPr>
        <w:spacing w:after="80" w:lineRule="auto" w:line="360"/>
        <w:ind w:firstLine="482"/>
        <w:jc w:val="both"/>
      </w:pPr>
      <w:r>
        <w:rPr>
          <w:rFonts w:ascii="Times New Roman" w:hAnsi="Times New Roman" w:eastAsia="宋体"/>
          <w:b w:val="0"/>
          <w:sz w:val="24"/>
        </w:rPr>
        <w:t>5. 网址：http://yjsc.jsu.edu.cn</w:t>
      </w:r>
    </w:p>
    <w:p>
      <w:pPr>
        <w:spacing w:after="80" w:lineRule="auto" w:line="360"/>
        <w:ind w:firstLine="482"/>
        <w:jc w:val="both"/>
      </w:pPr>
      <w:r>
        <w:rPr>
          <w:rFonts w:ascii="Times New Roman" w:hAnsi="Times New Roman" w:eastAsia="宋体"/>
          <w:b w:val="0"/>
          <w:sz w:val="24"/>
        </w:rPr>
        <w:t>6. 联系人：宋老师</w:t>
      </w:r>
    </w:p>
    <w:p>
      <w:pPr>
        <w:spacing w:before="160" w:after="80" w:lineRule="auto" w:line="360"/>
        <w:jc w:val="left"/>
      </w:pPr>
      <w:r>
        <w:rPr>
          <w:rFonts w:ascii="Times New Roman" w:hAnsi="Times New Roman" w:eastAsia="宋体"/>
          <w:b/>
          <w:sz w:val="28"/>
        </w:rPr>
        <w:t>二、相关附件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after="80" w:lineRule="auto" w:line="360"/>
        <w:ind w:firstLine="482"/>
        <w:jc w:val="both"/>
      </w:pPr>
      <w:r>
        <w:rPr>
          <w:rFonts w:ascii="Times New Roman" w:hAnsi="Times New Roman" w:eastAsia="宋体"/>
          <w:b w:val="0"/>
          <w:sz w:val="24"/>
        </w:rPr>
        <w:t>6.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7. 本简章中未明确的其他相关事宜，按照教育部相关文件执行。</w:t>
      </w:r>
    </w:p>
    <w:p>
      <w:pPr>
        <w:spacing w:before="160" w:after="80" w:lineRule="auto" w:line="360"/>
        <w:jc w:val="left"/>
      </w:pPr>
      <w:r>
        <w:rPr>
          <w:rFonts w:ascii="Times New Roman" w:hAnsi="Times New Roman" w:eastAsia="宋体"/>
          <w:b/>
          <w:sz w:val="28"/>
        </w:rPr>
        <w:t>一、招生咨询及联系办法</w:t>
      </w:r>
    </w:p>
    <w:p>
      <w:pPr>
        <w:spacing w:after="80" w:lineRule="auto" w:line="360"/>
        <w:ind w:firstLine="482"/>
        <w:jc w:val="both"/>
      </w:pPr>
      <w:r>
        <w:rPr>
          <w:rFonts w:ascii="Times New Roman" w:hAnsi="Times New Roman" w:eastAsia="宋体"/>
          <w:b w:val="0"/>
          <w:sz w:val="24"/>
        </w:rPr>
        <w:t>1. 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2. 邮编：416000</w:t>
      </w:r>
    </w:p>
    <w:p>
      <w:pPr>
        <w:spacing w:after="80" w:lineRule="auto" w:line="360"/>
        <w:ind w:firstLine="482"/>
        <w:jc w:val="both"/>
      </w:pPr>
      <w:r>
        <w:rPr>
          <w:rFonts w:ascii="Times New Roman" w:hAnsi="Times New Roman" w:eastAsia="宋体"/>
          <w:b w:val="0"/>
          <w:sz w:val="24"/>
        </w:rPr>
        <w:t>3. 电话：0743-8561096</w:t>
      </w:r>
    </w:p>
    <w:p>
      <w:pPr>
        <w:spacing w:after="80" w:lineRule="auto" w:line="360"/>
        <w:ind w:firstLine="482"/>
        <w:jc w:val="both"/>
      </w:pPr>
      <w:r>
        <w:rPr>
          <w:rFonts w:ascii="Times New Roman" w:hAnsi="Times New Roman" w:eastAsia="宋体"/>
          <w:b w:val="0"/>
          <w:sz w:val="24"/>
        </w:rPr>
        <w:t>4. 传真：0743-8563623</w:t>
      </w:r>
    </w:p>
    <w:p>
      <w:pPr>
        <w:spacing w:after="80" w:lineRule="auto" w:line="360"/>
        <w:ind w:firstLine="482"/>
        <w:jc w:val="both"/>
      </w:pPr>
      <w:r>
        <w:rPr>
          <w:rFonts w:ascii="Times New Roman" w:hAnsi="Times New Roman" w:eastAsia="宋体"/>
          <w:b w:val="0"/>
          <w:sz w:val="24"/>
        </w:rPr>
        <w:t>5. 网址：http://yjsc.jsu.edu.cn</w:t>
      </w:r>
    </w:p>
    <w:p>
      <w:pPr>
        <w:spacing w:after="80" w:lineRule="auto" w:line="360"/>
        <w:ind w:firstLine="482"/>
        <w:jc w:val="both"/>
      </w:pPr>
      <w:r>
        <w:rPr>
          <w:rFonts w:ascii="Times New Roman" w:hAnsi="Times New Roman" w:eastAsia="宋体"/>
          <w:b w:val="0"/>
          <w:sz w:val="24"/>
        </w:rPr>
        <w:t>6. 联系人：宋老师</w:t>
      </w:r>
    </w:p>
    <w:p>
      <w:pPr>
        <w:spacing w:before="160" w:after="80" w:lineRule="auto" w:line="360"/>
        <w:jc w:val="left"/>
      </w:pPr>
      <w:r>
        <w:rPr>
          <w:rFonts w:ascii="Times New Roman" w:hAnsi="Times New Roman" w:eastAsia="宋体"/>
          <w:b/>
          <w:sz w:val="28"/>
        </w:rPr>
        <w:t>二、相关附件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p>
      <w:pPr>
        <w:spacing w:before="160" w:after="80" w:lineRule="auto" w:line="360"/>
        <w:jc w:val="left"/>
      </w:pPr>
      <w:r>
        <w:rPr>
          <w:rFonts w:ascii="Times New Roman" w:hAnsi="Times New Roman" w:eastAsia="宋体"/>
          <w:b/>
          <w:sz w:val="28"/>
        </w:rPr>
        <w:t>一、其他说明</w:t>
      </w:r>
    </w:p>
    <w:p>
      <w:pPr>
        <w:spacing w:after="80" w:lineRule="auto" w:line="360"/>
        <w:ind w:firstLine="482"/>
        <w:jc w:val="both"/>
      </w:pPr>
      <w:r>
        <w:rPr>
          <w:rFonts w:ascii="Times New Roman" w:hAnsi="Times New Roman" w:eastAsia="宋体"/>
          <w:b w:val="0"/>
          <w:sz w:val="24"/>
        </w:rPr>
        <w:t>1. 校网站及“研究生招生信息网”为相关信息发布渠道。</w:t>
      </w:r>
    </w:p>
    <w:p>
      <w:pPr>
        <w:spacing w:after="80" w:lineRule="auto" w:line="360"/>
        <w:ind w:firstLine="482"/>
        <w:jc w:val="both"/>
      </w:pPr>
      <w:r>
        <w:rPr>
          <w:rFonts w:ascii="Times New Roman" w:hAnsi="Times New Roman" w:eastAsia="宋体"/>
          <w:b w:val="0"/>
          <w:sz w:val="24"/>
        </w:rPr>
        <w:t>2. 招生过程中，如果上级部门出台新的政策，我校将做相应调整并及时公告。</w:t>
      </w:r>
    </w:p>
    <w:p>
      <w:pPr>
        <w:spacing w:after="80" w:lineRule="auto" w:line="360"/>
        <w:ind w:firstLine="482"/>
        <w:jc w:val="both"/>
      </w:pPr>
      <w:r>
        <w:rPr>
          <w:rFonts w:ascii="Times New Roman" w:hAnsi="Times New Roman" w:eastAsia="宋体"/>
          <w:b w:val="0"/>
          <w:sz w:val="24"/>
        </w:rPr>
        <w:t>3. 本简章中未明确的其他相关事宜，按照教育部相关文件执行。</w:t>
      </w:r>
    </w:p>
    <w:p>
      <w:pPr>
        <w:spacing w:before="160" w:after="80" w:lineRule="auto" w:line="360"/>
        <w:jc w:val="left"/>
      </w:pPr>
      <w:r>
        <w:rPr>
          <w:rFonts w:ascii="Times New Roman" w:hAnsi="Times New Roman" w:eastAsia="宋体"/>
          <w:b/>
          <w:sz w:val="28"/>
        </w:rPr>
        <w:t>二、招生咨询及联系办法</w:t>
      </w:r>
    </w:p>
    <w:p>
      <w:pPr>
        <w:spacing w:after="80" w:lineRule="auto" w:line="360"/>
        <w:ind w:firstLine="482"/>
        <w:jc w:val="both"/>
      </w:pPr>
      <w:r>
        <w:rPr>
          <w:rFonts w:ascii="Times New Roman" w:hAnsi="Times New Roman" w:eastAsia="宋体"/>
          <w:b w:val="0"/>
          <w:sz w:val="24"/>
        </w:rPr>
        <w:t>通讯地址：湖南省吉首市人民南路120号吉首大学研究生院招生管理科</w:t>
      </w:r>
    </w:p>
    <w:p>
      <w:pPr>
        <w:spacing w:after="80" w:lineRule="auto" w:line="360"/>
        <w:ind w:firstLine="482"/>
        <w:jc w:val="both"/>
      </w:pPr>
      <w:r>
        <w:rPr>
          <w:rFonts w:ascii="Times New Roman" w:hAnsi="Times New Roman" w:eastAsia="宋体"/>
          <w:b w:val="0"/>
          <w:sz w:val="24"/>
        </w:rPr>
        <w:t>网址：http://yjsc.jsu.edu.cn</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吉首大学2026年硕士研究生招生简章</w:t>
      </w:r>
    </w:p>
    <w:p>
      <w:pPr>
        <w:spacing w:after="80" w:lineRule="auto" w:line="360"/>
        <w:ind w:firstLine="482"/>
        <w:jc w:val="both"/>
      </w:pPr>
      <w:r>
        <w:rPr>
          <w:rFonts w:ascii="Times New Roman" w:hAnsi="Times New Roman" w:eastAsia="宋体"/>
          <w:b w:val="0"/>
          <w:sz w:val="24"/>
        </w:rPr>
        <w:t>2. 吉首大学2026年硕士研究生入学考试自命题考试大纲</w:t>
      </w:r>
    </w:p>
    <w:p>
      <w:pPr>
        <w:spacing w:after="80" w:lineRule="auto" w:line="360"/>
        <w:ind w:firstLine="482"/>
        <w:jc w:val="both"/>
      </w:pPr>
      <w:r>
        <w:rPr>
          <w:rFonts w:ascii="Times New Roman" w:hAnsi="Times New Roman" w:eastAsia="宋体"/>
          <w:b w:val="0"/>
          <w:sz w:val="24"/>
        </w:rPr>
        <w:t>3. 吉首大学2025年硕士研究生招生考试考生进入复试的初试成绩基本要求</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