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云南大学数学与统计学院2025年全国优秀大学生夏令营招生实施方案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云南大学数学与统计学院成立于2005年12月，前身数学系创建于1934年，统计系创建于1989年。学院拥有数学、统计学2个博士后科研流动站；数学、统计学2个一级学科博士学位授权点；数学、统计学2个一级学科硕士学位授权点，下设基础数学、应用数学、计算数学、运筹学与控制论、概率论与数理统计、统计学、社会经济统计、应用统计和大数据统计9个二级学科专业；还拥有数量经济学硕士学位授权点和应用统计硕士专业学位授权点，形成了完整的本-硕-博、专业硕士以及博士后的人才培养体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一、夏令营时间安排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夏令营申请截止日期：2025年7月16日16点。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夏令营安排：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安排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2025年7月19日08:30-17:30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学院情况介绍和宣讲、交流会、专家讲座（线上）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2025年7月20日08:30-17:30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综合面试及优秀营员选拔、结营仪式（线上）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申请我院“优秀大学生夏令营”的学生应具备以下条件：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具有坚定的社会主义理想信念，拥护中国共产党的领导，遵纪守法，品德良好，诚实守信，学风端正，身心健康，申请者原则上为本科2022级（预计2026年6月毕业）有志攻读硕士研究生的在校大学生；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学习成绩优异，原则上本科前三年总评成绩排名在班级前30%，或者虽然成绩不在班级排名的前30%，但在其他方面有优异表现者，如有相关科研成果（需提供相关材料复印件）等亦可申请；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对所报专业领域的科学研究有浓厚的兴趣，有较强的科研潜力。外语水平良好，原则上英语四级成绩达到425分以上（含425分）；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有志于从事科学研究工作，有较强的科研能力和创新能力。品德良好、遵纪守法、诚实守信、身心健康。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2025年云南大学全国优秀大学生夏令营申请表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最新本科阶段成绩单（需加盖所在本科院（校）教务处公章）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成绩排名证明（加盖所在本科院（校）教务处公章）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国家英语四级、六级或其他英语能力资格证书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其他证明材料（如已发表论文、各类获奖或资格证书等）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以上材料需按顺序扫描成一个pdf文件，以“2025夏令营_姓名_申请专业_本科学校”命名。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所有申请学生需于2025年7月16日前将申请材料（扫描成一个pdf并按要求命名），发送到1615986575@qq.com（报考数学类专业）或3378845100@qq.com（报考统计学专业，含专硕）。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无需邮寄纸质版申请材料。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五、考核评优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我院将根据营员申请材料及在营期间等表现情况，选拔出优秀营员，颁发优秀营员证书。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六、联系我们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QQ群：132499196（数学相关专业）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QQ群：1056425089（统计学相关专业，含专硕）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若发现申请材料有虚假成分，则取消申请人一切由此获得的权益，并保留相关追溯权。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入选营员要求全程参加夏令营活动，遵守云南大学以及各举办单位的相关规定。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附件下载：云南大学全国优秀大学生夏令营申请表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数学与统计学院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2025年7月11日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