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中山大学土木工程学院2026年招收优秀应届本科毕业生免试攻读研究生预报名考核名单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根据中山大学土木工程学院2026年接收优秀应届本科毕业生推荐免试攻读研究生预报名情况，经过择优遴选，确定251名同学进入面试，具体名单见附件。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一、后续安排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详细工作安排将通过邮件进行通知。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请关注学院官网及报名邮箱。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通知发布日期：2025年9月8日。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请关注学院官网及报名邮箱获取后续通知。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土木工程学院2026年推免预报名考核名单.pdf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