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软件学院2026年接收推荐免试研究生预报名复试工作安排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软件学院2026年接收推荐免试研究生预报名复试工作安排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一、复试安排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复试对象为预报名推荐免试研究生，面向2026年入学。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复试时间定于2025年9月16日14:00开始。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复试地点为南昌大学软件学院软件楼，具体考场分布如下：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（1）专业综合面试1（PPT汇报及提问，10分钟）：软件楼222会议室。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（2）专业综合面试2（专业知识的应用和能力倾向的考查，10分钟）：软件楼227教室。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（3）专业课笔试、外语听力与口语测试：软件楼229教室。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二、涉及专业及代码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083900：网络空间安全。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085405：软件工程。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085412：网络与信息安全。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三、复试内容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专业课笔试。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外语听力与口语测试。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专业综合面试，包括：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（1）专业综合面试1：PPT汇报及提问，时长10分钟。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（2）专业综合面试2：考查专业知识的应用和能力倾向，时长10分钟。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学院名称：南昌大学软件学院。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