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金融学院2026年推荐优秀应届本科毕业生免试攻读研究生工作办法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一、工作办法概述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本通知为中央财经大学金融学院2026年推荐优秀应届本科毕业生免试攻读研究生（推免）工作的具体办法。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通知面向2026年入学的研究生推免工作，发布日期为2025年9月6日。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联系电话：010-61776021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电子邮箱：jrxy@cufe.edu.cn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纪委邮箱：jrjw@cufe.edu.cn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单位地址：北京市昌平区沙河高教园 中央财经大学3号学院楼，邮编：102206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具体推免办法详见附件《金融学院2026年推荐优秀应届本科毕业生免试攻读研究生工作办法.pdf》。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相关补充事宜可参见《金融学院关于2026年推免生接收相关事宜的补充说明》。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