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关于发布2026年全国优秀大学生科学实践体验营入营结果的通知-夏令营/体验营-北京大学未来技术学院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关于发布2026年全国优秀大学生科学实践体验营入营结果的通知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各位报名同学：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大家好！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未来技术学院2026年全国优秀大学生科学实践体验营入营名单已确定。衷心感谢各位优秀同学对未来技术学院的关注与支持。由于本次体验营名额和接待资源有限，学院在认真评审的基础上确定了最终入营名单。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学院于2026年6月23日通过 gfuturezsb@pku.edu.cn 邮箱 向入营学生发送入营通知邮件。未收到入营通知邮件的同学，即表示未获得本次体验营入营资格，学院将不再另行通知，请知悉。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如有疑问，可通过以下方式咨询：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电话：010-62767143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邮箱：gfuturezsb@pku.edu.cn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再次感谢大家对未来技术学院的关注！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未来技术学院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2026年6月23日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分享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地址：北京市海淀区颐和园路5号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邮编：100871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版权所有©北京大学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微信公众号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