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外国语学院卓越教师计划2026届本科生免试攻读研究生推免细则-外语学院</w:t>
      </w:r>
    </w:p>
    <w:p>
      <w:r>
        <w:t>﻿</w:t>
      </w:r>
    </w:p>
    <w:p>
      <w:r>
        <w:t>ENGLISH |</w:t>
      </w:r>
    </w:p>
    <w:p>
      <w:r>
        <w:t>学校主页</w:t>
      </w:r>
    </w:p>
    <w:p>
      <w:r>
        <w:t>实验教学</w:t>
      </w:r>
    </w:p>
    <w:p>
      <w:r>
        <w:t>党建工作</w:t>
      </w:r>
    </w:p>
    <w:p>
      <w:r>
        <w:t>交流合作</w:t>
      </w:r>
    </w:p>
    <w:p>
      <w:r>
        <w:t>行政教辅</w:t>
      </w:r>
    </w:p>
    <w:p>
      <w:r>
        <w:t>学生工作</w:t>
      </w:r>
    </w:p>
    <w:p>
      <w:r>
        <w:t>快速连接</w:t>
      </w:r>
    </w:p>
    <w:p>
      <w:r>
        <w:t>外国语学院卓越教师计划2026届本科生免试攻读研究生推免细则</w:t>
      </w:r>
    </w:p>
    <w:p>
      <w:r>
        <w:t>详见附件。</w:t>
      </w:r>
    </w:p>
    <w:p>
      <w:r>
        <w:t>初审：韩俪</w:t>
      </w:r>
    </w:p>
    <w:p>
      <w:r>
        <w:t>复审：柳锦</w:t>
      </w:r>
    </w:p>
    <w:p>
      <w:r>
        <w:t>终审：金万锋</w:t>
      </w:r>
    </w:p>
    <w:p>
      <w:r>
        <w:t>附件【外国语学院卓越教师计划2026届本科生免试攻读研究生推免细则.pdf】已下载 次</w:t>
      </w:r>
    </w:p>
    <w:p>
      <w:r>
        <w:t>2025-09-03</w:t>
      </w:r>
    </w:p>
    <w:p>
      <w:r>
        <w:t>]</w:t>
      </w:r>
    </w:p>
    <w:p>
      <w:r>
        <w:t>学院地址</w:t>
      </w:r>
    </w:p>
    <w:p>
      <w:r>
        <w:t>吉林省长春市净月高新技术产业开发区博学路377号</w:t>
      </w:r>
    </w:p>
    <w:p>
      <w:r>
        <w:t>党建工作</w:t>
      </w:r>
    </w:p>
    <w:p>
      <w:r>
        <w:t>实验教学</w:t>
      </w:r>
    </w:p>
    <w:p>
      <w:r>
        <w:t>学术工作</w:t>
      </w:r>
    </w:p>
    <w:p>
      <w:r>
        <w:t>English</w:t>
      </w:r>
    </w:p>
    <w:p>
      <w:r>
        <w:t>联系我们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