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广西大学法学院2026年推荐免试研究生复试 综合考核成绩公示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根据广西大学2026年推荐免试研究生复试工作安排，广西大学法学院组织开展了推荐免试硕士研究生复试工作。经学生本人申请，学院推免生复试工作小组考核，现将复试综合考核成绩予以公示。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公示期：7个工作日，2025年9月26日—10月13日。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异议反映方式：公示期内，如有异议，请将意见以书面形式向法学院研究生办公室反映，并署真实姓名和单位名称，群众如实反映公示对象的有关问题受法律保护。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联系方式：农老师，3236212。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二、复试综合考核成绩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学术型/专业学位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推免生姓名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推荐类型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陈萱伊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程少倩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何艾依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黄婧烨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梁静茹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龙健文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罗海林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聂薇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庞泓丽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石佳鑫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支教团硕士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韦荣俊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闫馨文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钟远玟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雷盼盼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李建新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彭琳雯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王均丽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潘雪婷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许丽容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杜莫秋子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黄靖媛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王馨仪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代元燕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高海璇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黄思懿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林思懿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熊文啸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035102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周瑞菲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普通硕士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