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数学学院（珠海）关于2026年硕士研究生（含直博）预推免面试的通知 | 中山大学 数学学院（珠海）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各位考生：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我院2026年硕士研究生（含直博）预推免面试拟定于2025年9月1-2日全天进行，8月31日下午现场报到。具体面试名单、面试安排等详见附件，如考生放弃面试机会，请务必提前告知。谢谢！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现场报到：2025年8月31日下午。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面试：2025年9月1-2日全天。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联系人：叶老师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联系邮箱：yehaixia@mail.sysu.edu.cn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联系电话：0756-3668236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附件1、数学学院（珠海）2026年预推免面试安排.docx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附件2、数学学院（珠海）2026年预推免面试流程.docx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附件3-数学学院（珠海）2026年预推免面试名单-应用统计.pdf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附件4-数学学院（珠海）2026年预推免面试名单-数学.pdf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附件5、中山大学珠海校区地址及路线.pdf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数学学院（珠海）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2025年8月20日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