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华中农业大学动科动医学院接收推免生复试名单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华中农业大学动科动医学院接收推免生复试名单如下，共14人。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类别（学术学位硕士或专业学位硕士）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陈朝米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胡辰莹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武汉轻工大学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秦若诗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颜俊楠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沈思东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动物营养与饲料科学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包雅婕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塔里木大学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梁静茹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曹晓静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余雪梅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魏悠扬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谭元巧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二、类别与专业分布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学术学位硕士共5人，专业代码090502，专业名称动物营养与饲料科学，分别为：陈朝米、胡辰莹、秦若诗、颜俊楠、沈思东。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专业学位硕士共9人，专业代码095133，专业名称农业硕士（畜牧），分别为：包雅婕、宋丽、张锐、梁静茹、冯冉、曹晓静、余雪梅、魏悠扬、谭元巧。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