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关于苏州医学院推荐2026年优秀应届本科毕业生免试攻读硕士研究生发展素质成绩评定情况公示（预防医学专业）</w:t>
      </w:r>
    </w:p>
    <w:p>
      <w:pPr>
        <w:spacing w:after="80" w:lineRule="auto" w:line="360"/>
        <w:ind w:firstLine="482"/>
        <w:jc w:val="both"/>
      </w:pPr>
      <w:r>
        <w:rPr>
          <w:rFonts w:ascii="Times New Roman" w:hAnsi="Times New Roman" w:eastAsia="宋体"/>
          <w:b w:val="0"/>
          <w:sz w:val="24"/>
        </w:rPr>
        <w:t>根据《苏州医学院推荐2026年优秀应届本科毕业生免试攻读研究生实施细则》，公共卫生学院已组织完成对预防医学专业推荐2026年优秀应届本科毕业生免试攻读硕士研究生发展素质成绩评定的审核工作，现予以公示。</w:t>
      </w:r>
    </w:p>
    <w:p>
      <w:pPr>
        <w:spacing w:after="80" w:lineRule="auto" w:line="360"/>
        <w:ind w:firstLine="482"/>
        <w:jc w:val="both"/>
      </w:pPr>
      <w:r>
        <w:rPr>
          <w:rFonts w:ascii="Times New Roman" w:hAnsi="Times New Roman" w:eastAsia="宋体"/>
          <w:b w:val="0"/>
          <w:sz w:val="24"/>
        </w:rPr>
        <w:t>发布日期（推定）：2025年6月15日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公示内容：预防医学专业2026年推荐优秀应届本科毕业生免试攻读硕士研究生发展素质成绩评定情况。</w:t>
      </w:r>
    </w:p>
    <w:p>
      <w:pPr>
        <w:spacing w:after="80" w:lineRule="auto" w:line="360"/>
        <w:ind w:firstLine="482"/>
        <w:jc w:val="both"/>
      </w:pPr>
      <w:r>
        <w:rPr>
          <w:rFonts w:ascii="Times New Roman" w:hAnsi="Times New Roman" w:eastAsia="宋体"/>
          <w:b w:val="0"/>
          <w:sz w:val="24"/>
        </w:rPr>
        <w:t>2. 公示时间：截止到9月11日上午9:00。</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联系电话：0512-65880933</w:t>
      </w:r>
    </w:p>
    <w:p>
      <w:pPr>
        <w:spacing w:after="80" w:lineRule="auto" w:line="360"/>
        <w:ind w:firstLine="482"/>
        <w:jc w:val="both"/>
      </w:pPr>
      <w:r>
        <w:rPr>
          <w:rFonts w:ascii="Times New Roman" w:hAnsi="Times New Roman" w:eastAsia="宋体"/>
          <w:b w:val="0"/>
          <w:sz w:val="24"/>
        </w:rPr>
        <w:t>2. 联系人：薛丹</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预防医学专业2026年推荐优秀应届本科毕业生免试攻读硕士研究生发展素质成绩评定项目汇总表公示.xlsx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