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保研通知网 - 全国高校夏令营、预推免、正式推免保研信息同步开放平台 | 一站式保研信息高效检索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保研通知网 - 全国高校夏令营、预推免、正式推免保研信息同步开放平台",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"o":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"夏令营",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"预推免",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"正式推免"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"2026保研通知查询 - 全国高校夏令营、预推免、正式推免通知实时同步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"实时汇聚2026年全国985/211/双一流高校的夏令营、预推免、正式推免通知，支持按院校、学科、专业、状态等多维度精准筛选，24小时自动更新，助力推免生高效获取2026年最新招生动态。",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"2026保研通知,2026夏令营通知,2026预推免通知,2026正式推免通知,2026推免通知查询,保研通知查询,高校招生通知,保研夏令营报名,保研截止日期",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"2026年保研通知查询页",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"2026保研通知",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"2026保研通知查询 - 全国高校夏令营、预推免、正式推免通知实时同步",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"2026保研通知列表",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"全国高校2026年保研通知信息列表，涵盖夏令营、预推免、正式推免等各类招生通知。"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"notice-summer":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"2026保研夏令营通知查询 - 全国高校夏令营报名通知实时同步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"实时汇聚2026年全国高校保研夏令营通知，覆盖夏令营报名时间、申请条件、材料要求和截止日期，支持按院校、学科、专业和状态筛选，帮助推免生提前规划夏令营申请节奏。",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"2026保研夏令营通知,2026夏令营报名,夏令营通知查询,保研夏令营,高校夏令营报名,夏令营截止日期,推免夏令营通知",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"2026年保研夏令营通知查询页",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"2026保研夏令营通知",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"2026保研夏令营通知查询 - 全国高校夏令营报名通知实时同步",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"2026保研夏令营通知查询",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"2026保研夏令营通知列表",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"全国高校2026年保研夏令营通知列表，聚合报名截止、申请条件、材料要求和公开招生动态。"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"notice-pre":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"2026预推免通知查询 - 全国高校预推免报名通知实时同步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"实时汇聚2026年全国高校预推免通知，覆盖预推免报名、材料提交、复试考核和截止日期，支持按学校、学科、专业和状态筛选，帮助推免生把握预推免主战场机会。",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"2026预推免通知,2026预推免报名,预推免通知查询,保研预推免,高校预推免报名,预推免截止日期,推免预报名通知",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"2026年预推免通知查询页",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"2026预推免通知",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"2026预推免通知查询 - 全国高校预推免报名通知实时同步",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"2026预推免通知查询",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"2026预推免通知列表",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"全国高校2026年预推免通知列表，聚合报名截止、材料提交、考核安排和公开招生动态。"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"notice-formal":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"2026正式推免通知查询 - 全国高校正式推免与九推补位通知实时同步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"实时汇聚2026年全国高校正式推免通知，覆盖九推补位、正式推免报名、系统填报、复试确认和截止日期，支持按院校、学科、专业和状态筛选，帮助推免生及时把握补位机会。",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"2026正式推免通知,2026九推通知,正式推免报名,九推补位,推免系统填报,正式推免截止日期,高校正式推免通知",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"2026年正式推免通知查询页",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"2026正式推免通知",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"2026正式推免通知查询 - 全国高校正式推免与九推补位通知实时同步",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"2026正式推免通知查询",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"2026正式推免通知列表",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"全国高校2026年正式推免通知列表，聚合九推补位、系统填报、复试确认和公开招生动态。"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"notice-follow":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"我的关注保研通知 - 按关注学校与学科查看保研通知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"登录后按已关注学校、学科和专业方向查看个性化保研通知列表，集中跟进夏令营、预推免和正式推免申请机会。",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"我的关注,关注学校,关注学科,个性化保研通知,保研通知,夏令营通知,预推免通知,正式推免通知",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"我的关注保研通知页面",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"我的关注",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"我的关注保研通知",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"我的关注保研通知",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nofollow",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"我的关注保研通知列表",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"登录后按已关注学校、学科和专业方向查看个性化保研通知列表。"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"notice-latest72h":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"72小时最新保研通知查询 - 近72小时高校保研通知更新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"集中查看近72小时更新的保研通知，覆盖全国高校夏令营、预推免和正式推免最新发布动态，帮助推免生快速发现近期新增机会。",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"72小时最新保研通知,最新保研通知,保研通知更新,夏令营最新通知,预推免最新通知,正式推免最新通知,近72小时通知",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"72小时最新保研通知查询页",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"72H最新",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"72小时最新保研通知查询",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"72小时最新保研通知查询",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"72小时最新保研通知列表",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"近72小时更新的高校保研通知列表，覆盖夏令营、预推免和正式推免。"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"notice-year-2025":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"2025保研通知查询 - 全国高校夏令营、预推免、正式推免通知实时同步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"实时汇聚2025年全国985/211/双一流高校的夏令营、预推免、正式推免通知，支持按院校、学科、专业、状态等多维度精准筛选，助力推免生高效回看2025年招生动态。",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"2025保研通知,2025夏令营通知,2025预推免通知,2025正式推免通知,2025推免通知查询,2025高校招生通知,2025保研信息",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"2025年保研通知查询页",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"2025保研通知",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"2025保研通知查询 - 全国高校夏令营、预推免、正式推免通知实时同步",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"2025保研通知列表",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"全国高校2025年保研通知信息列表，涵盖夏令营、预推免、正式推免等各类招生通知。"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"noticeDetail":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"通知详情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"查看高校保研通知详情、报名条件、时间安排及申请材料等信息。",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"通知详情,保研通知,高校招生通知,夏令营通知,预推免通知,正式推免通知",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"保研通知网通知详情页",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"通知详情",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"通知详情",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"通知详情",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"y": "Article"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"noticeYearBootstrap":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"历年保研通知查询 - 全国高校夏令营、预推免、正式推免通知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"按年份查看全国高校夏令营、预推免、正式推免等保研通知历史信息。",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"历年保研通知,保研通知查询,夏令营通知,预推免通知,正式推免通知",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"历年保研通知查询页",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"历年保研通知",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"历年保研通知查询 - 全国高校保研通知",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"历年保研通知查询",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follow"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"schools":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"保研通知学校专栏 - 最新保研通知按学校汇总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"保研通知学校专栏按高校汇总最新保研通知列表，覆盖夏令营、预推免、正式推免等公开通知，帮助推免生快速查看各高校通知数量、类型分布和最新申请动态。",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"保研通知学校专栏,最新保研通知,学校保研通知,高校保研通知,大学夏令营,大学预推免,大学正式推免,夏令营通知汇总,预推免通知汇总,正式推免通知汇总",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"保研通知网保研通知学校专栏",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"保研通知学校专栏",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"保研通知学校专栏 - 最新保研通知汇总",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"保研通知学校专栏",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"保研通知学校专栏",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"按学校汇总最新保研通知，覆盖夏令营、预推免、正式推免等公开通知。"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"schoolDetailBootstrap":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"学校保研通知汇总 - 夏令营、预推免、正式推免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"查看高校最新保研通知汇总，覆盖夏令营、预推免、正式推免等公开通知。",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"学校保研通知,高校夏令营,高校预推免,高校正式推免",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"学校保研通知汇总",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"学校保研通知",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"学校保研通知汇总",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"学校保研通知汇总"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"保研名单公示查询 - 全国高校拟录取、入营、优营名单汇总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"汇总全国高校保研名单公示信息，覆盖拟录取、入营、优秀营员等公开结果，支持按学校检索并在学校页切换年份，帮助推免生回看历史结果和申请竞争格局。",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"保研名单公示,公示名单,保研公示,拟录取名单,入营名单,优秀营员,保研录取结果,高校保研公示,往年公示",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"保研通知网保研名单公示查询页",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"公示名单",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"保研名单公示查询 -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"保研名单公示查询 - 全国高校保研公示名单汇总",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"保研名单公示列表",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"全国高校保研名单公示列表，覆盖拟录取、入营、优秀营员等公开结果。"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"archiveSchoolBootstrap":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"学校保研名单公示 - 拟录取、入营、优营名单汇总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"查看高校保研名单公示，覆盖拟录取、入营、优秀营员等公开结果。",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"学校保研名单公示,拟录取名单,入营名单,优秀营员",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"学校保研名单公示",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"学校公示名单",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"学校保研名单公示",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"学校保研名单公示"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"archiveDetailBootstrap":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"保研名单公示详情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"查看高校保研名单公示详情，覆盖拟录取、入营、优秀营员等公开结果。",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"保研名单公示详情,拟录取名单,入营名单,优秀营员",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"保研名单公示详情",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"公示详情",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"保研名单公示详情",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"保研名单公示详情",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"y": "Article",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".archive-paywall"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"employmentReports":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"高校就业质量报告查询 - 历年毕业生就业质量报告书架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"汇总全国高校历年就业质量报告，按学校进入报告书架，按年份查看毕业生去向、专业流向、城市选择与行业趋势，为保研择校、专业判断和长期规划提供参考。",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"就业质量报告,高校就业质量报告,毕业生就业质量报告,大学就业质量报告,就业报告查询,毕业生去向,保研择校,专业就业去向",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"保研通知网高校就业质量报告查询页",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"就业报告",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"高校就业质量报告查询 -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"高校就业质量报告查询 - 历年毕业生就业质量报告书架",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"高校就业质量报告书架",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"全国高校历年毕业生就业质量报告列表，按学校与年份归档展示。"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"employmentReportSchoolBootstrap":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"学校就业质量报告 - 历年毕业生就业质量报告书架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"查看高校历年就业质量报告，了解毕业生就业去向、升学情况、行业分布与城市流向。",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"学校就业质量报告,毕业生就业质量报告,就业去向,升学情况",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"学校就业质量报告",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"学校就业报告",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"学校就业质量报告",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"学校就业质量报告书架"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"高校就业质量报告详情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"在线查看高校就业质量报告详情，了解毕业去向、升学深造、行业分布与地区流向。",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"高校就业质量报告详情,毕业生就业质量报告,毕业去向,升学深造",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"高校就业质量报告详情",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"就业报告详情",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"高校就业质量报告详情",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"高校就业质量报告详情",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"w": ".employment-report-paywall"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"interview":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"保研面试题库 - 夏令营、预推免与正式推免面试准备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面试题库面向夏令营面试、预推免面试和正式推免面试，设有英语问答、专业英语、文献翻译、数学专题、思政考核和收藏合集六个专题入口；支持按类别、门类、学科、科目、主题、题型、年份、难度和关键词筛选，并在详情页进行答案对照、朗读、收藏、复习标记和个人作答，收藏合集用于保研面试复盘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"保研面试,保研面试题库,夏令营面试,预推免面试,正式推免面试,推免面试,保研面试问题,保研专业课面试,保研英语面试,保研文献翻译,保研思政面试,保研面试复盘,收藏合集,复习标记,保研面试准备",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"保研通知网保研面试题库页面",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"保研面试题库",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"保研面试题库 - 夏令营、预推免与正式推免面试准备",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"保研面试题库与系统准备指南",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"保研面试专题题库",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"设有英语问答、专业英语、文献翻译、数学专题、思政考核和收藏合集六个专题入口，支持列表筛选、详情目录、答案对照、收藏标记和个人作答复盘。"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"f":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"保研面试题库包含哪些内容？",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"页面包含英语问答、专业英语、文献翻译、数学专题、思政考核和收藏合集六个专题入口，并提供列表筛选、详情目录、答案隐藏/朗读、我的答案、收藏和标记功能。"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"不同专业应该怎样选择题目？",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"先选择与面试环节对应的专题：专业英语和文献翻译可按门类、学科筛选，数学可按科目筛选，思政可按主题和题型筛选，英语问答可按类别、难度和关键词查找。"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"保研面试题库应该怎样练习？",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"建议先隐藏答案并独立口述或写下自己的答案，再对照参考内容检查结构、论据与表达。遇到薄弱内容时收藏并标记状态，而不是只背固定文本。"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"怎样集中复盘薄弱题目？",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"将各专题中的薄弱内容加入收藏合集，按来源题库、复习标记和备注整理，再从原题入口回看完整上下文，形成下一轮复盘清单。"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"夏令营、预推免和正式推免的面试准备有什么区别？",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"夏令营面试通常更早，适合先建立专业基础与科研表达；预推免面试节奏更集中，需要针对目标院校快速补齐薄弱项；正式推免面试则应结合最终志愿安排，重点检查材料、表达和专业知识的一致性。"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"interviewEnglishQuestions":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"英语问答题库列表 - 保研夏令营预推免英文面试题库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"保研夏令营、预推免英语问答题库列表，按自我介绍、科研项目、规划动机、压力追问等场景整理高频题目，方便分页浏览题目目录并规划英文面试训练。",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"保研夏令营面试题库,预推免面试题库,保研英语面试,英文问答,推免面试英语,英语自我介绍",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"a": "英语问答题库列表 - 保研夏令营预推免英文面试题库",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"英语问答",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"英语问答题库列表 - 保研夏令营预推免英文面试题库",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"英语问答题库列表 - 保研夏令营预推免英文面试题库",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"英语问答题库列表",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"保研夏令营、预推免英语问答题库列表，按常见面试场景整理高频题目。"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"interviewProfessionalEnglish":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"专业英语题库列表 - 保研夏令营预推免面试题库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"保研夏令营、预推免专业英语题库列表，按门类和学科整理术语、释义、英文定义、例句与面试问答，帮助考生定位学科方向并规划全英文面试训练。",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"保研专业英语,专业英语题库,保研夏令营面试题库,预推免面试题库,推免英文面试,专业英语术语",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"专业英语题库列表",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"专业英语",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"专业英语题库列表 - 保研夏令营预推免面试题库",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"专业英语题库列表",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"专业英语题库列表",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"按门类和学科整理保研专业英语术语、释义、英文定义、例句与面试问答。"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"interviewLiterature":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"文献翻译题库列表 - 保研夏令营预推免文献阅读题库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"保研文献翻译题库列表，按门类和学科整理经典论文题目、文献段落、中文翻译和关键词，帮助考生进行英文文献精读、中文转述和重点概念复盘。",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"保研文献翻译,文献翻译题库,保研英文文献,英文文献阅读,论文翻译,专业文献翻译",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"文献翻译题库列表",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"文献翻译",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"文献翻译题库列表 - 保研夏令营预推免文献阅读题库",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"文献翻译题库列表",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"文献翻译题库列表",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"按门类和学科整理经典论文题目、英文文献段落、中文翻译和关键词。"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"interviewMath":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"数学专题题库列表 - 保研夏令营预推免数学面试题库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"保研数学专题题库按高等数学、线性代数、概率论与数理统计等科目整理核心概念、定理理解、方法直觉和延伸追问，帮助考生系统准备夏令营与预推免数学面试。",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"保研数学专题,保研数学面试题库,夏令营数学面试,预推免数学面试,高等数学面试题,线性代数面试题,概率论面试题",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"a": "数学专题题库列表 - 保研夏令营预推免数学面试题库",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"数学专题",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"数学专题题库列表 - 保研夏令营预推免数学面试题库",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"保研数学专题题库列表",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"保研数学专题题库列表",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"按高等数学、线性代数、概率论与数理统计等科目整理保研数学面试核心问答。"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"interviewIdeology":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"思政考核题库列表 - 保研夏令营预推免面试思政问答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夏令营、预推免和正式推免思政考核题库列表，围绕科研诚信、导师沟通、专业责任、青年担当和现实情境追问整理基础知识、简答、辨析、论述与开放性问答，方便按主题、题型和题目关键词规划面试复习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"保研思政考核,思政面试题库,保研夏令营思政面试,预推免思政问答,正式推免思政考核,科研诚信,导师沟通,青年担当",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"a": "思政考核题库列表 - 保研夏令营预推免面试思政问答",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"思政考核",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"思政考核题库列表 - 保研夏令营预推免面试思政问答",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"思政考核题库列表 - 保研夏令营预推免面试思政问答",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"思政考核题库列表",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"围绕科研诚信、导师沟通、专业责任、青年担当和现实情境追问整理保研思政面试问答。"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"interviewEnglishDetailBootstrap":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"英语问答题库详情 - 保研夏令营预推免英文面试题库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"保研英语问答题库详情页，提供参考答案、英文表达和个人练习入口，帮助夏令营、预推免考生围绕常见面试场景打磨回答框架。",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"保研夏令营面试题库,预推免面试题库,保研英语面试,英文问答,推免面试英语,英语自我介绍",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"英语问答题库详情",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"英语问答详情",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"英语问答题库详情 - 保研夏令营预推免英文面试题库",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"英语问答题库详情 - 保研夏令营预推免英文面试题库",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".interview-paywall"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"interviewProfessionalDetailBootstrap":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"专业英语题库详情 - 保研夏令营预推免面试题库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"保研专业英语题库详情页，围绕夏令营、预推免全英文面试提供术语解析、英文定义、例句与回答模板入口，帮助打磨学科表达。",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"保研专业英语,专业英语题库,保研夏令营面试题库,预推免面试题库,推免英文面试,保研面试术语",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"专业英语题库详情",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"专业英语详情",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"专业英语题库详情 - 保研夏令营预推免面试题库",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"专业英语题库详情 - 保研夏令营预推免面试题库",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".interview-paywall"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"interviewLiteratureDetailBootstrap":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"文献翻译题库详情 - 保研夏令营预推免文献阅读题库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"保研文献翻译题库详情页，围绕论文题目、文献段落、中文翻译和关键词，帮助梳理英文文献的研究主题、核心概念与中文转述。",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"保研文献翻译,文献翻译题库,保研英文文献,英文文献阅读,论文翻译,专业文献翻译",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"文献翻译题库详情",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"文献翻译详情",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"文献翻译题库详情 - 保研夏令营预推免文献阅读题库",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"文献翻译题库详情 - 保研夏令营预推免文献阅读题库",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".interview-paywall"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"interviewMathDetailBootstrap":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"数学专题题库详情 - 保研夏令营预推免数学面试题库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"数学专题保研数学题库详情页，围绕核心概念、定理理解、方法直觉和延伸追问提供参考答案与个人练习入口，帮助考生准备夏令营和预推免数学面试。",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"保研数学专题,保研数学面试题库,夏令营数学面试,预推免数学面试,数学专题",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"数学专题题库详情",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"数学专题详情",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"数学专题题库详情 - 保研夏令营预推免数学面试题库",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"数学专题题库详情 - 保研夏令营预推免数学面试题库",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".interview-paywall"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"interviewIdeologyDetailBootstrap":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"思政考核题库详情 - 保研夏令营预推免面试思政问答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"保研思政考核题库详情页，围绕科研诚信、导师沟通、专业责任、青年担当和现实情境追问提供参考答案、记忆版答案和口语化表达，帮助形成稳妥清晰的面试回答。",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"保研思政考核,思政面试题库,保研夏令营思政面试,预推免思政问答,正式推免思政考核,科研诚信,导师沟通,青年担当",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"思政考核题库详情",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"思政考核详情",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"思政考核题库详情 - 保研夏令营预推免面试思政问答",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"n": "思政考核题库详情 - 保研夏令营预推免面试思政问答",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"w": ".interview-paywall"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"about":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"关于保研通知网 - 平台介绍与服务理念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"了解保研通知网的发展历程、服务理念和平台特色，致力于为全国推免生提供及时、准确、全面的保研信息同步服务。",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"保研通知网,关于我们,平台介绍,保研信息服务",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"保研通知网关于页面",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"关于保研通知网"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"slang":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"保研词典 - 保研圈常用术语大全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"收录保研圈常用术语与缩写释义，涵盖夏令营、预推免、推免面试等全流程专业词汇，助你轻松理解保研资讯。",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"保研词典,保研术语,保研缩写,夏令营术语,推免术语",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"保研通知网保研词典",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"保研词典"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"pricing":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"会员价格 -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"查看保研通知网会员方案、价格与权益，选择适合自己的保研信息服务。",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"保研通知网会员,保研会员价格,保研信息服务",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"保研通知网会员价格",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"会员价格",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"保研通知网会员价格",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"保研通知网会员价格与权益"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"contact":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"联系我们 - 机构合作、商务咨询与产品建议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"联系保研通知网，咨询机构合作、招生数据服务、会员与支付问题，或提交产品建议和内容纠错；团队通常会在24小时内跟进。",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"联系保研通知网,机构合作,商务咨询,招生数据服务,保研产品建议,会员支付咨询",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"联系保研通知网",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"联系我们",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"st": "联系保研通知网",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"联系保研通知网"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"privacy":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"隐私政策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"保研通知网隐私政策，说明我们如何收集、使用和保护您的个人信息。",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"k": "隐私政策,个人信息保护,保研通知网",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"保研通知网隐私政策",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"隐私政策",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follow"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"terms":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"服务条款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"保研通知网服务条款与用户协议，包含服务使用规范、用户权利义务等内容。",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"k": "服务条款,用户协议,保研通知网",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"保研通知网服务条款",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"服务条款",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follow"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"calendar":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"保研日历 - 全国高校夏令营、预推免主战场与正式推免捡漏机会查询 -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"保研日历汇总全国高校夏令营、预推免主战场和正式推免捡漏机会通知，按报名截止日期提供保研信息查询，支持逐月查看截止节点与当天通知，帮助推免生安排材料准备和申请节奏。",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"保研日历,夏令营,预推免,保研信息查询,正式推免,保研通知,保研截止日期,夏令营报名时间,预推免报名时间,推免申请时间线",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"a": "保研日历夏令营预推免主战场与正式推免捡漏机会查询页面",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"保研日历",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"st": "保研日历｜夏令营、预推免主战场与正式推免捡漏",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"n": "保研日历与主战场/捡漏机会查询工具"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"myApplication":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"t": "我的申请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"保研通知网用户私有申请清单页面，用于管理已加入清单的保研通知、申请状态和申请结果。",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"k": "我的申请,申请清单,保研申请管理",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"保研通知网我的申请页面",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"我的申请",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"noindex, nofollow"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"guide":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"t": "服务指南 - 保研通知网使用教程与服务详情 | 保研通知网",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"d": "保研通知网服务指南，详细介绍平台功能、使用方法和定制化服务，帮助保研学子高效利用平台获取招生信息。",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"k": "保研服务指南,保研通知使用教程,保研信息服务,定制化保研服务",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"a": "保研通知网服务指南",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"b": "服务指南"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"r":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"/": "home",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"/notice": "notice",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"/notice/summer": "notice-summer",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"/notice/pre": "notice-pre",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"/notice/formal": "notice-formal",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"/notice/follow": "notice-follow",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"/notice/latest72h": "notice-latest72h",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"/notice/year/2025": "notice-year-2025",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"/schools": "schools",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"/archive": "archive",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"/employment-reports": "employmentReports",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"/interview": "interview",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"/interview/english-questions": "interviewEnglishQuestions",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"/interview/professional-english": "interviewProfessionalEnglish",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"/interview/literature": "interviewLiterature",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"/interview/math": "interviewMath",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"/interview/ideology": "interviewIdeology",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"/about": "about",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"/slang": "slang",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"/pricing": "pricing",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"/contact": "contact",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"/privacy": "privacy",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"/terms": "terms",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"/calendar": "calendar",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"/my-application": "myApplication",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"/custom-guide": "guide"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"m":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"/pages/home":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"home",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"/pages/notice":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"/pages/schools":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"schools",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"/schools"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"/pages/archive":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"/pages/employment-reports":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"employmentReports",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"/employment-reports"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"/pages/interview":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"interview",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"/interview"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"/pages/about":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"about",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"/about"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"/pages/slang":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"slang",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"/slang"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"/pages/pricing":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"pricing",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"/pricing"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"/pages/contact":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"contact",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"/contact"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"/pages/privacy":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"privacy",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"/privacy"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"/pages/terms":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"terms",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"/terms"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"/pages/calendar":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"calendar",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"/calendar"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"/pages/my-application":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"myApplication",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"/my-application"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"/pages/custom-guide": 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"guide",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"/custom-guide"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"d":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"^/pages/notice/detail/(\\d+)$",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"noticeDetail",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"/notice/detail/$1"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"^/pages/notice/summer$",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"notice-summer",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"/notice/summer",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"^/pages/notice/pre$",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"notice-pre",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"/notice/pre",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"^/pages/notice/formal$",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"notice-formal",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"/notice/formal",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"^/pages/notice/follow$",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"^/pages/notice/latest72h$",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"notice-latest72h",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"/notice/latest72h",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"^/notice/year/2026$",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"^/pages/notice/year/2026$",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"^/pages/notice/year/2025$",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"notice-year-2025",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"/notice/year/2025",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"^/pages/notice/year/(\\d{4})$",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"noticeYearBootstrap",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"/notice/year/$1"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"^/archive/(\\d{4})$",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"^/archive/(\\d{4})/([^/]+)$",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"/archive/$2/$1"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"^/archive/(\\d{4})/([^/]+)/([^/]+)$",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"/archive/$2/$1/$3"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"^/pages/archive/(\\d{4})$",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"^/pages/archive/(\\d{4})/([^/]+)/([^/]+)$",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"/archive/$2/$1/$3"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"^/pages/archive/(\\d{4})/([^/]+)$",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"/archive/$2/$1"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"^/pages/archive/([^/]+)/(\\d{4})/([^/]+)$",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"/archive/$1/$2/$3"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"^/pages/archive/([^/]+)/(\\d{4})$",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"/archive/$1/$2"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"^/pages/archive/([^/]+)$",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"/archive/$1"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"^/pages/employment-reports/([^/]+)/(\\d{4})/([^/]+)$",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"/employment-reports/$1/$2/$3"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"^/pages/employment-reports/([^/]+)$",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"/employment-reports/$1"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"^/pages/schools/([^/]+)$",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"schoolDetailBootstrap",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"/schools/$1"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"^/notice/detail/(\\d+)$",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"noticeDetail",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"^/notice/year/(\\d{4})$",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"noticeYearBootstrap",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"^/schools/[^/]+$",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"schoolDetailBootstrap",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"^/archive/[^/]+(?:/\\d{4})?$",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"^/archive/[^/]+/\\d{4}/[^/]+$",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"archiveDetailBootstrap",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"^/employment-reports/[^/]+$",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"employmentReportSchoolBootstrap",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"^/employment-reports/[^/]+/\\d{4}/[^/]+$",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"employmentReportDetailBootstrap",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"^/interview/english-questions/detail$",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"interviewEnglishDetailBootstrap",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"^/interview/professional-english/detail(?:/[^/]+){0,2}$",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"interviewProfessionalDetailBootstrap",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"^/interview/literature/detail(?:/[^/]+){0,2}$",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"interviewLiteratureDetailBootstrap",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"^/interview/math/detail(?:/[^/]+)?$",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"interviewMathDetailBootstrap",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"^/interview/ideology/detail$",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"interviewIdeologyDetailBootstrap",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"x": [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"/settings",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"/admin",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"/my-application",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"/interview/favorites",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"/auth/github/callback",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"/api/auth/callback/google",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"/auth/google/callback",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"/auth/reset-password",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"/rate-limited",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"/not-found",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"/pages/my-application",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"/my-application"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"/pages/rate-limited",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"/rate-limited"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"/pages/not-found",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"/not-found"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"/pages/notice/follow",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nofollow",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"/notice/follow"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"/notice/latest72h",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"/pages/notice/latest72h",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"/notice/latest72h"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"/notice/year",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"p",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"/pages/notice/year",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"/privacy",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"/terms",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""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"/pages/privacy",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"/privacy"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],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[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"e",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"/pages/terms",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"noindex, follow",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"/terms"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setHead(selector, value)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node = document.querySelector(selector);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(node &amp;&amp; value) node.setAttribute('content', value);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robotsRule(pathname)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for (var i = 0; i &lt; B.x.length; i++) {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var rule = B.x[i];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matched = rule[0] === 'e'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? pathname === rule[1]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: pathname === rule[1] || pathname.indexOf(rule[1] + '/') === 0;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if (matched) return rule;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return null;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hasRobotsDirective(value, directive)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String(value || '').split(',').some(function(item)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return item.trim().toLowerCase() === directive;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}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function dynamicPage(pathname)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for (var i = 0; i &lt; B.d.length; i++) {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pattern = new RegExp(B.d[i][0]);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if (!pattern.test(pathname)) continue;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var canonicalPath = B.d[i]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