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西北农林科技大学农学院2026年优秀大学生夏令营通知</w:t>
      </w:r>
    </w:p>
    <w:p>
      <w:r>
        <w:t>English</w:t>
      </w:r>
    </w:p>
    <w:p>
      <w:r>
        <w:t>网站首页</w:t>
      </w:r>
    </w:p>
    <w:p>
      <w:r>
        <w:t>机构设置</w:t>
      </w:r>
    </w:p>
    <w:p>
      <w:r>
        <w:t>历史沿革</w:t>
      </w:r>
    </w:p>
    <w:p>
      <w:r>
        <w:t>联系我们</w:t>
      </w:r>
    </w:p>
    <w:p>
      <w:r>
        <w:t>学科建设</w:t>
      </w:r>
    </w:p>
    <w:p>
      <w:r>
        <w:t>学科简介</w:t>
      </w:r>
    </w:p>
    <w:p>
      <w:r>
        <w:t>学科及其学科方向负责人</w:t>
      </w:r>
    </w:p>
    <w:p>
      <w:r>
        <w:t>学科平台</w:t>
      </w:r>
    </w:p>
    <w:p>
      <w:r>
        <w:t>师资队伍概况</w:t>
      </w:r>
    </w:p>
    <w:p>
      <w:r>
        <w:t>农学系</w:t>
      </w:r>
    </w:p>
    <w:p>
      <w:r>
        <w:t>种子科学系</w:t>
      </w:r>
    </w:p>
    <w:p>
      <w:r>
        <w:t>植物科学系</w:t>
      </w:r>
    </w:p>
    <w:p>
      <w:r>
        <w:t>实验中心</w:t>
      </w:r>
    </w:p>
    <w:p>
      <w:r>
        <w:t>成人教育</w:t>
      </w:r>
    </w:p>
    <w:p>
      <w:r>
        <w:t>招生专业</w:t>
      </w:r>
    </w:p>
    <w:p>
      <w:r>
        <w:t>导师名单</w:t>
      </w:r>
    </w:p>
    <w:p>
      <w:r>
        <w:t>管理制度</w:t>
      </w:r>
    </w:p>
    <w:p>
      <w:r>
        <w:t>教学工作</w:t>
      </w:r>
    </w:p>
    <w:p>
      <w:r>
        <w:t>下载中心</w:t>
      </w:r>
    </w:p>
    <w:p>
      <w:r>
        <w:t>科研推广</w:t>
      </w:r>
    </w:p>
    <w:p>
      <w:r>
        <w:t>科研概况</w:t>
      </w:r>
    </w:p>
    <w:p>
      <w:r>
        <w:t>科研成果</w:t>
      </w:r>
    </w:p>
    <w:p>
      <w:r>
        <w:t>科研平台</w:t>
      </w:r>
    </w:p>
    <w:p>
      <w:r>
        <w:t>管理办法</w:t>
      </w:r>
    </w:p>
    <w:p>
      <w:r>
        <w:t>专著编著</w:t>
      </w:r>
    </w:p>
    <w:p>
      <w:r>
        <w:t>试验站（基地）</w:t>
      </w:r>
    </w:p>
    <w:p>
      <w:r>
        <w:t>作物学博士后流动站</w:t>
      </w:r>
    </w:p>
    <w:p>
      <w:r>
        <w:t>党群工作</w:t>
      </w:r>
    </w:p>
    <w:p>
      <w:r>
        <w:t>党建机构</w:t>
      </w:r>
    </w:p>
    <w:p>
      <w:r>
        <w:t>学习园地</w:t>
      </w:r>
    </w:p>
    <w:p>
      <w:r>
        <w:t>样板支部</w:t>
      </w:r>
    </w:p>
    <w:p>
      <w:r>
        <w:t>学生工作</w:t>
      </w:r>
    </w:p>
    <w:p>
      <w:r>
        <w:t>学工概况</w:t>
      </w:r>
    </w:p>
    <w:p>
      <w:r>
        <w:t>辅导员队伍</w:t>
      </w:r>
    </w:p>
    <w:p>
      <w:r>
        <w:t>班主任队伍</w:t>
      </w:r>
    </w:p>
    <w:p>
      <w:r>
        <w:t>团学组织</w:t>
      </w:r>
    </w:p>
    <w:p>
      <w:r>
        <w:t>学生天地</w:t>
      </w:r>
    </w:p>
    <w:p>
      <w:r>
        <w:t>国际交流</w:t>
      </w:r>
    </w:p>
    <w:p>
      <w:r>
        <w:t>国际交流简介</w:t>
      </w:r>
    </w:p>
    <w:p>
      <w:r>
        <w:t>通知公告</w:t>
      </w:r>
    </w:p>
    <w:p>
      <w:r>
        <w:t>前沿动态</w:t>
      </w:r>
    </w:p>
    <w:p>
      <w:r>
        <w:t>留学项目</w:t>
      </w:r>
    </w:p>
    <w:p>
      <w:r>
        <w:t>服务指南</w:t>
      </w:r>
    </w:p>
    <w:p>
      <w:r>
        <w:t>新闻中心</w:t>
      </w:r>
    </w:p>
    <w:p>
      <w:r>
        <w:t>通知公告</w:t>
      </w:r>
    </w:p>
    <w:p>
      <w:r>
        <w:t>学院动态</w:t>
      </w:r>
    </w:p>
    <w:p>
      <w:r>
        <w:t>当前位置： 首页»</w:t>
      </w:r>
    </w:p>
    <w:p>
      <w:r>
        <w:t>新闻中心»</w:t>
      </w:r>
    </w:p>
    <w:p>
      <w:r>
        <w:t>通知公告</w:t>
      </w:r>
    </w:p>
    <w:p>
      <w:r>
        <w:t>通知公告</w:t>
      </w:r>
    </w:p>
    <w:p>
      <w:r>
        <w:t>西北农林科技大学农学院2026年优秀大学生夏令营通知</w:t>
      </w:r>
    </w:p>
    <w:p>
      <w:r>
        <w:t>相关附件：</w:t>
      </w:r>
    </w:p>
    <w:p>
      <w:r>
        <w:t>夏令营报名-学生端.docx</w:t>
      </w:r>
    </w:p>
    <w:p>
      <w:r>
        <w:t>校友会</w:t>
      </w:r>
    </w:p>
    <w:p>
      <w:r>
        <w:t>捐赠</w:t>
      </w:r>
    </w:p>
    <w:p>
      <w:r>
        <w:t>教职工</w:t>
      </w:r>
    </w:p>
    <w:p>
      <w:r>
        <w:t>招聘</w:t>
      </w:r>
    </w:p>
    <w:p>
      <w:r>
        <w:t>会议室预约</w:t>
      </w:r>
    </w:p>
    <w:p>
      <w:r>
        <w:t>仪器预约</w:t>
      </w:r>
    </w:p>
    <w:p>
      <w:r>
        <w:t>院团委</w:t>
      </w:r>
    </w:p>
    <w:p>
      <w:r>
        <w:t>院学生会</w:t>
      </w:r>
    </w:p>
    <w:p>
      <w:r>
        <w:t>学生天地</w:t>
      </w:r>
    </w:p>
    <w:p>
      <w:r>
        <w:t>招生</w:t>
      </w:r>
    </w:p>
    <w:p>
      <w:r>
        <w:t>就业</w:t>
      </w:r>
    </w:p>
    <w:p>
      <w:r>
        <w:t>反馈</w:t>
      </w:r>
    </w:p>
    <w:p>
      <w:r>
        <w:t>院长邮箱</w:t>
      </w:r>
    </w:p>
    <w:p>
      <w:r>
        <w:t>书记邮箱</w:t>
      </w:r>
    </w:p>
    <w:p>
      <w:r>
        <w:t>安全维护</w:t>
      </w:r>
    </w:p>
    <w:p>
      <w:r>
        <w:t>特别推荐</w:t>
      </w:r>
    </w:p>
    <w:p>
      <w:r>
        <w:t>西北农业学报</w:t>
      </w:r>
    </w:p>
    <w:p>
      <w:r>
        <w:t>麦类作物学报</w:t>
      </w:r>
    </w:p>
    <w:p>
      <w:r>
        <w:t>中英绿色农业中心</w:t>
      </w:r>
    </w:p>
    <w:p>
      <w:r>
        <w:t>中国小杂粮</w:t>
      </w:r>
    </w:p>
    <w:p>
      <w:r>
        <w:t>全国农业专业学位研究生</w:t>
      </w:r>
    </w:p>
    <w:p>
      <w:r>
        <w:t>实践教育示范基地</w:t>
      </w:r>
    </w:p>
    <w:p>
      <w:r>
        <w:t>联系我们</w:t>
      </w:r>
    </w:p>
    <w:p>
      <w:r>
        <w:t>地址： 中国 杨凌 邰城路3号</w:t>
      </w:r>
    </w:p>
    <w:p>
      <w:r>
        <w:t>邮编： 712100</w:t>
      </w:r>
    </w:p>
    <w:p>
      <w:r>
        <w:t>综合办公室： 029-87082845</w:t>
      </w:r>
    </w:p>
    <w:p>
      <w:r>
        <w:t>主管领导： 韩新辉</w:t>
      </w:r>
    </w:p>
    <w:p>
      <w:r>
        <w:t>网管员： 王磊</w:t>
      </w:r>
    </w:p>
    <w:p>
      <w:r>
        <w:t>微信平台"后稷有人"</w:t>
      </w:r>
    </w:p>
    <w:p>
      <w:r>
        <w:t>版权所有 西北农林科技大学农学院 我们的位置</w:t>
      </w:r>
    </w:p>
    <w:p>
      <w:r>
        <w:t>西北农林科技大学农学院2026年优秀大学生夏令营通知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