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法学院关于2026届本科毕业生免试攻读研究生推荐资格公示的通知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中山大学推荐应届本科毕业生免试攻读研究生工作实施办法》（中大教务〔2025〕2号）、《中山大学法学院推免资格认定遴选细则》（法学〔2025〕1号），经学生申请、学院审核，我院王舒艺等38名同学拟获免试攻读研究生推荐资格，现将名单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一、公示与反馈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如有异议，请在公示期内实名向学院推免工作小组反馈，否则不予受理。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公示时间：2025年9月8日-9月14日。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联系电话：020-84828175（院系推免工作小组）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联系电话：020-84115582（校纪委、监察专员办）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电子邮箱：jwlaw@mail.sysu.edu.cn（院系推免工作小组）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法学院拟获2026届免试攻读研究生推荐资格名单（含候补）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法学院2026届本科毕业生免试攻读研究生学位推荐资格名单_2.pdf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