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清华大学2027 年安全科学学院</w:t>
      </w:r>
    </w:p>
    <w:p>
      <w:pPr>
        <w:spacing w:after="80" w:lineRule="auto" w:line="360"/>
        <w:ind w:firstLine="482"/>
        <w:jc w:val="both"/>
      </w:pPr>
      <w:r>
        <w:rPr>
          <w:rFonts w:ascii="Times New Roman" w:hAnsi="Times New Roman" w:eastAsia="宋体"/>
          <w:b w:val="0"/>
          <w:sz w:val="24"/>
        </w:rPr>
        <w:t>清华大学安全科学学院2027年接收优秀应届本科毕业生免试攻读研究生直博入围综合考核的名单已确定，现公布如下。公示期为十个工作日（2026年8月23日至9月4日）。</w:t>
      </w:r>
    </w:p>
    <w:p>
      <w:pPr>
        <w:spacing w:after="80" w:lineRule="auto" w:line="360"/>
        <w:ind w:firstLine="482"/>
        <w:jc w:val="both"/>
      </w:pPr>
      <w:r>
        <w:rPr>
          <w:rFonts w:ascii="Times New Roman" w:hAnsi="Times New Roman" w:eastAsia="宋体"/>
          <w:b w:val="0"/>
          <w:sz w:val="24"/>
        </w:rPr>
        <w:t>发布日期：2026年8月23日</w:t>
      </w:r>
    </w:p>
    <w:p>
      <w:pPr>
        <w:spacing w:before="160" w:after="80" w:lineRule="auto" w:line="360"/>
        <w:jc w:val="left"/>
      </w:pPr>
      <w:r>
        <w:rPr>
          <w:rFonts w:ascii="Times New Roman" w:hAnsi="Times New Roman" w:eastAsia="宋体"/>
          <w:b/>
          <w:sz w:val="28"/>
        </w:rPr>
        <w:t>一、直博综合考核名单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报名号</w:t>
            </w:r>
          </w:p>
        </w:tc>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20272400494</w:t>
            </w:r>
          </w:p>
        </w:tc>
        <w:tc>
          <w:tcPr>
            <w:tcW w:type="dxa" w:w="2878"/>
          </w:tcPr>
          <w:p>
            <w:pPr>
              <w:spacing w:after="20" w:before="20"/>
            </w:pPr>
            <w:r/>
            <w:r>
              <w:rPr>
                <w:rFonts w:ascii="Times New Roman" w:hAnsi="Times New Roman" w:eastAsia="宋体"/>
                <w:b w:val="0"/>
                <w:sz w:val="21"/>
              </w:rPr>
              <w:t>刘和星</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20272401139</w:t>
            </w:r>
          </w:p>
        </w:tc>
        <w:tc>
          <w:tcPr>
            <w:tcW w:type="dxa" w:w="2878"/>
          </w:tcPr>
          <w:p>
            <w:pPr>
              <w:spacing w:after="20" w:before="20"/>
            </w:pPr>
            <w:r/>
            <w:r>
              <w:rPr>
                <w:rFonts w:ascii="Times New Roman" w:hAnsi="Times New Roman" w:eastAsia="宋体"/>
                <w:b w:val="0"/>
                <w:sz w:val="21"/>
              </w:rPr>
              <w:t>冯泽坤</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20272402011</w:t>
            </w:r>
          </w:p>
        </w:tc>
        <w:tc>
          <w:tcPr>
            <w:tcW w:type="dxa" w:w="2878"/>
          </w:tcPr>
          <w:p>
            <w:pPr>
              <w:spacing w:after="20" w:before="20"/>
            </w:pPr>
            <w:r/>
            <w:r>
              <w:rPr>
                <w:rFonts w:ascii="Times New Roman" w:hAnsi="Times New Roman" w:eastAsia="宋体"/>
                <w:b w:val="0"/>
                <w:sz w:val="21"/>
              </w:rPr>
              <w:t>范佳豪</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20272402922</w:t>
            </w:r>
          </w:p>
        </w:tc>
        <w:tc>
          <w:tcPr>
            <w:tcW w:type="dxa" w:w="2878"/>
          </w:tcPr>
          <w:p>
            <w:pPr>
              <w:spacing w:after="20" w:before="20"/>
            </w:pPr>
            <w:r/>
            <w:r>
              <w:rPr>
                <w:rFonts w:ascii="Times New Roman" w:hAnsi="Times New Roman" w:eastAsia="宋体"/>
                <w:b w:val="0"/>
                <w:sz w:val="21"/>
              </w:rPr>
              <w:t>杜京泽</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20272404731</w:t>
            </w:r>
          </w:p>
        </w:tc>
        <w:tc>
          <w:tcPr>
            <w:tcW w:type="dxa" w:w="2878"/>
          </w:tcPr>
          <w:p>
            <w:pPr>
              <w:spacing w:after="20" w:before="20"/>
            </w:pPr>
            <w:r/>
            <w:r>
              <w:rPr>
                <w:rFonts w:ascii="Times New Roman" w:hAnsi="Times New Roman" w:eastAsia="宋体"/>
                <w:b w:val="0"/>
                <w:sz w:val="21"/>
              </w:rPr>
              <w:t>孙嘉婧</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20272404911</w:t>
            </w:r>
          </w:p>
        </w:tc>
        <w:tc>
          <w:tcPr>
            <w:tcW w:type="dxa" w:w="2878"/>
          </w:tcPr>
          <w:p>
            <w:pPr>
              <w:spacing w:after="20" w:before="20"/>
            </w:pPr>
            <w:r/>
            <w:r>
              <w:rPr>
                <w:rFonts w:ascii="Times New Roman" w:hAnsi="Times New Roman" w:eastAsia="宋体"/>
                <w:b w:val="0"/>
                <w:sz w:val="21"/>
              </w:rPr>
              <w:t>王子越</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20272407141</w:t>
            </w:r>
          </w:p>
        </w:tc>
        <w:tc>
          <w:tcPr>
            <w:tcW w:type="dxa" w:w="2878"/>
          </w:tcPr>
          <w:p>
            <w:pPr>
              <w:spacing w:after="20" w:before="20"/>
            </w:pPr>
            <w:r/>
            <w:r>
              <w:rPr>
                <w:rFonts w:ascii="Times New Roman" w:hAnsi="Times New Roman" w:eastAsia="宋体"/>
                <w:b w:val="0"/>
                <w:sz w:val="21"/>
              </w:rPr>
              <w:t>邹鹏远</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20272407153</w:t>
            </w:r>
          </w:p>
        </w:tc>
        <w:tc>
          <w:tcPr>
            <w:tcW w:type="dxa" w:w="2878"/>
          </w:tcPr>
          <w:p>
            <w:pPr>
              <w:spacing w:after="20" w:before="20"/>
            </w:pPr>
            <w:r/>
            <w:r>
              <w:rPr>
                <w:rFonts w:ascii="Times New Roman" w:hAnsi="Times New Roman" w:eastAsia="宋体"/>
                <w:b w:val="0"/>
                <w:sz w:val="21"/>
              </w:rPr>
              <w:t>李梦</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20272410544</w:t>
            </w:r>
          </w:p>
        </w:tc>
        <w:tc>
          <w:tcPr>
            <w:tcW w:type="dxa" w:w="2878"/>
          </w:tcPr>
          <w:p>
            <w:pPr>
              <w:spacing w:after="20" w:before="20"/>
            </w:pPr>
            <w:r/>
            <w:r>
              <w:rPr>
                <w:rFonts w:ascii="Times New Roman" w:hAnsi="Times New Roman" w:eastAsia="宋体"/>
                <w:b w:val="0"/>
                <w:sz w:val="21"/>
              </w:rPr>
              <w:t>钱添</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20272410694</w:t>
            </w:r>
          </w:p>
        </w:tc>
        <w:tc>
          <w:tcPr>
            <w:tcW w:type="dxa" w:w="2878"/>
          </w:tcPr>
          <w:p>
            <w:pPr>
              <w:spacing w:after="20" w:before="20"/>
            </w:pPr>
            <w:r/>
            <w:r>
              <w:rPr>
                <w:rFonts w:ascii="Times New Roman" w:hAnsi="Times New Roman" w:eastAsia="宋体"/>
                <w:b w:val="0"/>
                <w:sz w:val="21"/>
              </w:rPr>
              <w:t>徐徽</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20272410749</w:t>
            </w:r>
          </w:p>
        </w:tc>
        <w:tc>
          <w:tcPr>
            <w:tcW w:type="dxa" w:w="2878"/>
          </w:tcPr>
          <w:p>
            <w:pPr>
              <w:spacing w:after="20" w:before="20"/>
            </w:pPr>
            <w:r/>
            <w:r>
              <w:rPr>
                <w:rFonts w:ascii="Times New Roman" w:hAnsi="Times New Roman" w:eastAsia="宋体"/>
                <w:b w:val="0"/>
                <w:sz w:val="21"/>
              </w:rPr>
              <w:t>黄志昊</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20272413971</w:t>
            </w:r>
          </w:p>
        </w:tc>
        <w:tc>
          <w:tcPr>
            <w:tcW w:type="dxa" w:w="2878"/>
          </w:tcPr>
          <w:p>
            <w:pPr>
              <w:spacing w:after="20" w:before="20"/>
            </w:pPr>
            <w:r/>
            <w:r>
              <w:rPr>
                <w:rFonts w:ascii="Times New Roman" w:hAnsi="Times New Roman" w:eastAsia="宋体"/>
                <w:b w:val="0"/>
                <w:sz w:val="21"/>
              </w:rPr>
              <w:t>黄上元</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20272414476</w:t>
            </w:r>
          </w:p>
        </w:tc>
        <w:tc>
          <w:tcPr>
            <w:tcW w:type="dxa" w:w="2878"/>
          </w:tcPr>
          <w:p>
            <w:pPr>
              <w:spacing w:after="20" w:before="20"/>
            </w:pPr>
            <w:r/>
            <w:r>
              <w:rPr>
                <w:rFonts w:ascii="Times New Roman" w:hAnsi="Times New Roman" w:eastAsia="宋体"/>
                <w:b w:val="0"/>
                <w:sz w:val="21"/>
              </w:rPr>
              <w:t>闵灵熙</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20272417491</w:t>
            </w:r>
          </w:p>
        </w:tc>
        <w:tc>
          <w:tcPr>
            <w:tcW w:type="dxa" w:w="2878"/>
          </w:tcPr>
          <w:p>
            <w:pPr>
              <w:spacing w:after="20" w:before="20"/>
            </w:pPr>
            <w:r/>
            <w:r>
              <w:rPr>
                <w:rFonts w:ascii="Times New Roman" w:hAnsi="Times New Roman" w:eastAsia="宋体"/>
                <w:b w:val="0"/>
                <w:sz w:val="21"/>
              </w:rPr>
              <w:t>李言</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20272417596</w:t>
            </w:r>
          </w:p>
        </w:tc>
        <w:tc>
          <w:tcPr>
            <w:tcW w:type="dxa" w:w="2878"/>
          </w:tcPr>
          <w:p>
            <w:pPr>
              <w:spacing w:after="20" w:before="20"/>
            </w:pPr>
            <w:r/>
            <w:r>
              <w:rPr>
                <w:rFonts w:ascii="Times New Roman" w:hAnsi="Times New Roman" w:eastAsia="宋体"/>
                <w:b w:val="0"/>
                <w:sz w:val="21"/>
              </w:rPr>
              <w:t>郑婉婷</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20272419423</w:t>
            </w:r>
          </w:p>
        </w:tc>
        <w:tc>
          <w:tcPr>
            <w:tcW w:type="dxa" w:w="2878"/>
          </w:tcPr>
          <w:p>
            <w:pPr>
              <w:spacing w:after="20" w:before="20"/>
            </w:pPr>
            <w:r/>
            <w:r>
              <w:rPr>
                <w:rFonts w:ascii="Times New Roman" w:hAnsi="Times New Roman" w:eastAsia="宋体"/>
                <w:b w:val="0"/>
                <w:sz w:val="21"/>
              </w:rPr>
              <w:t>张淼菁</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20272420311</w:t>
            </w:r>
          </w:p>
        </w:tc>
        <w:tc>
          <w:tcPr>
            <w:tcW w:type="dxa" w:w="2878"/>
          </w:tcPr>
          <w:p>
            <w:pPr>
              <w:spacing w:after="20" w:before="20"/>
            </w:pPr>
            <w:r/>
            <w:r>
              <w:rPr>
                <w:rFonts w:ascii="Times New Roman" w:hAnsi="Times New Roman" w:eastAsia="宋体"/>
                <w:b w:val="0"/>
                <w:sz w:val="21"/>
              </w:rPr>
              <w:t>廖天羽</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二、其他说明</w:t>
      </w:r>
    </w:p>
    <w:p>
      <w:pPr>
        <w:spacing w:after="80" w:lineRule="auto" w:line="360"/>
        <w:ind w:firstLine="482"/>
        <w:jc w:val="both"/>
      </w:pPr>
      <w:r>
        <w:rPr>
          <w:rFonts w:ascii="Times New Roman" w:hAnsi="Times New Roman" w:eastAsia="宋体"/>
          <w:b w:val="0"/>
          <w:sz w:val="24"/>
        </w:rPr>
        <w:t>1. 以上名单内的考生推荐免试资格待后续确认。</w:t>
      </w:r>
    </w:p>
    <w:p>
      <w:pPr>
        <w:spacing w:after="80" w:lineRule="auto" w:line="360"/>
        <w:ind w:firstLine="482"/>
        <w:jc w:val="both"/>
      </w:pPr>
      <w:r>
        <w:rPr>
          <w:rFonts w:ascii="Times New Roman" w:hAnsi="Times New Roman" w:eastAsia="宋体"/>
          <w:b w:val="0"/>
          <w:sz w:val="24"/>
        </w:rPr>
        <w:t>2. 凡对名单有异议者，请书面具名向本院系教学办公室反映。</w:t>
      </w:r>
    </w:p>
    <w:p>
      <w:pPr>
        <w:spacing w:after="80" w:lineRule="auto" w:line="360"/>
        <w:ind w:firstLine="482"/>
        <w:jc w:val="both"/>
      </w:pPr>
      <w:r>
        <w:rPr>
          <w:rFonts w:ascii="Times New Roman" w:hAnsi="Times New Roman" w:eastAsia="宋体"/>
          <w:b w:val="0"/>
          <w:sz w:val="24"/>
        </w:rPr>
        <w:t>清华大学 安全科学学院</w:t>
      </w:r>
    </w:p>
    <w:p>
      <w:pPr>
        <w:spacing w:after="80" w:lineRule="auto" w:line="360"/>
        <w:ind w:firstLine="482"/>
        <w:jc w:val="both"/>
      </w:pPr>
      <w:r>
        <w:rPr>
          <w:rFonts w:ascii="Times New Roman" w:hAnsi="Times New Roman" w:eastAsia="宋体"/>
          <w:b w:val="0"/>
          <w:sz w:val="24"/>
        </w:rPr>
        <w:t>2026年8月23日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