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【通知公告】动物科学学院关于做好2026 年推荐优秀应届本科毕业生 免试攻读硕士学位研究生工作实施方案</w:t>
      </w:r>
    </w:p>
    <w:p>
      <w:pPr>
        <w:spacing w:line="360" w:lineRule="auto" w:before="0" w:after="80"/>
        <w:ind w:firstLine="482"/>
        <w:jc w:val="both"/>
      </w:pPr>
      <w:r>
        <w:rPr>
          <w:rFonts w:ascii="Times New Roman" w:hAnsi="Times New Roman" w:eastAsia="宋体"/>
          <w:b w:val="0"/>
          <w:sz w:val="24"/>
        </w:rPr>
        <w:t>根据学校《关于做好 2026年推荐优秀应届本科毕业生免试攻读硕士学位研究生工作的通知》有关要求，为进一步规范和加强推荐优秀应届毕业生面试攻读硕士研究生工作，提高推免选拔质量，确保推免公平公正，特制定本实施细则：</w:t>
      </w:r>
    </w:p>
    <w:p>
      <w:pPr>
        <w:spacing w:line="360" w:lineRule="auto" w:before="160" w:after="80"/>
        <w:ind w:firstLine="0"/>
        <w:jc w:val="left"/>
      </w:pPr>
      <w:r>
        <w:rPr>
          <w:rFonts w:ascii="Times New Roman" w:hAnsi="Times New Roman" w:eastAsia="宋体"/>
          <w:b/>
          <w:sz w:val="28"/>
        </w:rPr>
        <w:t>一、组织工作</w:t>
      </w:r>
    </w:p>
    <w:p>
      <w:pPr>
        <w:spacing w:line="360" w:lineRule="auto" w:before="0" w:after="80"/>
        <w:ind w:firstLine="482"/>
        <w:jc w:val="both"/>
      </w:pPr>
      <w:r>
        <w:rPr>
          <w:rFonts w:ascii="Times New Roman" w:hAnsi="Times New Roman" w:eastAsia="宋体"/>
          <w:b w:val="0"/>
          <w:sz w:val="24"/>
        </w:rPr>
        <w:t>学院成立推免遴选工作领导小组，负责推荐选拔组织工作。</w:t>
      </w:r>
    </w:p>
    <w:p>
      <w:pPr>
        <w:spacing w:line="360" w:lineRule="auto" w:before="120" w:after="60"/>
        <w:ind w:firstLine="0"/>
        <w:jc w:val="left"/>
      </w:pPr>
      <w:r>
        <w:rPr>
          <w:rFonts w:ascii="Times New Roman" w:hAnsi="Times New Roman" w:eastAsia="宋体"/>
          <w:b/>
          <w:sz w:val="24"/>
        </w:rPr>
        <w:t>组长：李大彪、包国荣</w:t>
      </w:r>
    </w:p>
    <w:p>
      <w:pPr>
        <w:spacing w:line="360" w:lineRule="auto" w:before="0" w:after="80"/>
        <w:ind w:firstLine="482"/>
        <w:jc w:val="both"/>
      </w:pPr>
      <w:r>
        <w:rPr>
          <w:rFonts w:ascii="Times New Roman" w:hAnsi="Times New Roman" w:eastAsia="宋体"/>
          <w:b w:val="0"/>
          <w:sz w:val="24"/>
        </w:rPr>
        <w:t>成员：苏蕊、张燕军、胡晓燕、闫素梅、张家新、赵艳红、高爱琴、王海荣、娜仁花、高静、马丽娜、青林、其力格尔、燕人嘉、马晓莺、丁磊</w:t>
      </w:r>
    </w:p>
    <w:p>
      <w:pPr>
        <w:spacing w:line="360" w:lineRule="auto" w:before="160" w:after="80"/>
        <w:ind w:firstLine="0"/>
        <w:jc w:val="left"/>
      </w:pPr>
      <w:r>
        <w:rPr>
          <w:rFonts w:ascii="Times New Roman" w:hAnsi="Times New Roman" w:eastAsia="宋体"/>
          <w:b/>
          <w:sz w:val="28"/>
        </w:rPr>
        <w:t>二、推荐原则</w:t>
      </w:r>
    </w:p>
    <w:p>
      <w:pPr>
        <w:spacing w:line="360" w:lineRule="auto" w:before="0" w:after="80"/>
        <w:ind w:firstLine="482"/>
        <w:jc w:val="both"/>
      </w:pPr>
      <w:r>
        <w:rPr>
          <w:rFonts w:ascii="Times New Roman" w:hAnsi="Times New Roman" w:eastAsia="宋体"/>
          <w:b w:val="0"/>
          <w:sz w:val="24"/>
        </w:rPr>
        <w:t>1.落实立德树人根本任务。坚持德、智、体、美、劳全面衡量，以德为先，把学生思想品德考核作为推免生遴选的重要内容。严格遵循实事求是的原则，注重对学生政治态度、 思想表现、道德品质、科学精神、诚实守信、遵纪守法等方面的考查，思想品德考核不合格者不予推荐。</w:t>
      </w:r>
    </w:p>
    <w:p>
      <w:pPr>
        <w:spacing w:line="360" w:lineRule="auto" w:before="0" w:after="80"/>
        <w:ind w:firstLine="482"/>
        <w:jc w:val="both"/>
      </w:pPr>
      <w:r>
        <w:rPr>
          <w:rFonts w:ascii="Times New Roman" w:hAnsi="Times New Roman" w:eastAsia="宋体"/>
          <w:b w:val="0"/>
          <w:sz w:val="24"/>
        </w:rPr>
        <w:t>2.突出考查学生的一贯学业表现。注重并加强对学生本科阶段学习情况的过程性评价，将本科阶段学业综合成绩作为推免工作最基础的遴选指标，不专门组织笔试、面试等遴选推免生的考试。</w:t>
      </w:r>
    </w:p>
    <w:p>
      <w:pPr>
        <w:spacing w:line="360" w:lineRule="auto" w:before="0" w:after="80"/>
        <w:ind w:firstLine="482"/>
        <w:jc w:val="both"/>
      </w:pPr>
      <w:r>
        <w:rPr>
          <w:rFonts w:ascii="Times New Roman" w:hAnsi="Times New Roman" w:eastAsia="宋体"/>
          <w:b w:val="0"/>
          <w:sz w:val="24"/>
        </w:rPr>
        <w:t>3.引导学生全面发展。将学生参军入伍服兵役、参加志愿服务、到国际组织实习、科研成果、竞赛获奖等符合全面发展价值导向等因素纳入推免生遴选指标体系，综合评价学生的各方面表现。</w:t>
      </w:r>
    </w:p>
    <w:p>
      <w:pPr>
        <w:spacing w:line="360" w:lineRule="auto" w:before="160" w:after="80"/>
        <w:ind w:firstLine="0"/>
        <w:jc w:val="left"/>
      </w:pPr>
      <w:r>
        <w:rPr>
          <w:rFonts w:ascii="Times New Roman" w:hAnsi="Times New Roman" w:eastAsia="宋体"/>
          <w:b/>
          <w:sz w:val="28"/>
        </w:rPr>
        <w:t>4.统筹分配推免指标。推荐人数严格按照学校下达的名额执行，结合完成自治区“五大任务”的需求和我院实际情况及各专业毕业生人数等因素统筹分配。</w:t>
      </w:r>
    </w:p>
    <w:p>
      <w:pPr>
        <w:spacing w:line="360" w:lineRule="auto" w:before="160" w:after="80"/>
        <w:ind w:firstLine="0"/>
        <w:jc w:val="left"/>
      </w:pPr>
      <w:r>
        <w:rPr>
          <w:rFonts w:ascii="Times New Roman" w:hAnsi="Times New Roman" w:eastAsia="宋体"/>
          <w:b/>
          <w:sz w:val="28"/>
        </w:rPr>
        <w:t>三、推荐条件</w:t>
      </w:r>
    </w:p>
    <w:p>
      <w:pPr>
        <w:spacing w:line="360" w:lineRule="auto" w:before="0" w:after="80"/>
        <w:ind w:firstLine="482"/>
        <w:jc w:val="both"/>
      </w:pPr>
      <w:r>
        <w:rPr>
          <w:rFonts w:ascii="Times New Roman" w:hAnsi="Times New Roman" w:eastAsia="宋体"/>
          <w:b w:val="0"/>
          <w:sz w:val="24"/>
        </w:rPr>
        <w:t>1.坚持四项基本原则，热爱祖国，政治态度正确，遵纪守法，品行端正，思想品德考核合格，有理想抱负，勤奋学习，热爱劳动，关心集体，身心健康，品行表现优良，无任何违法违纪受处分记录（以学生处文件为准）。</w:t>
      </w:r>
    </w:p>
    <w:p>
      <w:pPr>
        <w:spacing w:line="360" w:lineRule="auto" w:before="160" w:after="80"/>
        <w:ind w:firstLine="0"/>
        <w:jc w:val="left"/>
      </w:pPr>
      <w:r>
        <w:rPr>
          <w:rFonts w:ascii="Times New Roman" w:hAnsi="Times New Roman" w:eastAsia="宋体"/>
          <w:b/>
          <w:sz w:val="28"/>
        </w:rPr>
        <w:t>2.完成相应学年的培养方案要求且修读的各门核心课程无不及格记录且加权平均成绩(保留两位小数)达到80分及以上，成绩合格又选择重修的课程，以初修成绩计。</w:t>
      </w:r>
    </w:p>
    <w:p>
      <w:pPr>
        <w:spacing w:line="360" w:lineRule="auto" w:before="0" w:after="80"/>
        <w:ind w:firstLine="482"/>
        <w:jc w:val="both"/>
      </w:pPr>
      <w:r>
        <w:rPr>
          <w:rFonts w:ascii="Times New Roman" w:hAnsi="Times New Roman" w:eastAsia="宋体"/>
          <w:b w:val="0"/>
          <w:sz w:val="24"/>
        </w:rPr>
        <w:t>3.全国大学外语等级考试四级达到规定要求（710分制达到 425 分及以上，100分制达到 60 分及以上）或全国外语水平考试（WSK）合格、国际日语能力测试（JLPT）三级及以上、托福考试成绩 80 分、雅思考试成绩 5.5 分；蒙授文（理）科（指高考招生录取的蒙授文科、蒙授理科）学生在符合条件人数不足的情况下，外语等级考试成绩要求可适当降低，但英语等级考试四级成绩不得低于 319.5 分，小语种等级考试四级成绩不得低于 45 分。</w:t>
      </w:r>
    </w:p>
    <w:p>
      <w:pPr>
        <w:spacing w:line="360" w:lineRule="auto" w:before="160" w:after="80"/>
        <w:ind w:firstLine="0"/>
        <w:jc w:val="left"/>
      </w:pPr>
      <w:r>
        <w:rPr>
          <w:rFonts w:ascii="Times New Roman" w:hAnsi="Times New Roman" w:eastAsia="宋体"/>
          <w:b/>
          <w:sz w:val="28"/>
        </w:rPr>
        <w:t>4.综合测评平均成绩排名在本班前三分之一（英才基地班学生综合测评平均成绩排名在本班前二分之一）。</w:t>
      </w:r>
    </w:p>
    <w:p>
      <w:pPr>
        <w:spacing w:line="360" w:lineRule="auto" w:before="160" w:after="80"/>
        <w:ind w:firstLine="0"/>
        <w:jc w:val="left"/>
      </w:pPr>
      <w:r>
        <w:rPr>
          <w:rFonts w:ascii="Times New Roman" w:hAnsi="Times New Roman" w:eastAsia="宋体"/>
          <w:b/>
          <w:sz w:val="28"/>
        </w:rPr>
        <w:t>5.体质健康测试成绩均达 50 分及以上。</w:t>
      </w:r>
    </w:p>
    <w:p>
      <w:pPr>
        <w:spacing w:line="360" w:lineRule="auto" w:before="160" w:after="80"/>
        <w:ind w:firstLine="0"/>
        <w:jc w:val="left"/>
      </w:pPr>
      <w:r>
        <w:rPr>
          <w:rFonts w:ascii="Times New Roman" w:hAnsi="Times New Roman" w:eastAsia="宋体"/>
          <w:b/>
          <w:sz w:val="28"/>
        </w:rPr>
        <w:t>四、推荐对象</w:t>
      </w:r>
    </w:p>
    <w:p>
      <w:pPr>
        <w:spacing w:line="360" w:lineRule="auto" w:before="0" w:after="80"/>
        <w:ind w:firstLine="482"/>
        <w:jc w:val="both"/>
      </w:pPr>
      <w:r>
        <w:rPr>
          <w:rFonts w:ascii="Times New Roman" w:hAnsi="Times New Roman" w:eastAsia="宋体"/>
          <w:b w:val="0"/>
          <w:sz w:val="24"/>
        </w:rPr>
        <w:t>凡符合推荐条件的在校优秀应届本科毕业生（不含专科起点本科生以及第二学士学位学生）均可申请。</w:t>
      </w:r>
    </w:p>
    <w:p>
      <w:pPr>
        <w:spacing w:line="360" w:lineRule="auto" w:before="160" w:after="80"/>
        <w:ind w:firstLine="0"/>
        <w:jc w:val="left"/>
      </w:pPr>
      <w:r>
        <w:rPr>
          <w:rFonts w:ascii="Times New Roman" w:hAnsi="Times New Roman" w:eastAsia="宋体"/>
          <w:b/>
          <w:sz w:val="28"/>
        </w:rPr>
        <w:t>五、总成绩</w:t>
      </w:r>
    </w:p>
    <w:p>
      <w:pPr>
        <w:spacing w:line="360" w:lineRule="auto" w:before="0" w:after="80"/>
        <w:ind w:firstLine="482"/>
        <w:jc w:val="both"/>
      </w:pPr>
      <w:r>
        <w:rPr>
          <w:rFonts w:ascii="Times New Roman" w:hAnsi="Times New Roman" w:eastAsia="宋体"/>
          <w:b w:val="0"/>
          <w:sz w:val="24"/>
        </w:rPr>
        <w:t>总成绩由学业成绩和综合表现成绩组成，保留两位小数。</w:t>
      </w:r>
    </w:p>
    <w:p>
      <w:pPr>
        <w:spacing w:line="360" w:lineRule="auto" w:before="160" w:after="80"/>
        <w:ind w:firstLine="0"/>
        <w:jc w:val="left"/>
      </w:pPr>
      <w:r>
        <w:rPr>
          <w:rFonts w:ascii="Times New Roman" w:hAnsi="Times New Roman" w:eastAsia="宋体"/>
          <w:b/>
          <w:sz w:val="28"/>
        </w:rPr>
        <w:t>1.学业成绩是指培养方案要求的全部应修读的核心课程加权平均成绩。4年制本科生的学业成绩计算期为 1～6 学期（三学年）。</w:t>
      </w:r>
    </w:p>
    <w:p>
      <w:pPr>
        <w:spacing w:line="360" w:lineRule="auto" w:before="0" w:after="80"/>
        <w:ind w:firstLine="482"/>
        <w:jc w:val="both"/>
      </w:pPr>
      <w:r>
        <w:rPr>
          <w:rFonts w:ascii="Times New Roman" w:hAnsi="Times New Roman" w:eastAsia="宋体"/>
          <w:b w:val="0"/>
          <w:sz w:val="24"/>
        </w:rPr>
        <w:t>2.综合表现成绩是指学生在科研成果、竞赛获奖、参军入伍服兵役、参加志愿服务、到国际组织实习等方面所获得的加分，各项加分累计不超过 1 分。要合理设置各遴选指标所占权重及单项指标上限分值，学生在某一方面中有多项加分情况时，原则上只取一项，不得为仅符合单一或部分遴选指标的学生单列计划或破格推荐。</w:t>
      </w:r>
    </w:p>
    <w:p>
      <w:pPr>
        <w:spacing w:line="360" w:lineRule="auto" w:before="0" w:after="80"/>
        <w:ind w:firstLine="482"/>
        <w:jc w:val="both"/>
      </w:pPr>
      <w:r>
        <w:rPr>
          <w:rFonts w:ascii="Times New Roman" w:hAnsi="Times New Roman" w:eastAsia="宋体"/>
          <w:b w:val="0"/>
          <w:sz w:val="24"/>
        </w:rPr>
        <w:t>（1）科研成果。学生本科阶段以内蒙古农业大学为第一单位，以独立作者或第一作者发表与学业相关的科研论文以及获得排名第一的发明专利、实用新型专利、外观设计专利、软件著作权等可予以加分（详见表 1）。学生与直系亲属或学历、职称、职务明显高于本人者合作的科研成果仅作为参考，不纳入学生本人推免遴选综合评价成绩计算体系，同等条件下可优先考虑。</w:t>
      </w:r>
    </w:p>
    <w:p>
      <w:pPr>
        <w:spacing w:line="360" w:lineRule="auto" w:before="120" w:after="60"/>
        <w:ind w:firstLine="0"/>
        <w:jc w:val="left"/>
      </w:pPr>
      <w:r>
        <w:rPr>
          <w:rFonts w:ascii="Times New Roman" w:hAnsi="Times New Roman" w:eastAsia="宋体"/>
          <w:b/>
          <w:sz w:val="24"/>
        </w:rPr>
        <w:t>表 1 科研成果加分表</w:t>
      </w:r>
    </w:p>
    <w:p>
      <w:pPr>
        <w:spacing w:line="360" w:lineRule="auto" w:before="0" w:after="80"/>
        <w:ind w:firstLine="482"/>
        <w:jc w:val="both"/>
      </w:pPr>
      <w:r>
        <w:rPr>
          <w:rFonts w:ascii="Times New Roman" w:hAnsi="Times New Roman" w:eastAsia="宋体"/>
          <w:b w:val="0"/>
          <w:sz w:val="24"/>
        </w:rPr>
        <w:t>（2）竞赛获奖。以内蒙古农业大学为第一单位，作为主力成员（全国赛国家级奖项前 5 名、省部级奖项前 3 名、校级奖项第 1 名）参加与学业相关的竞赛、“双创”等活动（符合加分要求的竞赛目录详见附件1）获奖者，可按照赛事及获奖情况所对应的级别予以加分（详见表 2）；参加国际赛事获奖可参照执行，但不得低于国内赛事相关要求。学生与直系亲属或学历、职称、职务明显高于本人者合作的竞赛奖项仅作为参考，不纳入学生本人推免遴选综合评价成绩计算体系，同等条件下可优先考虑。</w:t>
      </w:r>
    </w:p>
    <w:p>
      <w:pPr>
        <w:spacing w:line="360" w:lineRule="auto" w:before="120" w:after="60"/>
        <w:ind w:firstLine="0"/>
        <w:jc w:val="left"/>
      </w:pPr>
      <w:r>
        <w:rPr>
          <w:rFonts w:ascii="Times New Roman" w:hAnsi="Times New Roman" w:eastAsia="宋体"/>
          <w:b/>
          <w:sz w:val="24"/>
        </w:rPr>
        <w:t>表 2 竞赛、“双创”活动获奖加分表</w:t>
      </w:r>
    </w:p>
    <w:p>
      <w:pPr>
        <w:spacing w:line="360" w:lineRule="auto" w:before="160" w:after="80"/>
        <w:ind w:firstLine="0"/>
        <w:jc w:val="left"/>
      </w:pPr>
      <w:r>
        <w:rPr>
          <w:rFonts w:ascii="Times New Roman" w:hAnsi="Times New Roman" w:eastAsia="宋体"/>
          <w:b/>
          <w:sz w:val="28"/>
        </w:rPr>
        <w:t>（3）参军入伍服兵役。符合推荐条件的退役大学生士兵加0.1 分，在部队荣立三等功者加 0.2 分，荣立二等功及以上者直接推免。</w:t>
      </w:r>
    </w:p>
    <w:p>
      <w:pPr>
        <w:spacing w:line="360" w:lineRule="auto" w:before="160" w:after="80"/>
        <w:ind w:firstLine="0"/>
        <w:jc w:val="left"/>
      </w:pPr>
      <w:r>
        <w:rPr>
          <w:rFonts w:ascii="Times New Roman" w:hAnsi="Times New Roman" w:eastAsia="宋体"/>
          <w:b/>
          <w:sz w:val="28"/>
        </w:rPr>
        <w:t>（4）参加志愿服务、到国际组织实习的学生，在同等条件下优先推荐。</w:t>
      </w:r>
    </w:p>
    <w:p>
      <w:pPr>
        <w:spacing w:line="360" w:lineRule="auto" w:before="160" w:after="80"/>
        <w:ind w:firstLine="0"/>
        <w:jc w:val="left"/>
      </w:pPr>
      <w:r>
        <w:rPr>
          <w:rFonts w:ascii="Times New Roman" w:hAnsi="Times New Roman" w:eastAsia="宋体"/>
          <w:b/>
          <w:sz w:val="28"/>
        </w:rPr>
        <w:t>六、推免程序</w:t>
      </w:r>
    </w:p>
    <w:p>
      <w:pPr>
        <w:spacing w:line="360" w:lineRule="auto" w:before="160" w:after="80"/>
        <w:ind w:firstLine="0"/>
        <w:jc w:val="left"/>
      </w:pPr>
      <w:r>
        <w:rPr>
          <w:rFonts w:ascii="Times New Roman" w:hAnsi="Times New Roman" w:eastAsia="宋体"/>
          <w:b/>
          <w:sz w:val="28"/>
        </w:rPr>
        <w:t>1.学院推免遴选工作小组制定实施细则并公示。</w:t>
      </w:r>
    </w:p>
    <w:p>
      <w:pPr>
        <w:spacing w:line="360" w:lineRule="auto" w:before="160" w:after="80"/>
        <w:ind w:firstLine="0"/>
        <w:jc w:val="left"/>
      </w:pPr>
      <w:r>
        <w:rPr>
          <w:rFonts w:ascii="Times New Roman" w:hAnsi="Times New Roman" w:eastAsia="宋体"/>
          <w:b/>
          <w:sz w:val="28"/>
        </w:rPr>
        <w:t>2.符合推荐条件的学生向学院提交申请材料进行报名。</w:t>
      </w:r>
    </w:p>
    <w:p>
      <w:pPr>
        <w:spacing w:line="360" w:lineRule="auto" w:before="160" w:after="80"/>
        <w:ind w:firstLine="0"/>
        <w:jc w:val="left"/>
      </w:pPr>
      <w:r>
        <w:rPr>
          <w:rFonts w:ascii="Times New Roman" w:hAnsi="Times New Roman" w:eastAsia="宋体"/>
          <w:b/>
          <w:sz w:val="28"/>
        </w:rPr>
        <w:t>3.学院进行资格审查、综合考核，确定拟推荐学生名单并上报学校推免遴选工作领导小组。</w:t>
      </w:r>
    </w:p>
    <w:p>
      <w:pPr>
        <w:spacing w:line="360" w:lineRule="auto" w:before="160" w:after="80"/>
        <w:ind w:firstLine="0"/>
        <w:jc w:val="left"/>
      </w:pPr>
      <w:r>
        <w:rPr>
          <w:rFonts w:ascii="Times New Roman" w:hAnsi="Times New Roman" w:eastAsia="宋体"/>
          <w:b/>
          <w:sz w:val="28"/>
        </w:rPr>
        <w:t>4.学校推免遴选工作领导小组按照要求统筹分配推免指标并公布推免名额。</w:t>
      </w:r>
    </w:p>
    <w:p>
      <w:pPr>
        <w:spacing w:line="360" w:lineRule="auto" w:before="160" w:after="80"/>
        <w:ind w:firstLine="0"/>
        <w:jc w:val="left"/>
      </w:pPr>
      <w:r>
        <w:rPr>
          <w:rFonts w:ascii="Times New Roman" w:hAnsi="Times New Roman" w:eastAsia="宋体"/>
          <w:b/>
          <w:sz w:val="28"/>
        </w:rPr>
        <w:t>5.学院根据名额按总成绩由高到低排名，确定最终拟推荐名单，并在学院范围内公示。</w:t>
      </w:r>
    </w:p>
    <w:p>
      <w:pPr>
        <w:spacing w:line="360" w:lineRule="auto" w:before="160" w:after="80"/>
        <w:ind w:firstLine="0"/>
        <w:jc w:val="left"/>
      </w:pPr>
      <w:r>
        <w:rPr>
          <w:rFonts w:ascii="Times New Roman" w:hAnsi="Times New Roman" w:eastAsia="宋体"/>
          <w:b/>
          <w:sz w:val="28"/>
        </w:rPr>
        <w:t>6.学校推免遴选工作领导小组对学院的推荐结果进行审核，经批准后予以公示。</w:t>
      </w:r>
    </w:p>
    <w:p>
      <w:pPr>
        <w:spacing w:line="360" w:lineRule="auto" w:before="160" w:after="80"/>
        <w:ind w:firstLine="0"/>
        <w:jc w:val="left"/>
      </w:pPr>
      <w:r>
        <w:rPr>
          <w:rFonts w:ascii="Times New Roman" w:hAnsi="Times New Roman" w:eastAsia="宋体"/>
          <w:b/>
          <w:sz w:val="28"/>
        </w:rPr>
        <w:t>七、特殊学术专长学生的审核认定</w:t>
      </w:r>
    </w:p>
    <w:p>
      <w:pPr>
        <w:spacing w:line="360" w:lineRule="auto" w:before="0" w:after="80"/>
        <w:ind w:firstLine="482"/>
        <w:jc w:val="both"/>
      </w:pPr>
      <w:r>
        <w:rPr>
          <w:rFonts w:ascii="Times New Roman" w:hAnsi="Times New Roman" w:eastAsia="宋体"/>
          <w:b w:val="0"/>
          <w:sz w:val="24"/>
        </w:rPr>
        <w:t>1.学生需提交本科阶段在核心期刊上以独立作者或第一作者发表的与学业相关的科研论文等科研成果材料；作为主要成员参加与学业相关的国内权威学科竞赛（全国赛）并获得三等奖及以上奖励（国际赛事参照执行，但不得低于国内赛事相关要求）的证明材料。学生与直系亲属或学历、职称、职务明显高于本人者合作的科研成果、竞赛奖项等仅作为参考，不纳入学生本人推免遴选综合评价成绩计算体系，同等条件下可优先考虑。</w:t>
      </w:r>
    </w:p>
    <w:p>
      <w:pPr>
        <w:spacing w:line="360" w:lineRule="auto" w:before="160" w:after="80"/>
        <w:ind w:firstLine="0"/>
        <w:jc w:val="left"/>
      </w:pPr>
      <w:r>
        <w:rPr>
          <w:rFonts w:ascii="Times New Roman" w:hAnsi="Times New Roman" w:eastAsia="宋体"/>
          <w:b/>
          <w:sz w:val="28"/>
        </w:rPr>
        <w:t>2.学校专家审核小组审核鉴定学生提交的材料，审核鉴定通过后，参加公开答辩，答辩通过者优先推免。</w:t>
      </w:r>
    </w:p>
    <w:p>
      <w:pPr>
        <w:spacing w:line="360" w:lineRule="auto" w:before="160" w:after="80"/>
        <w:ind w:firstLine="0"/>
        <w:jc w:val="left"/>
      </w:pPr>
      <w:r>
        <w:rPr>
          <w:rFonts w:ascii="Times New Roman" w:hAnsi="Times New Roman" w:eastAsia="宋体"/>
          <w:b/>
          <w:sz w:val="28"/>
        </w:rPr>
        <w:t>八、学生申请材料</w:t>
      </w:r>
    </w:p>
    <w:p>
      <w:pPr>
        <w:spacing w:line="360" w:lineRule="auto" w:before="160" w:after="80"/>
        <w:ind w:firstLine="0"/>
        <w:jc w:val="left"/>
      </w:pPr>
      <w:r>
        <w:rPr>
          <w:rFonts w:ascii="Times New Roman" w:hAnsi="Times New Roman" w:eastAsia="宋体"/>
          <w:b/>
          <w:sz w:val="28"/>
        </w:rPr>
        <w:t>1.填写《内蒙古农业大学推荐优秀应届本科毕业生免试攻读硕士研究生登记表》（见附件 2，需粘贴本人近期1 寸免冠彩色照片）。</w:t>
      </w:r>
    </w:p>
    <w:p>
      <w:pPr>
        <w:spacing w:line="360" w:lineRule="auto" w:before="0" w:after="80"/>
        <w:ind w:firstLine="482"/>
        <w:jc w:val="both"/>
      </w:pPr>
      <w:r>
        <w:rPr>
          <w:rFonts w:ascii="Times New Roman" w:hAnsi="Times New Roman" w:eastAsia="宋体"/>
          <w:b w:val="0"/>
          <w:sz w:val="24"/>
        </w:rPr>
        <w:t>2.成绩单（需粘贴本人近期 1 寸免冠彩色照片，学院审核签字，加盖学院公章），同时提交电子版 PDF 格式成绩单，成绩单以“身份证号码_姓名”命名，成绩单必须严格按命名要求命名，未按要求命名的成绩单无法上传至推免系统，请务必认真对待。</w:t>
      </w:r>
    </w:p>
    <w:p>
      <w:pPr>
        <w:spacing w:line="360" w:lineRule="auto" w:before="160" w:after="80"/>
        <w:ind w:firstLine="0"/>
        <w:jc w:val="left"/>
      </w:pPr>
      <w:r>
        <w:rPr>
          <w:rFonts w:ascii="Times New Roman" w:hAnsi="Times New Roman" w:eastAsia="宋体"/>
          <w:b/>
          <w:sz w:val="28"/>
        </w:rPr>
        <w:t>3.外语考试成绩报告单（学院审核签字，加盖学院公章）。</w:t>
      </w:r>
    </w:p>
    <w:p>
      <w:pPr>
        <w:spacing w:line="360" w:lineRule="auto" w:before="160" w:after="80"/>
        <w:ind w:firstLine="0"/>
        <w:jc w:val="left"/>
      </w:pPr>
      <w:r>
        <w:rPr>
          <w:rFonts w:ascii="Times New Roman" w:hAnsi="Times New Roman" w:eastAsia="宋体"/>
          <w:b/>
          <w:sz w:val="28"/>
        </w:rPr>
        <w:t>4.体质健康测试成绩单（学院审核签字，加盖学院公章）。</w:t>
      </w:r>
    </w:p>
    <w:p>
      <w:pPr>
        <w:spacing w:line="360" w:lineRule="auto" w:before="160" w:after="80"/>
        <w:ind w:firstLine="0"/>
        <w:jc w:val="left"/>
      </w:pPr>
      <w:r>
        <w:rPr>
          <w:rFonts w:ascii="Times New Roman" w:hAnsi="Times New Roman" w:eastAsia="宋体"/>
          <w:b/>
          <w:sz w:val="28"/>
        </w:rPr>
        <w:t>5.获得的各种荣誉证书和能证明学生学业、能力、素质等方面的材料（学院审核签字，加盖学院公章）。</w:t>
      </w:r>
    </w:p>
    <w:p>
      <w:pPr>
        <w:spacing w:line="360" w:lineRule="auto" w:before="160" w:after="80"/>
        <w:ind w:firstLine="0"/>
        <w:jc w:val="left"/>
      </w:pPr>
      <w:r>
        <w:rPr>
          <w:rFonts w:ascii="Times New Roman" w:hAnsi="Times New Roman" w:eastAsia="宋体"/>
          <w:b/>
          <w:sz w:val="28"/>
        </w:rPr>
        <w:t>6.书面申请书</w:t>
      </w:r>
    </w:p>
    <w:p>
      <w:pPr>
        <w:spacing w:line="360" w:lineRule="auto" w:before="0" w:after="80"/>
        <w:ind w:firstLine="482"/>
        <w:jc w:val="both"/>
      </w:pPr>
      <w:r>
        <w:rPr>
          <w:rFonts w:ascii="Times New Roman" w:hAnsi="Times New Roman" w:eastAsia="宋体"/>
          <w:b w:val="0"/>
          <w:sz w:val="24"/>
        </w:rPr>
        <w:t>上述各种证书均为复印件（A4 纸），书面材料应打印（A4纸），发表论文、专利、软件著作权等科研成果需同时提供原件备审核。所有材料要求信息真实、准确，规范、整洁，按1,2,3,4,5，6 的顺序装订（不加装封皮），一式两份交学院，其中一份随上报材料交教务处学籍管理科，另一份留存学院。</w:t>
      </w:r>
    </w:p>
    <w:p>
      <w:pPr>
        <w:spacing w:line="360" w:lineRule="auto" w:before="160" w:after="80"/>
        <w:ind w:firstLine="0"/>
        <w:jc w:val="left"/>
      </w:pPr>
      <w:r>
        <w:rPr>
          <w:rFonts w:ascii="Times New Roman" w:hAnsi="Times New Roman" w:eastAsia="宋体"/>
          <w:b/>
          <w:sz w:val="28"/>
        </w:rPr>
        <w:t>九、时间安排</w:t>
      </w:r>
    </w:p>
    <w:p>
      <w:pPr>
        <w:spacing w:line="360" w:lineRule="auto" w:before="0" w:after="80"/>
        <w:ind w:firstLine="482"/>
        <w:jc w:val="both"/>
      </w:pPr>
      <w:r>
        <w:rPr>
          <w:rFonts w:ascii="Times New Roman" w:hAnsi="Times New Roman" w:eastAsia="宋体"/>
          <w:b w:val="0"/>
          <w:sz w:val="24"/>
        </w:rPr>
        <w:t>1.8月28日-8月31日，学院制定并公示综合考核实施方案（含遴选指标体系）。</w:t>
      </w:r>
    </w:p>
    <w:p>
      <w:pPr>
        <w:spacing w:line="360" w:lineRule="auto" w:before="0" w:after="80"/>
        <w:ind w:firstLine="482"/>
        <w:jc w:val="both"/>
      </w:pPr>
      <w:r>
        <w:rPr>
          <w:rFonts w:ascii="Times New Roman" w:hAnsi="Times New Roman" w:eastAsia="宋体"/>
          <w:b w:val="0"/>
          <w:sz w:val="24"/>
        </w:rPr>
        <w:t>2.9月1日-2日，学生向学院申报。</w:t>
      </w:r>
    </w:p>
    <w:p>
      <w:pPr>
        <w:spacing w:line="360" w:lineRule="auto" w:before="0" w:after="80"/>
        <w:ind w:firstLine="482"/>
        <w:jc w:val="both"/>
      </w:pPr>
      <w:r>
        <w:rPr>
          <w:rFonts w:ascii="Times New Roman" w:hAnsi="Times New Roman" w:eastAsia="宋体"/>
          <w:b w:val="0"/>
          <w:sz w:val="24"/>
        </w:rPr>
        <w:t>3.9月3日-6日，学院进行资格审查、综合考核，确定拟推荐学生名单并上报。</w:t>
      </w:r>
    </w:p>
    <w:p>
      <w:pPr>
        <w:spacing w:line="360" w:lineRule="auto" w:before="0" w:after="80"/>
        <w:ind w:firstLine="482"/>
        <w:jc w:val="both"/>
      </w:pPr>
      <w:r>
        <w:rPr>
          <w:rFonts w:ascii="Times New Roman" w:hAnsi="Times New Roman" w:eastAsia="宋体"/>
          <w:b w:val="0"/>
          <w:sz w:val="24"/>
        </w:rPr>
        <w:t>4.9月7日-13日，学校审核拟推荐名单并发布各学院名额。</w:t>
      </w:r>
    </w:p>
    <w:p>
      <w:pPr>
        <w:spacing w:line="360" w:lineRule="auto" w:before="0" w:after="80"/>
        <w:ind w:firstLine="482"/>
        <w:jc w:val="both"/>
      </w:pPr>
      <w:r>
        <w:rPr>
          <w:rFonts w:ascii="Times New Roman" w:hAnsi="Times New Roman" w:eastAsia="宋体"/>
          <w:b w:val="0"/>
          <w:sz w:val="24"/>
        </w:rPr>
        <w:t>5.9月14日-17日，学院确定最终拟推荐人选，在学院范围内公示，并将结果报送教务处学籍管理科。</w:t>
      </w:r>
    </w:p>
    <w:p>
      <w:pPr>
        <w:spacing w:line="360" w:lineRule="auto" w:before="0" w:after="80"/>
        <w:ind w:firstLine="482"/>
        <w:jc w:val="both"/>
      </w:pPr>
      <w:r>
        <w:rPr>
          <w:rFonts w:ascii="Times New Roman" w:hAnsi="Times New Roman" w:eastAsia="宋体"/>
          <w:b w:val="0"/>
          <w:sz w:val="24"/>
        </w:rPr>
        <w:t>6.9 月18日-27日，学校审核并公示。</w:t>
      </w:r>
    </w:p>
    <w:p>
      <w:pPr>
        <w:spacing w:line="360" w:lineRule="auto" w:before="160" w:after="80"/>
        <w:ind w:firstLine="0"/>
        <w:jc w:val="left"/>
      </w:pPr>
      <w:r>
        <w:rPr>
          <w:rFonts w:ascii="Times New Roman" w:hAnsi="Times New Roman" w:eastAsia="宋体"/>
          <w:b/>
          <w:sz w:val="28"/>
        </w:rPr>
        <w:t>十、上报材料要求</w:t>
      </w:r>
    </w:p>
    <w:p>
      <w:pPr>
        <w:spacing w:line="360" w:lineRule="auto" w:before="0" w:after="80"/>
        <w:ind w:firstLine="482"/>
        <w:jc w:val="both"/>
      </w:pPr>
      <w:r>
        <w:rPr>
          <w:rFonts w:ascii="Times New Roman" w:hAnsi="Times New Roman" w:eastAsia="宋体"/>
          <w:b w:val="0"/>
          <w:sz w:val="24"/>
        </w:rPr>
        <w:t>申请学生务必于9月2日前将拟推荐材料报送至学院教学管理办公室（319），材料包括：</w:t>
      </w:r>
    </w:p>
    <w:p>
      <w:pPr>
        <w:spacing w:line="360" w:lineRule="auto" w:before="160" w:after="80"/>
        <w:ind w:firstLine="0"/>
        <w:jc w:val="left"/>
      </w:pPr>
      <w:r>
        <w:rPr>
          <w:rFonts w:ascii="Times New Roman" w:hAnsi="Times New Roman" w:eastAsia="宋体"/>
          <w:b/>
          <w:sz w:val="28"/>
        </w:rPr>
        <w:t>（1）学生申请材料；</w:t>
      </w:r>
    </w:p>
    <w:p>
      <w:pPr>
        <w:spacing w:line="360" w:lineRule="auto" w:before="0" w:after="80"/>
        <w:ind w:firstLine="482"/>
        <w:jc w:val="both"/>
      </w:pPr>
      <w:r>
        <w:rPr>
          <w:rFonts w:ascii="Times New Roman" w:hAnsi="Times New Roman" w:eastAsia="宋体"/>
          <w:b w:val="0"/>
          <w:sz w:val="24"/>
        </w:rPr>
        <w:t>（2）推免汇总名单（见附件3），同时将汇总名单EXCEL表格、《内蒙古农业大学推荐优秀应届本科毕业生免试攻读硕士研究生登记表》PDF版、成绩单电子版材料发送至dkyjxb@imau.edu.cn。</w:t>
      </w:r>
    </w:p>
    <w:p>
      <w:pPr>
        <w:spacing w:line="360" w:lineRule="auto" w:before="160" w:after="80"/>
        <w:ind w:firstLine="0"/>
        <w:jc w:val="left"/>
      </w:pPr>
      <w:r>
        <w:rPr>
          <w:rFonts w:ascii="Times New Roman" w:hAnsi="Times New Roman" w:eastAsia="宋体"/>
          <w:b/>
          <w:sz w:val="28"/>
        </w:rPr>
        <w:t>十一、支教研究生</w:t>
      </w:r>
    </w:p>
    <w:p>
      <w:pPr>
        <w:spacing w:line="360" w:lineRule="auto" w:before="0" w:after="80"/>
        <w:ind w:firstLine="482"/>
        <w:jc w:val="both"/>
      </w:pPr>
      <w:r>
        <w:rPr>
          <w:rFonts w:ascii="Times New Roman" w:hAnsi="Times New Roman" w:eastAsia="宋体"/>
          <w:b w:val="0"/>
          <w:sz w:val="24"/>
        </w:rPr>
        <w:t>研究生支教团推荐工作由学校团委负责，详见学校团委有关通知。</w:t>
      </w:r>
    </w:p>
    <w:p>
      <w:pPr>
        <w:spacing w:line="360" w:lineRule="auto" w:before="160" w:after="80"/>
        <w:ind w:firstLine="0"/>
        <w:jc w:val="left"/>
      </w:pPr>
      <w:r>
        <w:rPr>
          <w:rFonts w:ascii="Times New Roman" w:hAnsi="Times New Roman" w:eastAsia="宋体"/>
          <w:b/>
          <w:sz w:val="28"/>
        </w:rPr>
        <w:t>十二、工作要求</w:t>
      </w:r>
    </w:p>
    <w:p>
      <w:pPr>
        <w:spacing w:line="360" w:lineRule="auto" w:before="0" w:after="80"/>
        <w:ind w:firstLine="482"/>
        <w:jc w:val="both"/>
      </w:pPr>
      <w:r>
        <w:rPr>
          <w:rFonts w:ascii="Times New Roman" w:hAnsi="Times New Roman" w:eastAsia="宋体"/>
          <w:b w:val="0"/>
          <w:sz w:val="24"/>
        </w:rPr>
        <w:t>1.推免相关工作人员有直系亲属或利益相关人员（如收费辅导教学等）报名参加本单位推免工作的，应主动申请回避，有非直系亲属等报名参加推免招生的要主动报备。对未按规定报备声明回避关系的推免相关工作人员，学校依规依纪严肃处理。申请推免资格的学生要主动报备声明回避关系，对未按规定报备声明回避关系且影响推免过程和结果公平公正的学生，学校取消其推免资格。</w:t>
      </w:r>
    </w:p>
    <w:p>
      <w:pPr>
        <w:spacing w:line="360" w:lineRule="auto" w:before="0" w:after="80"/>
        <w:ind w:firstLine="482"/>
        <w:jc w:val="both"/>
      </w:pPr>
      <w:r>
        <w:rPr>
          <w:rFonts w:ascii="Times New Roman" w:hAnsi="Times New Roman" w:eastAsia="宋体"/>
          <w:b w:val="0"/>
          <w:sz w:val="24"/>
        </w:rPr>
        <w:t>2.对在推免过程中弄虚作假，有论文抄袭、虚报获奖或科研成果等学术不端行为或者有其他严重影响推免过程和结果公平公正行为的学生，一经查实，取消推免资格，已入学的，取消学籍，并报省级教育招生考试机构按规定记入《国家教育考试考生诚信档案》，同时按学校学生管理规定严肃处理。获得推免资格的学生，毕业前因违纪受处分或因本人原因不宜推荐的，学校有权取消其推免资格，并按相关规定进行处理，由此造成的一切后果，由学生本人承担。</w:t>
      </w:r>
    </w:p>
    <w:p>
      <w:pPr>
        <w:spacing w:line="360" w:lineRule="auto" w:before="0" w:after="80"/>
        <w:ind w:firstLine="482"/>
        <w:jc w:val="both"/>
      </w:pPr>
      <w:r>
        <w:rPr>
          <w:rFonts w:ascii="Times New Roman" w:hAnsi="Times New Roman" w:eastAsia="宋体"/>
          <w:b w:val="0"/>
          <w:sz w:val="24"/>
        </w:rPr>
        <w:t>3.严格按“公开、公正、公平”的原则开展推免工作。对未严格履行工作职责，违反推免招生政策规定的相关工作人员，对推免工作中管理松懈、把关不严、未能尽到审核责任、未按相关政策要求开展工作的单位，学校将依规依纪严肃处理。</w:t>
      </w:r>
    </w:p>
    <w:p>
      <w:pPr>
        <w:spacing w:line="360" w:lineRule="auto" w:before="160" w:after="80"/>
        <w:ind w:firstLine="0"/>
        <w:jc w:val="left"/>
      </w:pPr>
      <w:r>
        <w:rPr>
          <w:rFonts w:ascii="Times New Roman" w:hAnsi="Times New Roman" w:eastAsia="宋体"/>
          <w:b/>
          <w:sz w:val="28"/>
        </w:rPr>
        <w:t>4.推免工作监督电话：0471-3596892，电子信箱</w:t>
      </w:r>
    </w:p>
    <w:p>
      <w:pPr>
        <w:spacing w:line="360" w:lineRule="auto" w:before="0" w:after="80"/>
        <w:ind w:firstLine="482"/>
        <w:jc w:val="both"/>
      </w:pPr>
      <w:r>
        <w:rPr>
          <w:rFonts w:ascii="Times New Roman" w:hAnsi="Times New Roman" w:eastAsia="宋体"/>
          <w:b w:val="0"/>
          <w:sz w:val="24"/>
        </w:rPr>
        <w:t>jiwei@imau.edu.cn。</w:t>
      </w:r>
    </w:p>
    <w:p>
      <w:pPr>
        <w:spacing w:line="360" w:lineRule="auto" w:before="120" w:after="60"/>
        <w:ind w:firstLine="0"/>
        <w:jc w:val="left"/>
      </w:pPr>
      <w:r>
        <w:rPr>
          <w:rFonts w:ascii="Times New Roman" w:hAnsi="Times New Roman" w:eastAsia="宋体"/>
          <w:b/>
          <w:sz w:val="24"/>
        </w:rPr>
        <w:t>动物科学学院</w:t>
      </w:r>
    </w:p>
    <w:p>
      <w:pPr>
        <w:spacing w:line="360" w:lineRule="auto" w:before="120" w:after="60"/>
        <w:ind w:firstLine="0"/>
        <w:jc w:val="left"/>
      </w:pPr>
      <w:r>
        <w:rPr>
          <w:rFonts w:ascii="Times New Roman" w:hAnsi="Times New Roman" w:eastAsia="宋体"/>
          <w:b/>
          <w:sz w:val="24"/>
        </w:rPr>
        <w:t>2025年8月27日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