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关于新疆师范大学数学科学学院2026年应届优秀本科生推免复试成绩公示的通知-新疆师范大学数学科学学院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相关文件精神，结合学院实际情况，新疆师范大学数学科学学院2026年度“优秀应届本科毕业生免试攻读硕士学位研究生（普通推免）”复试工作已经顺利完成，现将复试成绩予以公示，公示期为三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公示时间：2025年9月26日-2024年9月28日。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公示期内如有异议，可向学院反映。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研究生工作办公室联系人：罗琼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联系电话：4112601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纪检监督联系电话：4112910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附件3：新疆师范大学数学科学学院2026年推免生接收复试成绩公示.xls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